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62" w:type="dxa"/>
        <w:jc w:val="center"/>
        <w:tblLayout w:type="fixed"/>
        <w:tblLook w:val="04A0"/>
      </w:tblPr>
      <w:tblGrid>
        <w:gridCol w:w="3474"/>
        <w:gridCol w:w="5888"/>
      </w:tblGrid>
      <w:tr w:rsidR="0081002A" w:rsidTr="00D7178A">
        <w:trPr>
          <w:jc w:val="center"/>
        </w:trPr>
        <w:tc>
          <w:tcPr>
            <w:tcW w:w="3474" w:type="dxa"/>
          </w:tcPr>
          <w:p w:rsidR="0081002A" w:rsidRPr="00D7178A" w:rsidRDefault="00442FE1">
            <w:pPr>
              <w:spacing w:after="40"/>
              <w:jc w:val="center"/>
              <w:rPr>
                <w:szCs w:val="26"/>
              </w:rPr>
            </w:pPr>
            <w:r w:rsidRPr="00D7178A">
              <w:rPr>
                <w:b/>
                <w:szCs w:val="26"/>
              </w:rPr>
              <w:t>B</w:t>
            </w:r>
            <w:r w:rsidRPr="00D7178A">
              <w:rPr>
                <w:b/>
                <w:szCs w:val="26"/>
              </w:rPr>
              <w:t>Ộ</w:t>
            </w:r>
            <w:r w:rsidRPr="00D7178A">
              <w:rPr>
                <w:b/>
                <w:szCs w:val="26"/>
              </w:rPr>
              <w:t xml:space="preserve"> TÀI CHÍNH</w:t>
            </w:r>
          </w:p>
          <w:p w:rsidR="0081002A" w:rsidRPr="00D7178A" w:rsidRDefault="00442FE1">
            <w:pPr>
              <w:spacing w:after="40"/>
              <w:jc w:val="center"/>
              <w:rPr>
                <w:sz w:val="28"/>
                <w:szCs w:val="28"/>
              </w:rPr>
            </w:pPr>
            <w:proofErr w:type="spellStart"/>
            <w:r w:rsidRPr="00D7178A">
              <w:rPr>
                <w:sz w:val="28"/>
                <w:szCs w:val="28"/>
              </w:rPr>
              <w:t>S</w:t>
            </w:r>
            <w:r w:rsidRPr="00D7178A">
              <w:rPr>
                <w:sz w:val="28"/>
                <w:szCs w:val="28"/>
              </w:rPr>
              <w:t>ố</w:t>
            </w:r>
            <w:proofErr w:type="spellEnd"/>
            <w:r w:rsidRPr="00D7178A">
              <w:rPr>
                <w:sz w:val="28"/>
                <w:szCs w:val="28"/>
              </w:rPr>
              <w:t>:</w:t>
            </w:r>
            <w:r w:rsidR="00B66CC6" w:rsidRPr="00D7178A">
              <w:rPr>
                <w:sz w:val="28"/>
                <w:szCs w:val="28"/>
              </w:rPr>
              <w:t xml:space="preserve">  </w:t>
            </w:r>
            <w:r w:rsidRPr="00D7178A">
              <w:rPr>
                <w:sz w:val="28"/>
                <w:szCs w:val="28"/>
              </w:rPr>
              <w:t xml:space="preserve">        /BC-BTC</w:t>
            </w:r>
          </w:p>
        </w:tc>
        <w:tc>
          <w:tcPr>
            <w:tcW w:w="5888" w:type="dxa"/>
          </w:tcPr>
          <w:p w:rsidR="0081002A" w:rsidRPr="00D7178A" w:rsidRDefault="00442FE1">
            <w:pPr>
              <w:spacing w:after="40"/>
              <w:jc w:val="center"/>
              <w:rPr>
                <w:szCs w:val="26"/>
              </w:rPr>
            </w:pPr>
            <w:r w:rsidRPr="00D7178A">
              <w:rPr>
                <w:b/>
                <w:szCs w:val="26"/>
              </w:rPr>
              <w:t>C</w:t>
            </w:r>
            <w:r w:rsidRPr="00D7178A">
              <w:rPr>
                <w:b/>
                <w:szCs w:val="26"/>
              </w:rPr>
              <w:t>Ộ</w:t>
            </w:r>
            <w:r w:rsidRPr="00D7178A">
              <w:rPr>
                <w:b/>
                <w:szCs w:val="26"/>
              </w:rPr>
              <w:t>NG HÒA XÃ H</w:t>
            </w:r>
            <w:r w:rsidRPr="00D7178A">
              <w:rPr>
                <w:b/>
                <w:szCs w:val="26"/>
              </w:rPr>
              <w:t>Ộ</w:t>
            </w:r>
            <w:r w:rsidRPr="00D7178A">
              <w:rPr>
                <w:b/>
                <w:szCs w:val="26"/>
              </w:rPr>
              <w:t>I CH</w:t>
            </w:r>
            <w:r w:rsidRPr="00D7178A">
              <w:rPr>
                <w:b/>
                <w:szCs w:val="26"/>
              </w:rPr>
              <w:t>Ủ</w:t>
            </w:r>
            <w:r w:rsidRPr="00D7178A">
              <w:rPr>
                <w:b/>
                <w:szCs w:val="26"/>
              </w:rPr>
              <w:t xml:space="preserve"> NGHĨA VI</w:t>
            </w:r>
            <w:r w:rsidRPr="00D7178A">
              <w:rPr>
                <w:b/>
                <w:szCs w:val="26"/>
              </w:rPr>
              <w:t>Ệ</w:t>
            </w:r>
            <w:r w:rsidRPr="00D7178A">
              <w:rPr>
                <w:b/>
                <w:szCs w:val="26"/>
              </w:rPr>
              <w:t>T NAM</w:t>
            </w:r>
          </w:p>
          <w:p w:rsidR="0081002A" w:rsidRPr="00D7178A" w:rsidRDefault="00442FE1">
            <w:pPr>
              <w:spacing w:after="40"/>
              <w:jc w:val="center"/>
              <w:rPr>
                <w:sz w:val="28"/>
                <w:szCs w:val="28"/>
              </w:rPr>
            </w:pPr>
            <w:r w:rsidRPr="00D7178A">
              <w:rPr>
                <w:b/>
                <w:sz w:val="28"/>
                <w:szCs w:val="28"/>
              </w:rPr>
              <w:t>Đ</w:t>
            </w:r>
            <w:r w:rsidRPr="00D7178A">
              <w:rPr>
                <w:b/>
                <w:sz w:val="28"/>
                <w:szCs w:val="28"/>
              </w:rPr>
              <w:t>ộ</w:t>
            </w:r>
            <w:r w:rsidRPr="00D7178A">
              <w:rPr>
                <w:b/>
                <w:sz w:val="28"/>
                <w:szCs w:val="28"/>
              </w:rPr>
              <w:t>c l</w:t>
            </w:r>
            <w:r w:rsidRPr="00D7178A">
              <w:rPr>
                <w:b/>
                <w:sz w:val="28"/>
                <w:szCs w:val="28"/>
              </w:rPr>
              <w:t>ậ</w:t>
            </w:r>
            <w:r w:rsidRPr="00D7178A">
              <w:rPr>
                <w:b/>
                <w:sz w:val="28"/>
                <w:szCs w:val="28"/>
              </w:rPr>
              <w:t>p - T</w:t>
            </w:r>
            <w:r w:rsidRPr="00D7178A">
              <w:rPr>
                <w:b/>
                <w:sz w:val="28"/>
                <w:szCs w:val="28"/>
              </w:rPr>
              <w:t>ự</w:t>
            </w:r>
            <w:r w:rsidRPr="00D7178A">
              <w:rPr>
                <w:b/>
                <w:sz w:val="28"/>
                <w:szCs w:val="28"/>
              </w:rPr>
              <w:t xml:space="preserve"> do - H</w:t>
            </w:r>
            <w:r w:rsidRPr="00D7178A">
              <w:rPr>
                <w:b/>
                <w:sz w:val="28"/>
                <w:szCs w:val="28"/>
              </w:rPr>
              <w:t>ạ</w:t>
            </w:r>
            <w:r w:rsidRPr="00D7178A">
              <w:rPr>
                <w:b/>
                <w:sz w:val="28"/>
                <w:szCs w:val="28"/>
              </w:rPr>
              <w:t>nh phúc</w:t>
            </w:r>
          </w:p>
          <w:p w:rsidR="0081002A" w:rsidRDefault="00442FE1">
            <w:pPr>
              <w:spacing w:after="40"/>
              <w:jc w:val="center"/>
            </w:pPr>
            <w:r>
              <w:rPr>
                <w:sz w:val="20"/>
              </w:rPr>
              <w:t>-------------------</w:t>
            </w:r>
          </w:p>
          <w:p w:rsidR="0081002A" w:rsidRPr="00D7178A" w:rsidRDefault="00442FE1">
            <w:pPr>
              <w:spacing w:after="40"/>
              <w:jc w:val="center"/>
              <w:rPr>
                <w:sz w:val="28"/>
                <w:szCs w:val="28"/>
              </w:rPr>
            </w:pPr>
            <w:r w:rsidRPr="00D7178A">
              <w:rPr>
                <w:i/>
                <w:sz w:val="28"/>
                <w:szCs w:val="28"/>
              </w:rPr>
              <w:t>Hà N</w:t>
            </w:r>
            <w:r w:rsidRPr="00D7178A">
              <w:rPr>
                <w:i/>
                <w:sz w:val="28"/>
                <w:szCs w:val="28"/>
              </w:rPr>
              <w:t>ộ</w:t>
            </w:r>
            <w:r w:rsidRPr="00D7178A">
              <w:rPr>
                <w:i/>
                <w:sz w:val="28"/>
                <w:szCs w:val="28"/>
              </w:rPr>
              <w:t>i, ngày      tháng      năm 2026</w:t>
            </w:r>
          </w:p>
        </w:tc>
      </w:tr>
    </w:tbl>
    <w:p w:rsidR="0081002A" w:rsidRDefault="0081002A">
      <w:pPr>
        <w:spacing w:after="120"/>
      </w:pPr>
    </w:p>
    <w:p w:rsidR="0081002A" w:rsidRDefault="00442FE1">
      <w:pPr>
        <w:spacing w:after="60" w:line="288" w:lineRule="auto"/>
        <w:jc w:val="center"/>
      </w:pPr>
      <w:r>
        <w:rPr>
          <w:b/>
          <w:sz w:val="28"/>
        </w:rPr>
        <w:t>BÁO CÁO</w:t>
      </w:r>
    </w:p>
    <w:p w:rsidR="0081002A" w:rsidRDefault="001A4DDB">
      <w:pPr>
        <w:spacing w:after="160" w:line="288" w:lineRule="auto"/>
        <w:jc w:val="center"/>
        <w:rPr>
          <w:b/>
        </w:rPr>
      </w:pPr>
      <w:r>
        <w:rPr>
          <w:b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73.65pt;margin-top:78.45pt;width:114.05pt;height:0;z-index:251658240" o:connectortype="straight"/>
        </w:pict>
      </w:r>
      <w:proofErr w:type="spellStart"/>
      <w:r w:rsidR="00442FE1">
        <w:rPr>
          <w:b/>
        </w:rPr>
        <w:t>T</w:t>
      </w:r>
      <w:r w:rsidR="00442FE1">
        <w:rPr>
          <w:b/>
        </w:rPr>
        <w:t>ổ</w:t>
      </w:r>
      <w:r w:rsidR="00442FE1">
        <w:rPr>
          <w:b/>
        </w:rPr>
        <w:t>ng</w:t>
      </w:r>
      <w:proofErr w:type="spellEnd"/>
      <w:r w:rsidR="00442FE1">
        <w:rPr>
          <w:b/>
        </w:rPr>
        <w:t xml:space="preserve"> </w:t>
      </w:r>
      <w:proofErr w:type="spellStart"/>
      <w:r w:rsidR="00442FE1">
        <w:rPr>
          <w:b/>
        </w:rPr>
        <w:t>k</w:t>
      </w:r>
      <w:r w:rsidR="00442FE1">
        <w:rPr>
          <w:b/>
        </w:rPr>
        <w:t>ế</w:t>
      </w:r>
      <w:r w:rsidR="00442FE1">
        <w:rPr>
          <w:b/>
        </w:rPr>
        <w:t>t</w:t>
      </w:r>
      <w:proofErr w:type="spellEnd"/>
      <w:r w:rsidR="00442FE1">
        <w:rPr>
          <w:b/>
        </w:rPr>
        <w:t xml:space="preserve">, </w:t>
      </w:r>
      <w:proofErr w:type="spellStart"/>
      <w:r w:rsidR="00442FE1">
        <w:rPr>
          <w:b/>
        </w:rPr>
        <w:t>đánh</w:t>
      </w:r>
      <w:proofErr w:type="spellEnd"/>
      <w:r w:rsidR="00442FE1">
        <w:rPr>
          <w:b/>
        </w:rPr>
        <w:t xml:space="preserve"> </w:t>
      </w:r>
      <w:proofErr w:type="spellStart"/>
      <w:r w:rsidR="00442FE1">
        <w:rPr>
          <w:b/>
        </w:rPr>
        <w:t>giá</w:t>
      </w:r>
      <w:proofErr w:type="spellEnd"/>
      <w:r w:rsidR="00442FE1">
        <w:rPr>
          <w:b/>
        </w:rPr>
        <w:t xml:space="preserve"> vi</w:t>
      </w:r>
      <w:r w:rsidR="00442FE1">
        <w:rPr>
          <w:b/>
        </w:rPr>
        <w:t>ệ</w:t>
      </w:r>
      <w:r w:rsidR="00442FE1">
        <w:rPr>
          <w:b/>
        </w:rPr>
        <w:t>c th</w:t>
      </w:r>
      <w:r w:rsidR="00442FE1">
        <w:rPr>
          <w:b/>
        </w:rPr>
        <w:t>ự</w:t>
      </w:r>
      <w:r w:rsidR="00442FE1">
        <w:rPr>
          <w:b/>
        </w:rPr>
        <w:t>c hi</w:t>
      </w:r>
      <w:r w:rsidR="00442FE1">
        <w:rPr>
          <w:b/>
        </w:rPr>
        <w:t>ệ</w:t>
      </w:r>
      <w:r w:rsidR="00442FE1">
        <w:rPr>
          <w:b/>
        </w:rPr>
        <w:t>n Thông tư s</w:t>
      </w:r>
      <w:r w:rsidR="00442FE1">
        <w:rPr>
          <w:b/>
        </w:rPr>
        <w:t>ố</w:t>
      </w:r>
      <w:r w:rsidR="00442FE1">
        <w:rPr>
          <w:b/>
        </w:rPr>
        <w:t xml:space="preserve"> 56/2023/TT-BTC ngày 18/8/2023 c</w:t>
      </w:r>
      <w:r w:rsidR="00442FE1">
        <w:rPr>
          <w:b/>
        </w:rPr>
        <w:t>ủ</w:t>
      </w:r>
      <w:r w:rsidR="00442FE1">
        <w:rPr>
          <w:b/>
        </w:rPr>
        <w:t>a B</w:t>
      </w:r>
      <w:r w:rsidR="00442FE1">
        <w:rPr>
          <w:b/>
        </w:rPr>
        <w:t>ộ</w:t>
      </w:r>
      <w:r w:rsidR="00442FE1">
        <w:rPr>
          <w:b/>
        </w:rPr>
        <w:t xml:space="preserve"> Tài chính</w:t>
      </w:r>
      <w:r w:rsidR="00442FE1">
        <w:rPr>
          <w:b/>
        </w:rPr>
        <w:t xml:space="preserve"> quy đ</w:t>
      </w:r>
      <w:r w:rsidR="00442FE1">
        <w:rPr>
          <w:b/>
        </w:rPr>
        <w:t>ị</w:t>
      </w:r>
      <w:r w:rsidR="00442FE1">
        <w:rPr>
          <w:b/>
        </w:rPr>
        <w:t>nh vi</w:t>
      </w:r>
      <w:r w:rsidR="00442FE1">
        <w:rPr>
          <w:b/>
        </w:rPr>
        <w:t>ệ</w:t>
      </w:r>
      <w:r w:rsidR="00442FE1">
        <w:rPr>
          <w:b/>
        </w:rPr>
        <w:t>c l</w:t>
      </w:r>
      <w:r w:rsidR="00442FE1">
        <w:rPr>
          <w:b/>
        </w:rPr>
        <w:t>ậ</w:t>
      </w:r>
      <w:r w:rsidR="00442FE1">
        <w:rPr>
          <w:b/>
        </w:rPr>
        <w:t>p d</w:t>
      </w:r>
      <w:r w:rsidR="00442FE1">
        <w:rPr>
          <w:b/>
        </w:rPr>
        <w:t>ự</w:t>
      </w:r>
      <w:r w:rsidR="00442FE1">
        <w:rPr>
          <w:b/>
        </w:rPr>
        <w:t xml:space="preserve"> toán, qu</w:t>
      </w:r>
      <w:r w:rsidR="00442FE1">
        <w:rPr>
          <w:b/>
        </w:rPr>
        <w:t>ả</w:t>
      </w:r>
      <w:r w:rsidR="00442FE1">
        <w:rPr>
          <w:b/>
        </w:rPr>
        <w:t>n lý, s</w:t>
      </w:r>
      <w:r w:rsidR="00442FE1">
        <w:rPr>
          <w:b/>
        </w:rPr>
        <w:t>ử</w:t>
      </w:r>
      <w:r w:rsidR="00442FE1">
        <w:rPr>
          <w:b/>
        </w:rPr>
        <w:t xml:space="preserve"> d</w:t>
      </w:r>
      <w:r w:rsidR="00442FE1">
        <w:rPr>
          <w:b/>
        </w:rPr>
        <w:t>ụ</w:t>
      </w:r>
      <w:r w:rsidR="00442FE1">
        <w:rPr>
          <w:b/>
        </w:rPr>
        <w:t>ng và quy</w:t>
      </w:r>
      <w:r w:rsidR="00442FE1">
        <w:rPr>
          <w:b/>
        </w:rPr>
        <w:t>ế</w:t>
      </w:r>
      <w:r w:rsidR="00442FE1">
        <w:rPr>
          <w:b/>
        </w:rPr>
        <w:t>t toán kinh phí b</w:t>
      </w:r>
      <w:r w:rsidR="00442FE1">
        <w:rPr>
          <w:b/>
        </w:rPr>
        <w:t>ả</w:t>
      </w:r>
      <w:r w:rsidR="00442FE1">
        <w:rPr>
          <w:b/>
        </w:rPr>
        <w:t>o đ</w:t>
      </w:r>
      <w:r w:rsidR="00442FE1">
        <w:rPr>
          <w:b/>
        </w:rPr>
        <w:t>ả</w:t>
      </w:r>
      <w:r w:rsidR="00442FE1">
        <w:rPr>
          <w:b/>
        </w:rPr>
        <w:t>m cho công tác ph</w:t>
      </w:r>
      <w:r w:rsidR="00442FE1">
        <w:rPr>
          <w:b/>
        </w:rPr>
        <w:t>ổ</w:t>
      </w:r>
      <w:r w:rsidR="00442FE1">
        <w:rPr>
          <w:b/>
        </w:rPr>
        <w:t xml:space="preserve"> bi</w:t>
      </w:r>
      <w:r w:rsidR="00442FE1">
        <w:rPr>
          <w:b/>
        </w:rPr>
        <w:t>ế</w:t>
      </w:r>
      <w:r w:rsidR="00442FE1">
        <w:rPr>
          <w:b/>
        </w:rPr>
        <w:t>n, giáo d</w:t>
      </w:r>
      <w:r w:rsidR="00442FE1">
        <w:rPr>
          <w:b/>
        </w:rPr>
        <w:t>ụ</w:t>
      </w:r>
      <w:r w:rsidR="00442FE1">
        <w:rPr>
          <w:b/>
        </w:rPr>
        <w:t>c pháp lu</w:t>
      </w:r>
      <w:r w:rsidR="00442FE1">
        <w:rPr>
          <w:b/>
        </w:rPr>
        <w:t>ậ</w:t>
      </w:r>
      <w:r w:rsidR="00442FE1">
        <w:rPr>
          <w:b/>
        </w:rPr>
        <w:t>t, chu</w:t>
      </w:r>
      <w:r w:rsidR="00442FE1">
        <w:rPr>
          <w:b/>
        </w:rPr>
        <w:t>ẩ</w:t>
      </w:r>
      <w:r w:rsidR="00442FE1">
        <w:rPr>
          <w:b/>
        </w:rPr>
        <w:t>n ti</w:t>
      </w:r>
      <w:r w:rsidR="00442FE1">
        <w:rPr>
          <w:b/>
        </w:rPr>
        <w:t>ế</w:t>
      </w:r>
      <w:r w:rsidR="00442FE1">
        <w:rPr>
          <w:b/>
        </w:rPr>
        <w:t>p c</w:t>
      </w:r>
      <w:r w:rsidR="00442FE1">
        <w:rPr>
          <w:b/>
        </w:rPr>
        <w:t>ậ</w:t>
      </w:r>
      <w:r w:rsidR="00442FE1">
        <w:rPr>
          <w:b/>
        </w:rPr>
        <w:t>n pháp lu</w:t>
      </w:r>
      <w:r w:rsidR="00442FE1">
        <w:rPr>
          <w:b/>
        </w:rPr>
        <w:t>ậ</w:t>
      </w:r>
      <w:r w:rsidR="00442FE1">
        <w:rPr>
          <w:b/>
        </w:rPr>
        <w:t xml:space="preserve">t và hòa </w:t>
      </w:r>
      <w:proofErr w:type="spellStart"/>
      <w:r w:rsidR="00442FE1">
        <w:rPr>
          <w:b/>
        </w:rPr>
        <w:t>gi</w:t>
      </w:r>
      <w:r w:rsidR="00442FE1">
        <w:rPr>
          <w:b/>
        </w:rPr>
        <w:t>ả</w:t>
      </w:r>
      <w:r w:rsidR="00442FE1">
        <w:rPr>
          <w:b/>
        </w:rPr>
        <w:t>i</w:t>
      </w:r>
      <w:proofErr w:type="spellEnd"/>
      <w:r w:rsidR="00442FE1">
        <w:rPr>
          <w:b/>
        </w:rPr>
        <w:t xml:space="preserve"> </w:t>
      </w:r>
      <w:r w:rsidR="00442FE1">
        <w:rPr>
          <w:b/>
        </w:rPr>
        <w:t>ở</w:t>
      </w:r>
      <w:r w:rsidR="00442FE1">
        <w:rPr>
          <w:b/>
        </w:rPr>
        <w:t xml:space="preserve"> </w:t>
      </w:r>
      <w:proofErr w:type="spellStart"/>
      <w:r w:rsidR="00442FE1">
        <w:rPr>
          <w:b/>
        </w:rPr>
        <w:t>cơ</w:t>
      </w:r>
      <w:proofErr w:type="spellEnd"/>
      <w:r w:rsidR="00442FE1">
        <w:rPr>
          <w:b/>
        </w:rPr>
        <w:t xml:space="preserve"> </w:t>
      </w:r>
      <w:proofErr w:type="spellStart"/>
      <w:r w:rsidR="00442FE1">
        <w:rPr>
          <w:b/>
        </w:rPr>
        <w:t>s</w:t>
      </w:r>
      <w:r w:rsidR="00442FE1">
        <w:rPr>
          <w:b/>
        </w:rPr>
        <w:t>ở</w:t>
      </w:r>
      <w:proofErr w:type="spellEnd"/>
    </w:p>
    <w:p w:rsidR="001A4DDB" w:rsidRDefault="001A4DDB">
      <w:pPr>
        <w:spacing w:after="160" w:line="288" w:lineRule="auto"/>
        <w:jc w:val="center"/>
        <w:rPr>
          <w:i/>
        </w:rPr>
      </w:pPr>
      <w:r w:rsidRPr="001A4DDB">
        <w:rPr>
          <w:i/>
        </w:rPr>
        <w:t>(</w:t>
      </w:r>
      <w:proofErr w:type="spellStart"/>
      <w:r w:rsidRPr="001A4DDB">
        <w:rPr>
          <w:i/>
        </w:rPr>
        <w:t>Dự</w:t>
      </w:r>
      <w:proofErr w:type="spellEnd"/>
      <w:r w:rsidRPr="001A4DDB">
        <w:rPr>
          <w:i/>
        </w:rPr>
        <w:t xml:space="preserve"> </w:t>
      </w:r>
      <w:proofErr w:type="spellStart"/>
      <w:r w:rsidRPr="001A4DDB">
        <w:rPr>
          <w:i/>
        </w:rPr>
        <w:t>thảo</w:t>
      </w:r>
      <w:proofErr w:type="spellEnd"/>
      <w:r w:rsidRPr="001A4DDB">
        <w:rPr>
          <w:i/>
        </w:rPr>
        <w:t xml:space="preserve"> </w:t>
      </w:r>
      <w:proofErr w:type="spellStart"/>
      <w:r w:rsidRPr="001A4DDB">
        <w:rPr>
          <w:i/>
        </w:rPr>
        <w:t>Báo</w:t>
      </w:r>
      <w:proofErr w:type="spellEnd"/>
      <w:r w:rsidRPr="001A4DDB">
        <w:rPr>
          <w:i/>
        </w:rPr>
        <w:t xml:space="preserve"> </w:t>
      </w:r>
      <w:proofErr w:type="spellStart"/>
      <w:r w:rsidRPr="001A4DDB">
        <w:rPr>
          <w:i/>
        </w:rPr>
        <w:t>cáo</w:t>
      </w:r>
      <w:proofErr w:type="spellEnd"/>
      <w:r w:rsidRPr="001A4DDB">
        <w:rPr>
          <w:i/>
        </w:rPr>
        <w:t xml:space="preserve"> </w:t>
      </w:r>
      <w:proofErr w:type="spellStart"/>
      <w:r w:rsidRPr="001A4DDB">
        <w:rPr>
          <w:i/>
        </w:rPr>
        <w:t>tổng</w:t>
      </w:r>
      <w:proofErr w:type="spellEnd"/>
      <w:r w:rsidRPr="001A4DDB">
        <w:rPr>
          <w:i/>
        </w:rPr>
        <w:t xml:space="preserve"> </w:t>
      </w:r>
      <w:proofErr w:type="spellStart"/>
      <w:r w:rsidRPr="001A4DDB">
        <w:rPr>
          <w:i/>
        </w:rPr>
        <w:t>kết</w:t>
      </w:r>
      <w:proofErr w:type="spellEnd"/>
      <w:r w:rsidRPr="001A4DDB">
        <w:rPr>
          <w:i/>
        </w:rPr>
        <w:t xml:space="preserve"> </w:t>
      </w:r>
      <w:proofErr w:type="spellStart"/>
      <w:r w:rsidRPr="001A4DDB">
        <w:rPr>
          <w:i/>
        </w:rPr>
        <w:t>sẽ</w:t>
      </w:r>
      <w:proofErr w:type="spellEnd"/>
      <w:r w:rsidRPr="001A4DDB">
        <w:rPr>
          <w:i/>
        </w:rPr>
        <w:t xml:space="preserve"> </w:t>
      </w:r>
      <w:proofErr w:type="spellStart"/>
      <w:r w:rsidRPr="001A4DDB">
        <w:rPr>
          <w:i/>
        </w:rPr>
        <w:t>được</w:t>
      </w:r>
      <w:proofErr w:type="spellEnd"/>
      <w:r w:rsidRPr="001A4DDB">
        <w:rPr>
          <w:i/>
        </w:rPr>
        <w:t xml:space="preserve"> </w:t>
      </w:r>
      <w:proofErr w:type="spellStart"/>
      <w:r w:rsidRPr="001A4DDB">
        <w:rPr>
          <w:i/>
        </w:rPr>
        <w:t>hoàn</w:t>
      </w:r>
      <w:proofErr w:type="spellEnd"/>
      <w:r w:rsidRPr="001A4DDB">
        <w:rPr>
          <w:i/>
        </w:rPr>
        <w:t xml:space="preserve"> </w:t>
      </w:r>
      <w:proofErr w:type="spellStart"/>
      <w:r w:rsidRPr="001A4DDB">
        <w:rPr>
          <w:i/>
        </w:rPr>
        <w:t>thiện</w:t>
      </w:r>
      <w:proofErr w:type="spellEnd"/>
      <w:r w:rsidRPr="001A4DDB">
        <w:rPr>
          <w:i/>
        </w:rPr>
        <w:t xml:space="preserve"> </w:t>
      </w:r>
      <w:proofErr w:type="spellStart"/>
      <w:r w:rsidRPr="001A4DDB">
        <w:rPr>
          <w:i/>
        </w:rPr>
        <w:t>sau</w:t>
      </w:r>
      <w:proofErr w:type="spellEnd"/>
      <w:r w:rsidRPr="001A4DDB">
        <w:rPr>
          <w:i/>
        </w:rPr>
        <w:t xml:space="preserve"> </w:t>
      </w:r>
      <w:proofErr w:type="spellStart"/>
      <w:r w:rsidRPr="001A4DDB">
        <w:rPr>
          <w:i/>
        </w:rPr>
        <w:t>khi</w:t>
      </w:r>
      <w:proofErr w:type="spellEnd"/>
      <w:r w:rsidRPr="001A4DDB">
        <w:rPr>
          <w:i/>
        </w:rPr>
        <w:t xml:space="preserve"> </w:t>
      </w:r>
      <w:proofErr w:type="spellStart"/>
      <w:r w:rsidRPr="001A4DDB">
        <w:rPr>
          <w:i/>
        </w:rPr>
        <w:t>tổng</w:t>
      </w:r>
      <w:proofErr w:type="spellEnd"/>
      <w:r w:rsidRPr="001A4DDB">
        <w:rPr>
          <w:i/>
        </w:rPr>
        <w:t xml:space="preserve"> </w:t>
      </w:r>
      <w:proofErr w:type="spellStart"/>
      <w:r w:rsidRPr="001A4DDB">
        <w:rPr>
          <w:i/>
        </w:rPr>
        <w:t>hợp</w:t>
      </w:r>
      <w:proofErr w:type="spellEnd"/>
      <w:r w:rsidRPr="001A4DDB">
        <w:rPr>
          <w:i/>
        </w:rPr>
        <w:t xml:space="preserve"> </w:t>
      </w:r>
      <w:proofErr w:type="spellStart"/>
      <w:r w:rsidRPr="001A4DDB">
        <w:rPr>
          <w:i/>
        </w:rPr>
        <w:t>thêm</w:t>
      </w:r>
      <w:proofErr w:type="spellEnd"/>
      <w:r w:rsidRPr="001A4DDB">
        <w:rPr>
          <w:i/>
        </w:rPr>
        <w:t xml:space="preserve"> ý </w:t>
      </w:r>
      <w:proofErr w:type="spellStart"/>
      <w:r w:rsidRPr="001A4DDB">
        <w:rPr>
          <w:i/>
        </w:rPr>
        <w:t>kiến</w:t>
      </w:r>
      <w:proofErr w:type="spellEnd"/>
      <w:r w:rsidRPr="001A4DDB">
        <w:rPr>
          <w:i/>
        </w:rPr>
        <w:t xml:space="preserve"> </w:t>
      </w:r>
      <w:proofErr w:type="spellStart"/>
      <w:r w:rsidRPr="001A4DDB">
        <w:rPr>
          <w:i/>
        </w:rPr>
        <w:t>của</w:t>
      </w:r>
      <w:proofErr w:type="spellEnd"/>
      <w:r w:rsidRPr="001A4DDB">
        <w:rPr>
          <w:i/>
        </w:rPr>
        <w:t xml:space="preserve"> </w:t>
      </w:r>
      <w:proofErr w:type="spellStart"/>
      <w:r w:rsidRPr="001A4DDB">
        <w:rPr>
          <w:i/>
        </w:rPr>
        <w:t>các</w:t>
      </w:r>
      <w:proofErr w:type="spellEnd"/>
      <w:r w:rsidRPr="001A4DDB">
        <w:rPr>
          <w:i/>
        </w:rPr>
        <w:t xml:space="preserve"> </w:t>
      </w:r>
      <w:proofErr w:type="spellStart"/>
      <w:r w:rsidRPr="001A4DDB">
        <w:rPr>
          <w:i/>
        </w:rPr>
        <w:t>Bộ</w:t>
      </w:r>
      <w:proofErr w:type="spellEnd"/>
      <w:r w:rsidRPr="001A4DDB">
        <w:rPr>
          <w:i/>
        </w:rPr>
        <w:t xml:space="preserve">, </w:t>
      </w:r>
      <w:proofErr w:type="spellStart"/>
      <w:r w:rsidRPr="001A4DDB">
        <w:rPr>
          <w:i/>
        </w:rPr>
        <w:t>cơ</w:t>
      </w:r>
      <w:proofErr w:type="spellEnd"/>
      <w:r w:rsidRPr="001A4DDB">
        <w:rPr>
          <w:i/>
        </w:rPr>
        <w:t xml:space="preserve"> </w:t>
      </w:r>
      <w:proofErr w:type="spellStart"/>
      <w:r w:rsidRPr="001A4DDB">
        <w:rPr>
          <w:i/>
        </w:rPr>
        <w:t>quan</w:t>
      </w:r>
      <w:proofErr w:type="spellEnd"/>
      <w:r>
        <w:rPr>
          <w:i/>
        </w:rPr>
        <w:t xml:space="preserve"> </w:t>
      </w:r>
      <w:proofErr w:type="spellStart"/>
      <w:r w:rsidRPr="001A4DDB">
        <w:rPr>
          <w:i/>
        </w:rPr>
        <w:t>trung</w:t>
      </w:r>
      <w:proofErr w:type="spellEnd"/>
      <w:r w:rsidRPr="001A4DDB">
        <w:rPr>
          <w:i/>
        </w:rPr>
        <w:t xml:space="preserve"> </w:t>
      </w:r>
      <w:proofErr w:type="spellStart"/>
      <w:r w:rsidRPr="001A4DDB">
        <w:rPr>
          <w:i/>
        </w:rPr>
        <w:t>ương</w:t>
      </w:r>
      <w:proofErr w:type="spellEnd"/>
      <w:r w:rsidRPr="001A4DDB">
        <w:rPr>
          <w:i/>
        </w:rPr>
        <w:t xml:space="preserve">, </w:t>
      </w:r>
      <w:proofErr w:type="spellStart"/>
      <w:r w:rsidRPr="001A4DDB">
        <w:rPr>
          <w:i/>
        </w:rPr>
        <w:t>địa</w:t>
      </w:r>
      <w:proofErr w:type="spellEnd"/>
      <w:r w:rsidRPr="001A4DDB">
        <w:rPr>
          <w:i/>
        </w:rPr>
        <w:t xml:space="preserve"> </w:t>
      </w:r>
      <w:proofErr w:type="spellStart"/>
      <w:r w:rsidRPr="001A4DDB">
        <w:rPr>
          <w:i/>
        </w:rPr>
        <w:t>phương</w:t>
      </w:r>
      <w:proofErr w:type="spellEnd"/>
      <w:r w:rsidRPr="001A4DDB">
        <w:rPr>
          <w:i/>
        </w:rPr>
        <w:t>)</w:t>
      </w:r>
    </w:p>
    <w:p w:rsidR="001A4DDB" w:rsidRDefault="001A4DDB">
      <w:pPr>
        <w:spacing w:after="160" w:line="288" w:lineRule="auto"/>
        <w:jc w:val="center"/>
        <w:rPr>
          <w:i/>
        </w:rPr>
      </w:pPr>
    </w:p>
    <w:p w:rsidR="0081002A" w:rsidRPr="00B66CC6" w:rsidRDefault="00442FE1" w:rsidP="0051677C">
      <w:pPr>
        <w:spacing w:after="80" w:line="288" w:lineRule="auto"/>
        <w:ind w:firstLine="720"/>
        <w:jc w:val="both"/>
        <w:rPr>
          <w:rFonts w:eastAsia="Calibri" w:cs="Times New Roman"/>
          <w:color w:val="auto"/>
          <w:sz w:val="28"/>
          <w:szCs w:val="28"/>
        </w:rPr>
      </w:pP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Công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tác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ph</w:t>
      </w:r>
      <w:r w:rsidRPr="00B66CC6">
        <w:rPr>
          <w:rFonts w:eastAsia="Calibri" w:cs="Times New Roman"/>
          <w:color w:val="auto"/>
          <w:sz w:val="28"/>
          <w:szCs w:val="28"/>
        </w:rPr>
        <w:t>ổ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bi</w:t>
      </w:r>
      <w:r w:rsidRPr="00B66CC6">
        <w:rPr>
          <w:rFonts w:eastAsia="Calibri" w:cs="Times New Roman"/>
          <w:color w:val="auto"/>
          <w:sz w:val="28"/>
          <w:szCs w:val="28"/>
        </w:rPr>
        <w:t>ế</w:t>
      </w:r>
      <w:r w:rsidRPr="00B66CC6">
        <w:rPr>
          <w:rFonts w:eastAsia="Calibri" w:cs="Times New Roman"/>
          <w:color w:val="auto"/>
          <w:sz w:val="28"/>
          <w:szCs w:val="28"/>
        </w:rPr>
        <w:t>n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>, giáo d</w:t>
      </w:r>
      <w:r w:rsidRPr="00B66CC6">
        <w:rPr>
          <w:rFonts w:eastAsia="Calibri" w:cs="Times New Roman"/>
          <w:color w:val="auto"/>
          <w:sz w:val="28"/>
          <w:szCs w:val="28"/>
        </w:rPr>
        <w:t>ụ</w:t>
      </w:r>
      <w:r w:rsidRPr="00B66CC6">
        <w:rPr>
          <w:rFonts w:eastAsia="Calibri" w:cs="Times New Roman"/>
          <w:color w:val="auto"/>
          <w:sz w:val="28"/>
          <w:szCs w:val="28"/>
        </w:rPr>
        <w:t>c pháp lu</w:t>
      </w:r>
      <w:r w:rsidRPr="00B66CC6">
        <w:rPr>
          <w:rFonts w:eastAsia="Calibri" w:cs="Times New Roman"/>
          <w:color w:val="auto"/>
          <w:sz w:val="28"/>
          <w:szCs w:val="28"/>
        </w:rPr>
        <w:t>ậ</w:t>
      </w:r>
      <w:r w:rsidRPr="00B66CC6">
        <w:rPr>
          <w:rFonts w:eastAsia="Calibri" w:cs="Times New Roman"/>
          <w:color w:val="auto"/>
          <w:sz w:val="28"/>
          <w:szCs w:val="28"/>
        </w:rPr>
        <w:t>t (PBGDPL), xây d</w:t>
      </w:r>
      <w:r w:rsidRPr="00B66CC6">
        <w:rPr>
          <w:rFonts w:eastAsia="Calibri" w:cs="Times New Roman"/>
          <w:color w:val="auto"/>
          <w:sz w:val="28"/>
          <w:szCs w:val="28"/>
        </w:rPr>
        <w:t>ự</w:t>
      </w:r>
      <w:r w:rsidRPr="00B66CC6">
        <w:rPr>
          <w:rFonts w:eastAsia="Calibri" w:cs="Times New Roman"/>
          <w:color w:val="auto"/>
          <w:sz w:val="28"/>
          <w:szCs w:val="28"/>
        </w:rPr>
        <w:t>ng c</w:t>
      </w:r>
      <w:r w:rsidRPr="00B66CC6">
        <w:rPr>
          <w:rFonts w:eastAsia="Calibri" w:cs="Times New Roman"/>
          <w:color w:val="auto"/>
          <w:sz w:val="28"/>
          <w:szCs w:val="28"/>
        </w:rPr>
        <w:t>ấ</w:t>
      </w:r>
      <w:r w:rsidRPr="00B66CC6">
        <w:rPr>
          <w:rFonts w:eastAsia="Calibri" w:cs="Times New Roman"/>
          <w:color w:val="auto"/>
          <w:sz w:val="28"/>
          <w:szCs w:val="28"/>
        </w:rPr>
        <w:t>p xã đ</w:t>
      </w:r>
      <w:r w:rsidRPr="00B66CC6">
        <w:rPr>
          <w:rFonts w:eastAsia="Calibri" w:cs="Times New Roman"/>
          <w:color w:val="auto"/>
          <w:sz w:val="28"/>
          <w:szCs w:val="28"/>
        </w:rPr>
        <w:t>ạ</w:t>
      </w:r>
      <w:r w:rsidRPr="00B66CC6">
        <w:rPr>
          <w:rFonts w:eastAsia="Calibri" w:cs="Times New Roman"/>
          <w:color w:val="auto"/>
          <w:sz w:val="28"/>
          <w:szCs w:val="28"/>
        </w:rPr>
        <w:t>t chu</w:t>
      </w:r>
      <w:r w:rsidRPr="00B66CC6">
        <w:rPr>
          <w:rFonts w:eastAsia="Calibri" w:cs="Times New Roman"/>
          <w:color w:val="auto"/>
          <w:sz w:val="28"/>
          <w:szCs w:val="28"/>
        </w:rPr>
        <w:t>ẩ</w:t>
      </w:r>
      <w:r w:rsidRPr="00B66CC6">
        <w:rPr>
          <w:rFonts w:eastAsia="Calibri" w:cs="Times New Roman"/>
          <w:color w:val="auto"/>
          <w:sz w:val="28"/>
          <w:szCs w:val="28"/>
        </w:rPr>
        <w:t>n ti</w:t>
      </w:r>
      <w:r w:rsidRPr="00B66CC6">
        <w:rPr>
          <w:rFonts w:eastAsia="Calibri" w:cs="Times New Roman"/>
          <w:color w:val="auto"/>
          <w:sz w:val="28"/>
          <w:szCs w:val="28"/>
        </w:rPr>
        <w:t>ế</w:t>
      </w:r>
      <w:r w:rsidRPr="00B66CC6">
        <w:rPr>
          <w:rFonts w:eastAsia="Calibri" w:cs="Times New Roman"/>
          <w:color w:val="auto"/>
          <w:sz w:val="28"/>
          <w:szCs w:val="28"/>
        </w:rPr>
        <w:t>p c</w:t>
      </w:r>
      <w:r w:rsidRPr="00B66CC6">
        <w:rPr>
          <w:rFonts w:eastAsia="Calibri" w:cs="Times New Roman"/>
          <w:color w:val="auto"/>
          <w:sz w:val="28"/>
          <w:szCs w:val="28"/>
        </w:rPr>
        <w:t>ậ</w:t>
      </w:r>
      <w:r w:rsidRPr="00B66CC6">
        <w:rPr>
          <w:rFonts w:eastAsia="Calibri" w:cs="Times New Roman"/>
          <w:color w:val="auto"/>
          <w:sz w:val="28"/>
          <w:szCs w:val="28"/>
        </w:rPr>
        <w:t>n pháp lu</w:t>
      </w:r>
      <w:r w:rsidRPr="00B66CC6">
        <w:rPr>
          <w:rFonts w:eastAsia="Calibri" w:cs="Times New Roman"/>
          <w:color w:val="auto"/>
          <w:sz w:val="28"/>
          <w:szCs w:val="28"/>
        </w:rPr>
        <w:t>ậ</w:t>
      </w:r>
      <w:r w:rsidRPr="00B66CC6">
        <w:rPr>
          <w:rFonts w:eastAsia="Calibri" w:cs="Times New Roman"/>
          <w:color w:val="auto"/>
          <w:sz w:val="28"/>
          <w:szCs w:val="28"/>
        </w:rPr>
        <w:t>t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và hòa gi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i </w:t>
      </w:r>
      <w:r w:rsidRPr="00B66CC6">
        <w:rPr>
          <w:rFonts w:eastAsia="Calibri" w:cs="Times New Roman"/>
          <w:color w:val="auto"/>
          <w:sz w:val="28"/>
          <w:szCs w:val="28"/>
        </w:rPr>
        <w:t>ở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cơ s</w:t>
      </w:r>
      <w:r w:rsidRPr="00B66CC6">
        <w:rPr>
          <w:rFonts w:eastAsia="Calibri" w:cs="Times New Roman"/>
          <w:color w:val="auto"/>
          <w:sz w:val="28"/>
          <w:szCs w:val="28"/>
        </w:rPr>
        <w:t>ở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là m</w:t>
      </w:r>
      <w:r w:rsidRPr="00B66CC6">
        <w:rPr>
          <w:rFonts w:eastAsia="Calibri" w:cs="Times New Roman"/>
          <w:color w:val="auto"/>
          <w:sz w:val="28"/>
          <w:szCs w:val="28"/>
        </w:rPr>
        <w:t>ộ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t trong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nh</w:t>
      </w:r>
      <w:r w:rsidRPr="00B66CC6">
        <w:rPr>
          <w:rFonts w:eastAsia="Calibri" w:cs="Times New Roman"/>
          <w:color w:val="auto"/>
          <w:sz w:val="28"/>
          <w:szCs w:val="28"/>
        </w:rPr>
        <w:t>ữ</w:t>
      </w:r>
      <w:r w:rsidRPr="00B66CC6">
        <w:rPr>
          <w:rFonts w:eastAsia="Calibri" w:cs="Times New Roman"/>
          <w:color w:val="auto"/>
          <w:sz w:val="28"/>
          <w:szCs w:val="28"/>
        </w:rPr>
        <w:t>ng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nhi</w:t>
      </w:r>
      <w:r w:rsidRPr="00B66CC6">
        <w:rPr>
          <w:rFonts w:eastAsia="Calibri" w:cs="Times New Roman"/>
          <w:color w:val="auto"/>
          <w:sz w:val="28"/>
          <w:szCs w:val="28"/>
        </w:rPr>
        <w:t>ệ</w:t>
      </w:r>
      <w:r w:rsidRPr="00B66CC6">
        <w:rPr>
          <w:rFonts w:eastAsia="Calibri" w:cs="Times New Roman"/>
          <w:color w:val="auto"/>
          <w:sz w:val="28"/>
          <w:szCs w:val="28"/>
        </w:rPr>
        <w:t>m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v</w:t>
      </w:r>
      <w:r w:rsidRPr="00B66CC6">
        <w:rPr>
          <w:rFonts w:eastAsia="Calibri" w:cs="Times New Roman"/>
          <w:color w:val="auto"/>
          <w:sz w:val="28"/>
          <w:szCs w:val="28"/>
        </w:rPr>
        <w:t>ụ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thư</w:t>
      </w:r>
      <w:r w:rsidRPr="00B66CC6">
        <w:rPr>
          <w:rFonts w:eastAsia="Calibri" w:cs="Times New Roman"/>
          <w:color w:val="auto"/>
          <w:sz w:val="28"/>
          <w:szCs w:val="28"/>
        </w:rPr>
        <w:t>ờ</w:t>
      </w:r>
      <w:r w:rsidRPr="00B66CC6">
        <w:rPr>
          <w:rFonts w:eastAsia="Calibri" w:cs="Times New Roman"/>
          <w:color w:val="auto"/>
          <w:sz w:val="28"/>
          <w:szCs w:val="28"/>
        </w:rPr>
        <w:t>ng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xuyên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c</w:t>
      </w:r>
      <w:r w:rsidRPr="00B66CC6">
        <w:rPr>
          <w:rFonts w:eastAsia="Calibri" w:cs="Times New Roman"/>
          <w:color w:val="auto"/>
          <w:sz w:val="28"/>
          <w:szCs w:val="28"/>
        </w:rPr>
        <w:t>ủ</w:t>
      </w:r>
      <w:r w:rsidRPr="00B66CC6">
        <w:rPr>
          <w:rFonts w:eastAsia="Calibri" w:cs="Times New Roman"/>
          <w:color w:val="auto"/>
          <w:sz w:val="28"/>
          <w:szCs w:val="28"/>
        </w:rPr>
        <w:t>a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toàn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b</w:t>
      </w:r>
      <w:r w:rsidRPr="00B66CC6">
        <w:rPr>
          <w:rFonts w:eastAsia="Calibri" w:cs="Times New Roman"/>
          <w:color w:val="auto"/>
          <w:sz w:val="28"/>
          <w:szCs w:val="28"/>
        </w:rPr>
        <w:t>ộ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h</w:t>
      </w:r>
      <w:r w:rsidRPr="00B66CC6">
        <w:rPr>
          <w:rFonts w:eastAsia="Calibri" w:cs="Times New Roman"/>
          <w:color w:val="auto"/>
          <w:sz w:val="28"/>
          <w:szCs w:val="28"/>
        </w:rPr>
        <w:t>ệ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th</w:t>
      </w:r>
      <w:r w:rsidRPr="00B66CC6">
        <w:rPr>
          <w:rFonts w:eastAsia="Calibri" w:cs="Times New Roman"/>
          <w:color w:val="auto"/>
          <w:sz w:val="28"/>
          <w:szCs w:val="28"/>
        </w:rPr>
        <w:t>ố</w:t>
      </w:r>
      <w:r w:rsidRPr="00B66CC6">
        <w:rPr>
          <w:rFonts w:eastAsia="Calibri" w:cs="Times New Roman"/>
          <w:color w:val="auto"/>
          <w:sz w:val="28"/>
          <w:szCs w:val="28"/>
        </w:rPr>
        <w:t>ng chính tr</w:t>
      </w:r>
      <w:r w:rsidRPr="00B66CC6">
        <w:rPr>
          <w:rFonts w:eastAsia="Calibri" w:cs="Times New Roman"/>
          <w:color w:val="auto"/>
          <w:sz w:val="28"/>
          <w:szCs w:val="28"/>
        </w:rPr>
        <w:t>ị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nh</w:t>
      </w:r>
      <w:r w:rsidRPr="00B66CC6">
        <w:rPr>
          <w:rFonts w:eastAsia="Calibri" w:cs="Times New Roman"/>
          <w:color w:val="auto"/>
          <w:sz w:val="28"/>
          <w:szCs w:val="28"/>
        </w:rPr>
        <w:t>ằ</w:t>
      </w:r>
      <w:r w:rsidRPr="00B66CC6">
        <w:rPr>
          <w:rFonts w:eastAsia="Calibri" w:cs="Times New Roman"/>
          <w:color w:val="auto"/>
          <w:sz w:val="28"/>
          <w:szCs w:val="28"/>
        </w:rPr>
        <w:t>m nâng cao nh</w:t>
      </w:r>
      <w:r w:rsidRPr="00B66CC6">
        <w:rPr>
          <w:rFonts w:eastAsia="Calibri" w:cs="Times New Roman"/>
          <w:color w:val="auto"/>
          <w:sz w:val="28"/>
          <w:szCs w:val="28"/>
        </w:rPr>
        <w:t>ậ</w:t>
      </w:r>
      <w:r w:rsidRPr="00B66CC6">
        <w:rPr>
          <w:rFonts w:eastAsia="Calibri" w:cs="Times New Roman"/>
          <w:color w:val="auto"/>
          <w:sz w:val="28"/>
          <w:szCs w:val="28"/>
        </w:rPr>
        <w:t>n th</w:t>
      </w:r>
      <w:r w:rsidRPr="00B66CC6">
        <w:rPr>
          <w:rFonts w:eastAsia="Calibri" w:cs="Times New Roman"/>
          <w:color w:val="auto"/>
          <w:sz w:val="28"/>
          <w:szCs w:val="28"/>
        </w:rPr>
        <w:t>ứ</w:t>
      </w:r>
      <w:r w:rsidRPr="00B66CC6">
        <w:rPr>
          <w:rFonts w:eastAsia="Calibri" w:cs="Times New Roman"/>
          <w:color w:val="auto"/>
          <w:sz w:val="28"/>
          <w:szCs w:val="28"/>
        </w:rPr>
        <w:t>c, ý th</w:t>
      </w:r>
      <w:r w:rsidRPr="00B66CC6">
        <w:rPr>
          <w:rFonts w:eastAsia="Calibri" w:cs="Times New Roman"/>
          <w:color w:val="auto"/>
          <w:sz w:val="28"/>
          <w:szCs w:val="28"/>
        </w:rPr>
        <w:t>ứ</w:t>
      </w:r>
      <w:r w:rsidRPr="00B66CC6">
        <w:rPr>
          <w:rFonts w:eastAsia="Calibri" w:cs="Times New Roman"/>
          <w:color w:val="auto"/>
          <w:sz w:val="28"/>
          <w:szCs w:val="28"/>
        </w:rPr>
        <w:t>c ch</w:t>
      </w:r>
      <w:r w:rsidRPr="00B66CC6">
        <w:rPr>
          <w:rFonts w:eastAsia="Calibri" w:cs="Times New Roman"/>
          <w:color w:val="auto"/>
          <w:sz w:val="28"/>
          <w:szCs w:val="28"/>
        </w:rPr>
        <w:t>ấ</w:t>
      </w:r>
      <w:r w:rsidRPr="00B66CC6">
        <w:rPr>
          <w:rFonts w:eastAsia="Calibri" w:cs="Times New Roman"/>
          <w:color w:val="auto"/>
          <w:sz w:val="28"/>
          <w:szCs w:val="28"/>
        </w:rPr>
        <w:t>p hành pháp lu</w:t>
      </w:r>
      <w:r w:rsidRPr="00B66CC6">
        <w:rPr>
          <w:rFonts w:eastAsia="Calibri" w:cs="Times New Roman"/>
          <w:color w:val="auto"/>
          <w:sz w:val="28"/>
          <w:szCs w:val="28"/>
        </w:rPr>
        <w:t>ậ</w:t>
      </w:r>
      <w:r w:rsidRPr="00B66CC6">
        <w:rPr>
          <w:rFonts w:eastAsia="Calibri" w:cs="Times New Roman"/>
          <w:color w:val="auto"/>
          <w:sz w:val="28"/>
          <w:szCs w:val="28"/>
        </w:rPr>
        <w:t>t c</w:t>
      </w:r>
      <w:r w:rsidRPr="00B66CC6">
        <w:rPr>
          <w:rFonts w:eastAsia="Calibri" w:cs="Times New Roman"/>
          <w:color w:val="auto"/>
          <w:sz w:val="28"/>
          <w:szCs w:val="28"/>
        </w:rPr>
        <w:t>ủ</w:t>
      </w:r>
      <w:r w:rsidRPr="00B66CC6">
        <w:rPr>
          <w:rFonts w:eastAsia="Calibri" w:cs="Times New Roman"/>
          <w:color w:val="auto"/>
          <w:sz w:val="28"/>
          <w:szCs w:val="28"/>
        </w:rPr>
        <w:t>a cán b</w:t>
      </w:r>
      <w:r w:rsidRPr="00B66CC6">
        <w:rPr>
          <w:rFonts w:eastAsia="Calibri" w:cs="Times New Roman"/>
          <w:color w:val="auto"/>
          <w:sz w:val="28"/>
          <w:szCs w:val="28"/>
        </w:rPr>
        <w:t>ộ</w:t>
      </w:r>
      <w:r w:rsidRPr="00B66CC6">
        <w:rPr>
          <w:rFonts w:eastAsia="Calibri" w:cs="Times New Roman"/>
          <w:color w:val="auto"/>
          <w:sz w:val="28"/>
          <w:szCs w:val="28"/>
        </w:rPr>
        <w:t>, Nhân dân; gi</w:t>
      </w:r>
      <w:r w:rsidRPr="00B66CC6">
        <w:rPr>
          <w:rFonts w:eastAsia="Calibri" w:cs="Times New Roman"/>
          <w:color w:val="auto"/>
          <w:sz w:val="28"/>
          <w:szCs w:val="28"/>
        </w:rPr>
        <w:t>ữ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gìn đoàn k</w:t>
      </w:r>
      <w:r w:rsidRPr="00B66CC6">
        <w:rPr>
          <w:rFonts w:eastAsia="Calibri" w:cs="Times New Roman"/>
          <w:color w:val="auto"/>
          <w:sz w:val="28"/>
          <w:szCs w:val="28"/>
        </w:rPr>
        <w:t>ế</w:t>
      </w:r>
      <w:r w:rsidRPr="00B66CC6">
        <w:rPr>
          <w:rFonts w:eastAsia="Calibri" w:cs="Times New Roman"/>
          <w:color w:val="auto"/>
          <w:sz w:val="28"/>
          <w:szCs w:val="28"/>
        </w:rPr>
        <w:t>t n</w:t>
      </w:r>
      <w:r w:rsidRPr="00B66CC6">
        <w:rPr>
          <w:rFonts w:eastAsia="Calibri" w:cs="Times New Roman"/>
          <w:color w:val="auto"/>
          <w:sz w:val="28"/>
          <w:szCs w:val="28"/>
        </w:rPr>
        <w:t>ộ</w:t>
      </w:r>
      <w:r w:rsidRPr="00B66CC6">
        <w:rPr>
          <w:rFonts w:eastAsia="Calibri" w:cs="Times New Roman"/>
          <w:color w:val="auto"/>
          <w:sz w:val="28"/>
          <w:szCs w:val="28"/>
        </w:rPr>
        <w:t>i b</w:t>
      </w:r>
      <w:r w:rsidRPr="00B66CC6">
        <w:rPr>
          <w:rFonts w:eastAsia="Calibri" w:cs="Times New Roman"/>
          <w:color w:val="auto"/>
          <w:sz w:val="28"/>
          <w:szCs w:val="28"/>
        </w:rPr>
        <w:t>ộ</w:t>
      </w:r>
      <w:r w:rsidRPr="00B66CC6">
        <w:rPr>
          <w:rFonts w:eastAsia="Calibri" w:cs="Times New Roman"/>
          <w:color w:val="auto"/>
          <w:sz w:val="28"/>
          <w:szCs w:val="28"/>
        </w:rPr>
        <w:t>, an ninh tr</w:t>
      </w:r>
      <w:r w:rsidRPr="00B66CC6">
        <w:rPr>
          <w:rFonts w:eastAsia="Calibri" w:cs="Times New Roman"/>
          <w:color w:val="auto"/>
          <w:sz w:val="28"/>
          <w:szCs w:val="28"/>
        </w:rPr>
        <w:t>ậ</w:t>
      </w:r>
      <w:r w:rsidRPr="00B66CC6">
        <w:rPr>
          <w:rFonts w:eastAsia="Calibri" w:cs="Times New Roman"/>
          <w:color w:val="auto"/>
          <w:sz w:val="28"/>
          <w:szCs w:val="28"/>
        </w:rPr>
        <w:t>t t</w:t>
      </w:r>
      <w:r w:rsidRPr="00B66CC6">
        <w:rPr>
          <w:rFonts w:eastAsia="Calibri" w:cs="Times New Roman"/>
          <w:color w:val="auto"/>
          <w:sz w:val="28"/>
          <w:szCs w:val="28"/>
        </w:rPr>
        <w:t>ự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và thúc đ</w:t>
      </w:r>
      <w:r w:rsidRPr="00B66CC6">
        <w:rPr>
          <w:rFonts w:eastAsia="Calibri" w:cs="Times New Roman"/>
          <w:color w:val="auto"/>
          <w:sz w:val="28"/>
          <w:szCs w:val="28"/>
        </w:rPr>
        <w:t>ẩ</w:t>
      </w:r>
      <w:r w:rsidRPr="00B66CC6">
        <w:rPr>
          <w:rFonts w:eastAsia="Calibri" w:cs="Times New Roman"/>
          <w:color w:val="auto"/>
          <w:sz w:val="28"/>
          <w:szCs w:val="28"/>
        </w:rPr>
        <w:t>y phát tri</w:t>
      </w:r>
      <w:r w:rsidRPr="00B66CC6">
        <w:rPr>
          <w:rFonts w:eastAsia="Calibri" w:cs="Times New Roman"/>
          <w:color w:val="auto"/>
          <w:sz w:val="28"/>
          <w:szCs w:val="28"/>
        </w:rPr>
        <w:t>ể</w:t>
      </w:r>
      <w:r w:rsidRPr="00B66CC6">
        <w:rPr>
          <w:rFonts w:eastAsia="Calibri" w:cs="Times New Roman"/>
          <w:color w:val="auto"/>
          <w:sz w:val="28"/>
          <w:szCs w:val="28"/>
        </w:rPr>
        <w:t>n kinh t</w:t>
      </w:r>
      <w:r w:rsidRPr="00B66CC6">
        <w:rPr>
          <w:rFonts w:eastAsia="Calibri" w:cs="Times New Roman"/>
          <w:color w:val="auto"/>
          <w:sz w:val="28"/>
          <w:szCs w:val="28"/>
        </w:rPr>
        <w:t>ế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- xã h</w:t>
      </w:r>
      <w:r w:rsidRPr="00B66CC6">
        <w:rPr>
          <w:rFonts w:eastAsia="Calibri" w:cs="Times New Roman"/>
          <w:color w:val="auto"/>
          <w:sz w:val="28"/>
          <w:szCs w:val="28"/>
        </w:rPr>
        <w:t>ộ</w:t>
      </w:r>
      <w:r w:rsidRPr="00B66CC6">
        <w:rPr>
          <w:rFonts w:eastAsia="Calibri" w:cs="Times New Roman"/>
          <w:color w:val="auto"/>
          <w:sz w:val="28"/>
          <w:szCs w:val="28"/>
        </w:rPr>
        <w:t>i b</w:t>
      </w:r>
      <w:r w:rsidRPr="00B66CC6">
        <w:rPr>
          <w:rFonts w:eastAsia="Calibri" w:cs="Times New Roman"/>
          <w:color w:val="auto"/>
          <w:sz w:val="28"/>
          <w:szCs w:val="28"/>
        </w:rPr>
        <w:t>ề</w:t>
      </w:r>
      <w:r w:rsidRPr="00B66CC6">
        <w:rPr>
          <w:rFonts w:eastAsia="Calibri" w:cs="Times New Roman"/>
          <w:color w:val="auto"/>
          <w:sz w:val="28"/>
          <w:szCs w:val="28"/>
        </w:rPr>
        <w:t>n v</w:t>
      </w:r>
      <w:r w:rsidRPr="00B66CC6">
        <w:rPr>
          <w:rFonts w:eastAsia="Calibri" w:cs="Times New Roman"/>
          <w:color w:val="auto"/>
          <w:sz w:val="28"/>
          <w:szCs w:val="28"/>
        </w:rPr>
        <w:t>ữ</w:t>
      </w:r>
      <w:r w:rsidRPr="00B66CC6">
        <w:rPr>
          <w:rFonts w:eastAsia="Calibri" w:cs="Times New Roman"/>
          <w:color w:val="auto"/>
          <w:sz w:val="28"/>
          <w:szCs w:val="28"/>
        </w:rPr>
        <w:t>ng ngay t</w:t>
      </w:r>
      <w:r w:rsidRPr="00B66CC6">
        <w:rPr>
          <w:rFonts w:eastAsia="Calibri" w:cs="Times New Roman"/>
          <w:color w:val="auto"/>
          <w:sz w:val="28"/>
          <w:szCs w:val="28"/>
        </w:rPr>
        <w:t>ừ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cơ s</w:t>
      </w:r>
      <w:r w:rsidRPr="00B66CC6">
        <w:rPr>
          <w:rFonts w:eastAsia="Calibri" w:cs="Times New Roman"/>
          <w:color w:val="auto"/>
          <w:sz w:val="28"/>
          <w:szCs w:val="28"/>
        </w:rPr>
        <w:t>ở</w:t>
      </w:r>
      <w:r w:rsidRPr="00B66CC6">
        <w:rPr>
          <w:rFonts w:eastAsia="Calibri" w:cs="Times New Roman"/>
          <w:color w:val="auto"/>
          <w:sz w:val="28"/>
          <w:szCs w:val="28"/>
        </w:rPr>
        <w:t>.</w:t>
      </w:r>
    </w:p>
    <w:p w:rsidR="0081002A" w:rsidRPr="00B66CC6" w:rsidRDefault="00442FE1" w:rsidP="0051677C">
      <w:pPr>
        <w:spacing w:after="80" w:line="288" w:lineRule="auto"/>
        <w:ind w:firstLine="720"/>
        <w:jc w:val="both"/>
        <w:rPr>
          <w:rFonts w:eastAsia="Calibri" w:cs="Times New Roman"/>
          <w:color w:val="auto"/>
          <w:sz w:val="28"/>
          <w:szCs w:val="28"/>
        </w:rPr>
      </w:pP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Đ</w:t>
      </w:r>
      <w:r w:rsidRPr="00B66CC6">
        <w:rPr>
          <w:rFonts w:eastAsia="Calibri" w:cs="Times New Roman"/>
          <w:color w:val="auto"/>
          <w:sz w:val="28"/>
          <w:szCs w:val="28"/>
        </w:rPr>
        <w:t>ể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t</w:t>
      </w:r>
      <w:r w:rsidRPr="00B66CC6">
        <w:rPr>
          <w:rFonts w:eastAsia="Calibri" w:cs="Times New Roman"/>
          <w:color w:val="auto"/>
          <w:sz w:val="28"/>
          <w:szCs w:val="28"/>
        </w:rPr>
        <w:t>ạ</w:t>
      </w:r>
      <w:r w:rsidRPr="00B66CC6">
        <w:rPr>
          <w:rFonts w:eastAsia="Calibri" w:cs="Times New Roman"/>
          <w:color w:val="auto"/>
          <w:sz w:val="28"/>
          <w:szCs w:val="28"/>
        </w:rPr>
        <w:t>o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l</w:t>
      </w:r>
      <w:r w:rsidRPr="00B66CC6">
        <w:rPr>
          <w:rFonts w:eastAsia="Calibri" w:cs="Times New Roman"/>
          <w:color w:val="auto"/>
          <w:sz w:val="28"/>
          <w:szCs w:val="28"/>
        </w:rPr>
        <w:t>ậ</w:t>
      </w:r>
      <w:r w:rsidRPr="00B66CC6">
        <w:rPr>
          <w:rFonts w:eastAsia="Calibri" w:cs="Times New Roman"/>
          <w:color w:val="auto"/>
          <w:sz w:val="28"/>
          <w:szCs w:val="28"/>
        </w:rPr>
        <w:t>p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cơ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s</w:t>
      </w:r>
      <w:r w:rsidRPr="00B66CC6">
        <w:rPr>
          <w:rFonts w:eastAsia="Calibri" w:cs="Times New Roman"/>
          <w:color w:val="auto"/>
          <w:sz w:val="28"/>
          <w:szCs w:val="28"/>
        </w:rPr>
        <w:t>ở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pháp lý và b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o đ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m ngu</w:t>
      </w:r>
      <w:r w:rsidRPr="00B66CC6">
        <w:rPr>
          <w:rFonts w:eastAsia="Calibri" w:cs="Times New Roman"/>
          <w:color w:val="auto"/>
          <w:sz w:val="28"/>
          <w:szCs w:val="28"/>
        </w:rPr>
        <w:t>ồ</w:t>
      </w:r>
      <w:r w:rsidRPr="00B66CC6">
        <w:rPr>
          <w:rFonts w:eastAsia="Calibri" w:cs="Times New Roman"/>
          <w:color w:val="auto"/>
          <w:sz w:val="28"/>
          <w:szCs w:val="28"/>
        </w:rPr>
        <w:t>n l</w:t>
      </w:r>
      <w:r w:rsidRPr="00B66CC6">
        <w:rPr>
          <w:rFonts w:eastAsia="Calibri" w:cs="Times New Roman"/>
          <w:color w:val="auto"/>
          <w:sz w:val="28"/>
          <w:szCs w:val="28"/>
        </w:rPr>
        <w:t>ự</w:t>
      </w:r>
      <w:r w:rsidRPr="00B66CC6">
        <w:rPr>
          <w:rFonts w:eastAsia="Calibri" w:cs="Times New Roman"/>
          <w:color w:val="auto"/>
          <w:sz w:val="28"/>
          <w:szCs w:val="28"/>
        </w:rPr>
        <w:t>c tài chính th</w:t>
      </w:r>
      <w:r w:rsidRPr="00B66CC6">
        <w:rPr>
          <w:rFonts w:eastAsia="Calibri" w:cs="Times New Roman"/>
          <w:color w:val="auto"/>
          <w:sz w:val="28"/>
          <w:szCs w:val="28"/>
        </w:rPr>
        <w:t>ự</w:t>
      </w:r>
      <w:r w:rsidRPr="00B66CC6">
        <w:rPr>
          <w:rFonts w:eastAsia="Calibri" w:cs="Times New Roman"/>
          <w:color w:val="auto"/>
          <w:sz w:val="28"/>
          <w:szCs w:val="28"/>
        </w:rPr>
        <w:t>c hi</w:t>
      </w:r>
      <w:r w:rsidRPr="00B66CC6">
        <w:rPr>
          <w:rFonts w:eastAsia="Calibri" w:cs="Times New Roman"/>
          <w:color w:val="auto"/>
          <w:sz w:val="28"/>
          <w:szCs w:val="28"/>
        </w:rPr>
        <w:t>ệ</w:t>
      </w:r>
      <w:r w:rsidRPr="00B66CC6">
        <w:rPr>
          <w:rFonts w:eastAsia="Calibri" w:cs="Times New Roman"/>
          <w:color w:val="auto"/>
          <w:sz w:val="28"/>
          <w:szCs w:val="28"/>
        </w:rPr>
        <w:t>n các nhi</w:t>
      </w:r>
      <w:r w:rsidRPr="00B66CC6">
        <w:rPr>
          <w:rFonts w:eastAsia="Calibri" w:cs="Times New Roman"/>
          <w:color w:val="auto"/>
          <w:sz w:val="28"/>
          <w:szCs w:val="28"/>
        </w:rPr>
        <w:t>ệ</w:t>
      </w:r>
      <w:r w:rsidRPr="00B66CC6">
        <w:rPr>
          <w:rFonts w:eastAsia="Calibri" w:cs="Times New Roman"/>
          <w:color w:val="auto"/>
          <w:sz w:val="28"/>
          <w:szCs w:val="28"/>
        </w:rPr>
        <w:t>m v</w:t>
      </w:r>
      <w:r w:rsidRPr="00B66CC6">
        <w:rPr>
          <w:rFonts w:eastAsia="Calibri" w:cs="Times New Roman"/>
          <w:color w:val="auto"/>
          <w:sz w:val="28"/>
          <w:szCs w:val="28"/>
        </w:rPr>
        <w:t>ụ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nêu trên, ngày 18/8/2023, B</w:t>
      </w:r>
      <w:r w:rsidRPr="00B66CC6">
        <w:rPr>
          <w:rFonts w:eastAsia="Calibri" w:cs="Times New Roman"/>
          <w:color w:val="auto"/>
          <w:sz w:val="28"/>
          <w:szCs w:val="28"/>
        </w:rPr>
        <w:t>ộ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trư</w:t>
      </w:r>
      <w:r w:rsidRPr="00B66CC6">
        <w:rPr>
          <w:rFonts w:eastAsia="Calibri" w:cs="Times New Roman"/>
          <w:color w:val="auto"/>
          <w:sz w:val="28"/>
          <w:szCs w:val="28"/>
        </w:rPr>
        <w:t>ở</w:t>
      </w:r>
      <w:r w:rsidRPr="00B66CC6">
        <w:rPr>
          <w:rFonts w:eastAsia="Calibri" w:cs="Times New Roman"/>
          <w:color w:val="auto"/>
          <w:sz w:val="28"/>
          <w:szCs w:val="28"/>
        </w:rPr>
        <w:t>ng B</w:t>
      </w:r>
      <w:r w:rsidRPr="00B66CC6">
        <w:rPr>
          <w:rFonts w:eastAsia="Calibri" w:cs="Times New Roman"/>
          <w:color w:val="auto"/>
          <w:sz w:val="28"/>
          <w:szCs w:val="28"/>
        </w:rPr>
        <w:t>ộ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Tài chính đã ban hành Thông tư s</w:t>
      </w:r>
      <w:r w:rsidRPr="00B66CC6">
        <w:rPr>
          <w:rFonts w:eastAsia="Calibri" w:cs="Times New Roman"/>
          <w:color w:val="auto"/>
          <w:sz w:val="28"/>
          <w:szCs w:val="28"/>
        </w:rPr>
        <w:t>ố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56/2023/TT-BTC quy đ</w:t>
      </w:r>
      <w:r w:rsidRPr="00B66CC6">
        <w:rPr>
          <w:rFonts w:eastAsia="Calibri" w:cs="Times New Roman"/>
          <w:color w:val="auto"/>
          <w:sz w:val="28"/>
          <w:szCs w:val="28"/>
        </w:rPr>
        <w:t>ị</w:t>
      </w:r>
      <w:r w:rsidRPr="00B66CC6">
        <w:rPr>
          <w:rFonts w:eastAsia="Calibri" w:cs="Times New Roman"/>
          <w:color w:val="auto"/>
          <w:sz w:val="28"/>
          <w:szCs w:val="28"/>
        </w:rPr>
        <w:t>nh vi</w:t>
      </w:r>
      <w:r w:rsidRPr="00B66CC6">
        <w:rPr>
          <w:rFonts w:eastAsia="Calibri" w:cs="Times New Roman"/>
          <w:color w:val="auto"/>
          <w:sz w:val="28"/>
          <w:szCs w:val="28"/>
        </w:rPr>
        <w:t>ệ</w:t>
      </w:r>
      <w:r w:rsidRPr="00B66CC6">
        <w:rPr>
          <w:rFonts w:eastAsia="Calibri" w:cs="Times New Roman"/>
          <w:color w:val="auto"/>
          <w:sz w:val="28"/>
          <w:szCs w:val="28"/>
        </w:rPr>
        <w:t>c l</w:t>
      </w:r>
      <w:r w:rsidRPr="00B66CC6">
        <w:rPr>
          <w:rFonts w:eastAsia="Calibri" w:cs="Times New Roman"/>
          <w:color w:val="auto"/>
          <w:sz w:val="28"/>
          <w:szCs w:val="28"/>
        </w:rPr>
        <w:t>ậ</w:t>
      </w:r>
      <w:r w:rsidRPr="00B66CC6">
        <w:rPr>
          <w:rFonts w:eastAsia="Calibri" w:cs="Times New Roman"/>
          <w:color w:val="auto"/>
          <w:sz w:val="28"/>
          <w:szCs w:val="28"/>
        </w:rPr>
        <w:t>p d</w:t>
      </w:r>
      <w:r w:rsidRPr="00B66CC6">
        <w:rPr>
          <w:rFonts w:eastAsia="Calibri" w:cs="Times New Roman"/>
          <w:color w:val="auto"/>
          <w:sz w:val="28"/>
          <w:szCs w:val="28"/>
        </w:rPr>
        <w:t>ự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toán, qu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n lý, s</w:t>
      </w:r>
      <w:r w:rsidRPr="00B66CC6">
        <w:rPr>
          <w:rFonts w:eastAsia="Calibri" w:cs="Times New Roman"/>
          <w:color w:val="auto"/>
          <w:sz w:val="28"/>
          <w:szCs w:val="28"/>
        </w:rPr>
        <w:t>ử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d</w:t>
      </w:r>
      <w:r w:rsidRPr="00B66CC6">
        <w:rPr>
          <w:rFonts w:eastAsia="Calibri" w:cs="Times New Roman"/>
          <w:color w:val="auto"/>
          <w:sz w:val="28"/>
          <w:szCs w:val="28"/>
        </w:rPr>
        <w:t>ụ</w:t>
      </w:r>
      <w:r w:rsidRPr="00B66CC6">
        <w:rPr>
          <w:rFonts w:eastAsia="Calibri" w:cs="Times New Roman"/>
          <w:color w:val="auto"/>
          <w:sz w:val="28"/>
          <w:szCs w:val="28"/>
        </w:rPr>
        <w:t>ng và quy</w:t>
      </w:r>
      <w:r w:rsidRPr="00B66CC6">
        <w:rPr>
          <w:rFonts w:eastAsia="Calibri" w:cs="Times New Roman"/>
          <w:color w:val="auto"/>
          <w:sz w:val="28"/>
          <w:szCs w:val="28"/>
        </w:rPr>
        <w:t>ế</w:t>
      </w:r>
      <w:r w:rsidRPr="00B66CC6">
        <w:rPr>
          <w:rFonts w:eastAsia="Calibri" w:cs="Times New Roman"/>
          <w:color w:val="auto"/>
          <w:sz w:val="28"/>
          <w:szCs w:val="28"/>
        </w:rPr>
        <w:t>t toán kinh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phí b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o đ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m cho công tác ph</w:t>
      </w:r>
      <w:r w:rsidRPr="00B66CC6">
        <w:rPr>
          <w:rFonts w:eastAsia="Calibri" w:cs="Times New Roman"/>
          <w:color w:val="auto"/>
          <w:sz w:val="28"/>
          <w:szCs w:val="28"/>
        </w:rPr>
        <w:t>ổ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bi</w:t>
      </w:r>
      <w:r w:rsidRPr="00B66CC6">
        <w:rPr>
          <w:rFonts w:eastAsia="Calibri" w:cs="Times New Roman"/>
          <w:color w:val="auto"/>
          <w:sz w:val="28"/>
          <w:szCs w:val="28"/>
        </w:rPr>
        <w:t>ế</w:t>
      </w:r>
      <w:r w:rsidRPr="00B66CC6">
        <w:rPr>
          <w:rFonts w:eastAsia="Calibri" w:cs="Times New Roman"/>
          <w:color w:val="auto"/>
          <w:sz w:val="28"/>
          <w:szCs w:val="28"/>
        </w:rPr>
        <w:t>n, giáo d</w:t>
      </w:r>
      <w:r w:rsidRPr="00B66CC6">
        <w:rPr>
          <w:rFonts w:eastAsia="Calibri" w:cs="Times New Roman"/>
          <w:color w:val="auto"/>
          <w:sz w:val="28"/>
          <w:szCs w:val="28"/>
        </w:rPr>
        <w:t>ụ</w:t>
      </w:r>
      <w:r w:rsidRPr="00B66CC6">
        <w:rPr>
          <w:rFonts w:eastAsia="Calibri" w:cs="Times New Roman"/>
          <w:color w:val="auto"/>
          <w:sz w:val="28"/>
          <w:szCs w:val="28"/>
        </w:rPr>
        <w:t>c pháp lu</w:t>
      </w:r>
      <w:r w:rsidRPr="00B66CC6">
        <w:rPr>
          <w:rFonts w:eastAsia="Calibri" w:cs="Times New Roman"/>
          <w:color w:val="auto"/>
          <w:sz w:val="28"/>
          <w:szCs w:val="28"/>
        </w:rPr>
        <w:t>ậ</w:t>
      </w:r>
      <w:r w:rsidRPr="00B66CC6">
        <w:rPr>
          <w:rFonts w:eastAsia="Calibri" w:cs="Times New Roman"/>
          <w:color w:val="auto"/>
          <w:sz w:val="28"/>
          <w:szCs w:val="28"/>
        </w:rPr>
        <w:t>t, chu</w:t>
      </w:r>
      <w:r w:rsidRPr="00B66CC6">
        <w:rPr>
          <w:rFonts w:eastAsia="Calibri" w:cs="Times New Roman"/>
          <w:color w:val="auto"/>
          <w:sz w:val="28"/>
          <w:szCs w:val="28"/>
        </w:rPr>
        <w:t>ẩ</w:t>
      </w:r>
      <w:r w:rsidRPr="00B66CC6">
        <w:rPr>
          <w:rFonts w:eastAsia="Calibri" w:cs="Times New Roman"/>
          <w:color w:val="auto"/>
          <w:sz w:val="28"/>
          <w:szCs w:val="28"/>
        </w:rPr>
        <w:t>n ti</w:t>
      </w:r>
      <w:r w:rsidRPr="00B66CC6">
        <w:rPr>
          <w:rFonts w:eastAsia="Calibri" w:cs="Times New Roman"/>
          <w:color w:val="auto"/>
          <w:sz w:val="28"/>
          <w:szCs w:val="28"/>
        </w:rPr>
        <w:t>ế</w:t>
      </w:r>
      <w:r w:rsidRPr="00B66CC6">
        <w:rPr>
          <w:rFonts w:eastAsia="Calibri" w:cs="Times New Roman"/>
          <w:color w:val="auto"/>
          <w:sz w:val="28"/>
          <w:szCs w:val="28"/>
        </w:rPr>
        <w:t>p c</w:t>
      </w:r>
      <w:r w:rsidRPr="00B66CC6">
        <w:rPr>
          <w:rFonts w:eastAsia="Calibri" w:cs="Times New Roman"/>
          <w:color w:val="auto"/>
          <w:sz w:val="28"/>
          <w:szCs w:val="28"/>
        </w:rPr>
        <w:t>ậ</w:t>
      </w:r>
      <w:r w:rsidRPr="00B66CC6">
        <w:rPr>
          <w:rFonts w:eastAsia="Calibri" w:cs="Times New Roman"/>
          <w:color w:val="auto"/>
          <w:sz w:val="28"/>
          <w:szCs w:val="28"/>
        </w:rPr>
        <w:t>n pháp lu</w:t>
      </w:r>
      <w:r w:rsidRPr="00B66CC6">
        <w:rPr>
          <w:rFonts w:eastAsia="Calibri" w:cs="Times New Roman"/>
          <w:color w:val="auto"/>
          <w:sz w:val="28"/>
          <w:szCs w:val="28"/>
        </w:rPr>
        <w:t>ậ</w:t>
      </w:r>
      <w:r w:rsidRPr="00B66CC6">
        <w:rPr>
          <w:rFonts w:eastAsia="Calibri" w:cs="Times New Roman"/>
          <w:color w:val="auto"/>
          <w:sz w:val="28"/>
          <w:szCs w:val="28"/>
        </w:rPr>
        <w:t>t và hòa gi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i </w:t>
      </w:r>
      <w:r w:rsidRPr="00B66CC6">
        <w:rPr>
          <w:rFonts w:eastAsia="Calibri" w:cs="Times New Roman"/>
          <w:color w:val="auto"/>
          <w:sz w:val="28"/>
          <w:szCs w:val="28"/>
        </w:rPr>
        <w:t>ở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cơ s</w:t>
      </w:r>
      <w:r w:rsidRPr="00B66CC6">
        <w:rPr>
          <w:rFonts w:eastAsia="Calibri" w:cs="Times New Roman"/>
          <w:color w:val="auto"/>
          <w:sz w:val="28"/>
          <w:szCs w:val="28"/>
        </w:rPr>
        <w:t>ở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(có hi</w:t>
      </w:r>
      <w:r w:rsidRPr="00B66CC6">
        <w:rPr>
          <w:rFonts w:eastAsia="Calibri" w:cs="Times New Roman"/>
          <w:color w:val="auto"/>
          <w:sz w:val="28"/>
          <w:szCs w:val="28"/>
        </w:rPr>
        <w:t>ệ</w:t>
      </w:r>
      <w:r w:rsidRPr="00B66CC6">
        <w:rPr>
          <w:rFonts w:eastAsia="Calibri" w:cs="Times New Roman"/>
          <w:color w:val="auto"/>
          <w:sz w:val="28"/>
          <w:szCs w:val="28"/>
        </w:rPr>
        <w:t>u l</w:t>
      </w:r>
      <w:r w:rsidRPr="00B66CC6">
        <w:rPr>
          <w:rFonts w:eastAsia="Calibri" w:cs="Times New Roman"/>
          <w:color w:val="auto"/>
          <w:sz w:val="28"/>
          <w:szCs w:val="28"/>
        </w:rPr>
        <w:t>ự</w:t>
      </w:r>
      <w:r w:rsidRPr="00B66CC6">
        <w:rPr>
          <w:rFonts w:eastAsia="Calibri" w:cs="Times New Roman"/>
          <w:color w:val="auto"/>
          <w:sz w:val="28"/>
          <w:szCs w:val="28"/>
        </w:rPr>
        <w:t>c thi hành t</w:t>
      </w:r>
      <w:r w:rsidRPr="00B66CC6">
        <w:rPr>
          <w:rFonts w:eastAsia="Calibri" w:cs="Times New Roman"/>
          <w:color w:val="auto"/>
          <w:sz w:val="28"/>
          <w:szCs w:val="28"/>
        </w:rPr>
        <w:t>ừ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ngày 06/10/2023, thay th</w:t>
      </w:r>
      <w:r w:rsidRPr="00B66CC6">
        <w:rPr>
          <w:rFonts w:eastAsia="Calibri" w:cs="Times New Roman"/>
          <w:color w:val="auto"/>
          <w:sz w:val="28"/>
          <w:szCs w:val="28"/>
        </w:rPr>
        <w:t>ế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Thông tư liên t</w:t>
      </w:r>
      <w:r w:rsidRPr="00B66CC6">
        <w:rPr>
          <w:rFonts w:eastAsia="Calibri" w:cs="Times New Roman"/>
          <w:color w:val="auto"/>
          <w:sz w:val="28"/>
          <w:szCs w:val="28"/>
        </w:rPr>
        <w:t>ị</w:t>
      </w:r>
      <w:r w:rsidRPr="00B66CC6">
        <w:rPr>
          <w:rFonts w:eastAsia="Calibri" w:cs="Times New Roman"/>
          <w:color w:val="auto"/>
          <w:sz w:val="28"/>
          <w:szCs w:val="28"/>
        </w:rPr>
        <w:t>ch s</w:t>
      </w:r>
      <w:r w:rsidRPr="00B66CC6">
        <w:rPr>
          <w:rFonts w:eastAsia="Calibri" w:cs="Times New Roman"/>
          <w:color w:val="auto"/>
          <w:sz w:val="28"/>
          <w:szCs w:val="28"/>
        </w:rPr>
        <w:t>ố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14/2014/TTLT-BTC-BTP và Thông tư liên t</w:t>
      </w:r>
      <w:r w:rsidRPr="00B66CC6">
        <w:rPr>
          <w:rFonts w:eastAsia="Calibri" w:cs="Times New Roman"/>
          <w:color w:val="auto"/>
          <w:sz w:val="28"/>
          <w:szCs w:val="28"/>
        </w:rPr>
        <w:t>ị</w:t>
      </w:r>
      <w:r w:rsidRPr="00B66CC6">
        <w:rPr>
          <w:rFonts w:eastAsia="Calibri" w:cs="Times New Roman"/>
          <w:color w:val="auto"/>
          <w:sz w:val="28"/>
          <w:szCs w:val="28"/>
        </w:rPr>
        <w:t>ch s</w:t>
      </w:r>
      <w:r w:rsidRPr="00B66CC6">
        <w:rPr>
          <w:rFonts w:eastAsia="Calibri" w:cs="Times New Roman"/>
          <w:color w:val="auto"/>
          <w:sz w:val="28"/>
          <w:szCs w:val="28"/>
        </w:rPr>
        <w:t>ố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100/2014/TTLT-BTC-BTP). Thông tư đã </w:t>
      </w:r>
      <w:r w:rsidRPr="00B66CC6">
        <w:rPr>
          <w:rFonts w:eastAsia="Calibri" w:cs="Times New Roman"/>
          <w:color w:val="auto"/>
          <w:sz w:val="28"/>
          <w:szCs w:val="28"/>
        </w:rPr>
        <w:t>quy đ</w:t>
      </w:r>
      <w:r w:rsidRPr="00B66CC6">
        <w:rPr>
          <w:rFonts w:eastAsia="Calibri" w:cs="Times New Roman"/>
          <w:color w:val="auto"/>
          <w:sz w:val="28"/>
          <w:szCs w:val="28"/>
        </w:rPr>
        <w:t>ị</w:t>
      </w:r>
      <w:r w:rsidRPr="00B66CC6">
        <w:rPr>
          <w:rFonts w:eastAsia="Calibri" w:cs="Times New Roman"/>
          <w:color w:val="auto"/>
          <w:sz w:val="28"/>
          <w:szCs w:val="28"/>
        </w:rPr>
        <w:t>nh c</w:t>
      </w:r>
      <w:r w:rsidRPr="00B66CC6">
        <w:rPr>
          <w:rFonts w:eastAsia="Calibri" w:cs="Times New Roman"/>
          <w:color w:val="auto"/>
          <w:sz w:val="28"/>
          <w:szCs w:val="28"/>
        </w:rPr>
        <w:t>ụ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th</w:t>
      </w:r>
      <w:r w:rsidRPr="00B66CC6">
        <w:rPr>
          <w:rFonts w:eastAsia="Calibri" w:cs="Times New Roman"/>
          <w:color w:val="auto"/>
          <w:sz w:val="28"/>
          <w:szCs w:val="28"/>
        </w:rPr>
        <w:t>ể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v</w:t>
      </w:r>
      <w:r w:rsidRPr="00B66CC6">
        <w:rPr>
          <w:rFonts w:eastAsia="Calibri" w:cs="Times New Roman"/>
          <w:color w:val="auto"/>
          <w:sz w:val="28"/>
          <w:szCs w:val="28"/>
        </w:rPr>
        <w:t>ề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ngu</w:t>
      </w:r>
      <w:r w:rsidRPr="00B66CC6">
        <w:rPr>
          <w:rFonts w:eastAsia="Calibri" w:cs="Times New Roman"/>
          <w:color w:val="auto"/>
          <w:sz w:val="28"/>
          <w:szCs w:val="28"/>
        </w:rPr>
        <w:t>ồ</w:t>
      </w:r>
      <w:r w:rsidRPr="00B66CC6">
        <w:rPr>
          <w:rFonts w:eastAsia="Calibri" w:cs="Times New Roman"/>
          <w:color w:val="auto"/>
          <w:sz w:val="28"/>
          <w:szCs w:val="28"/>
        </w:rPr>
        <w:t>n kinh phí, n</w:t>
      </w:r>
      <w:r w:rsidRPr="00B66CC6">
        <w:rPr>
          <w:rFonts w:eastAsia="Calibri" w:cs="Times New Roman"/>
          <w:color w:val="auto"/>
          <w:sz w:val="28"/>
          <w:szCs w:val="28"/>
        </w:rPr>
        <w:t>ộ</w:t>
      </w:r>
      <w:r w:rsidRPr="00B66CC6">
        <w:rPr>
          <w:rFonts w:eastAsia="Calibri" w:cs="Times New Roman"/>
          <w:color w:val="auto"/>
          <w:sz w:val="28"/>
          <w:szCs w:val="28"/>
        </w:rPr>
        <w:t>i dung chi, m</w:t>
      </w:r>
      <w:r w:rsidRPr="00B66CC6">
        <w:rPr>
          <w:rFonts w:eastAsia="Calibri" w:cs="Times New Roman"/>
          <w:color w:val="auto"/>
          <w:sz w:val="28"/>
          <w:szCs w:val="28"/>
        </w:rPr>
        <w:t>ứ</w:t>
      </w:r>
      <w:r w:rsidRPr="00B66CC6">
        <w:rPr>
          <w:rFonts w:eastAsia="Calibri" w:cs="Times New Roman"/>
          <w:color w:val="auto"/>
          <w:sz w:val="28"/>
          <w:szCs w:val="28"/>
        </w:rPr>
        <w:t>c chi t</w:t>
      </w:r>
      <w:r w:rsidRPr="00B66CC6">
        <w:rPr>
          <w:rFonts w:eastAsia="Calibri" w:cs="Times New Roman"/>
          <w:color w:val="auto"/>
          <w:sz w:val="28"/>
          <w:szCs w:val="28"/>
        </w:rPr>
        <w:t>ố</w:t>
      </w:r>
      <w:r w:rsidRPr="00B66CC6">
        <w:rPr>
          <w:rFonts w:eastAsia="Calibri" w:cs="Times New Roman"/>
          <w:color w:val="auto"/>
          <w:sz w:val="28"/>
          <w:szCs w:val="28"/>
        </w:rPr>
        <w:t>i đa, phân c</w:t>
      </w:r>
      <w:r w:rsidRPr="00B66CC6">
        <w:rPr>
          <w:rFonts w:eastAsia="Calibri" w:cs="Times New Roman"/>
          <w:color w:val="auto"/>
          <w:sz w:val="28"/>
          <w:szCs w:val="28"/>
        </w:rPr>
        <w:t>ấ</w:t>
      </w:r>
      <w:r w:rsidRPr="00B66CC6">
        <w:rPr>
          <w:rFonts w:eastAsia="Calibri" w:cs="Times New Roman"/>
          <w:color w:val="auto"/>
          <w:sz w:val="28"/>
          <w:szCs w:val="28"/>
        </w:rPr>
        <w:t>p th</w:t>
      </w:r>
      <w:r w:rsidRPr="00B66CC6">
        <w:rPr>
          <w:rFonts w:eastAsia="Calibri" w:cs="Times New Roman"/>
          <w:color w:val="auto"/>
          <w:sz w:val="28"/>
          <w:szCs w:val="28"/>
        </w:rPr>
        <w:t>ẩ</w:t>
      </w:r>
      <w:r w:rsidRPr="00B66CC6">
        <w:rPr>
          <w:rFonts w:eastAsia="Calibri" w:cs="Times New Roman"/>
          <w:color w:val="auto"/>
          <w:sz w:val="28"/>
          <w:szCs w:val="28"/>
        </w:rPr>
        <w:t>m quy</w:t>
      </w:r>
      <w:r w:rsidRPr="00B66CC6">
        <w:rPr>
          <w:rFonts w:eastAsia="Calibri" w:cs="Times New Roman"/>
          <w:color w:val="auto"/>
          <w:sz w:val="28"/>
          <w:szCs w:val="28"/>
        </w:rPr>
        <w:t>ề</w:t>
      </w:r>
      <w:r w:rsidRPr="00B66CC6">
        <w:rPr>
          <w:rFonts w:eastAsia="Calibri" w:cs="Times New Roman"/>
          <w:color w:val="auto"/>
          <w:sz w:val="28"/>
          <w:szCs w:val="28"/>
        </w:rPr>
        <w:t>n ban hành đ</w:t>
      </w:r>
      <w:r w:rsidRPr="00B66CC6">
        <w:rPr>
          <w:rFonts w:eastAsia="Calibri" w:cs="Times New Roman"/>
          <w:color w:val="auto"/>
          <w:sz w:val="28"/>
          <w:szCs w:val="28"/>
        </w:rPr>
        <w:t>ị</w:t>
      </w:r>
      <w:r w:rsidRPr="00B66CC6">
        <w:rPr>
          <w:rFonts w:eastAsia="Calibri" w:cs="Times New Roman"/>
          <w:color w:val="auto"/>
          <w:sz w:val="28"/>
          <w:szCs w:val="28"/>
        </w:rPr>
        <w:t>nh m</w:t>
      </w:r>
      <w:r w:rsidRPr="00B66CC6">
        <w:rPr>
          <w:rFonts w:eastAsia="Calibri" w:cs="Times New Roman"/>
          <w:color w:val="auto"/>
          <w:sz w:val="28"/>
          <w:szCs w:val="28"/>
        </w:rPr>
        <w:t>ứ</w:t>
      </w:r>
      <w:r w:rsidRPr="00B66CC6">
        <w:rPr>
          <w:rFonts w:eastAsia="Calibri" w:cs="Times New Roman"/>
          <w:color w:val="auto"/>
          <w:sz w:val="28"/>
          <w:szCs w:val="28"/>
        </w:rPr>
        <w:t>c cho b</w:t>
      </w:r>
      <w:r w:rsidRPr="00B66CC6">
        <w:rPr>
          <w:rFonts w:eastAsia="Calibri" w:cs="Times New Roman"/>
          <w:color w:val="auto"/>
          <w:sz w:val="28"/>
          <w:szCs w:val="28"/>
        </w:rPr>
        <w:t>ộ</w:t>
      </w:r>
      <w:r w:rsidRPr="00B66CC6">
        <w:rPr>
          <w:rFonts w:eastAsia="Calibri" w:cs="Times New Roman"/>
          <w:color w:val="auto"/>
          <w:sz w:val="28"/>
          <w:szCs w:val="28"/>
        </w:rPr>
        <w:t>, ngành, đ</w:t>
      </w:r>
      <w:r w:rsidRPr="00B66CC6">
        <w:rPr>
          <w:rFonts w:eastAsia="Calibri" w:cs="Times New Roman"/>
          <w:color w:val="auto"/>
          <w:sz w:val="28"/>
          <w:szCs w:val="28"/>
        </w:rPr>
        <w:t>ị</w:t>
      </w:r>
      <w:r w:rsidRPr="00B66CC6">
        <w:rPr>
          <w:rFonts w:eastAsia="Calibri" w:cs="Times New Roman"/>
          <w:color w:val="auto"/>
          <w:sz w:val="28"/>
          <w:szCs w:val="28"/>
        </w:rPr>
        <w:t>a phương và cơ ch</w:t>
      </w:r>
      <w:r w:rsidRPr="00B66CC6">
        <w:rPr>
          <w:rFonts w:eastAsia="Calibri" w:cs="Times New Roman"/>
          <w:color w:val="auto"/>
          <w:sz w:val="28"/>
          <w:szCs w:val="28"/>
        </w:rPr>
        <w:t>ế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qu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n lý, thanh quy</w:t>
      </w:r>
      <w:r w:rsidRPr="00B66CC6">
        <w:rPr>
          <w:rFonts w:eastAsia="Calibri" w:cs="Times New Roman"/>
          <w:color w:val="auto"/>
          <w:sz w:val="28"/>
          <w:szCs w:val="28"/>
        </w:rPr>
        <w:t>ế</w:t>
      </w:r>
      <w:r w:rsidRPr="00B66CC6">
        <w:rPr>
          <w:rFonts w:eastAsia="Calibri" w:cs="Times New Roman"/>
          <w:color w:val="auto"/>
          <w:sz w:val="28"/>
          <w:szCs w:val="28"/>
        </w:rPr>
        <w:t>t toán kinh phí.</w:t>
      </w:r>
    </w:p>
    <w:p w:rsidR="0081002A" w:rsidRPr="00B66CC6" w:rsidRDefault="00442FE1" w:rsidP="0051677C">
      <w:pPr>
        <w:spacing w:after="80" w:line="288" w:lineRule="auto"/>
        <w:ind w:firstLine="720"/>
        <w:jc w:val="both"/>
        <w:rPr>
          <w:rFonts w:eastAsia="Calibri" w:cs="Times New Roman"/>
          <w:color w:val="auto"/>
          <w:sz w:val="28"/>
          <w:szCs w:val="28"/>
        </w:rPr>
      </w:pP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Sau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hơn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03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năm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tri</w:t>
      </w:r>
      <w:r w:rsidRPr="00B66CC6">
        <w:rPr>
          <w:rFonts w:eastAsia="Calibri" w:cs="Times New Roman"/>
          <w:color w:val="auto"/>
          <w:sz w:val="28"/>
          <w:szCs w:val="28"/>
        </w:rPr>
        <w:t>ể</w:t>
      </w:r>
      <w:r w:rsidRPr="00B66CC6">
        <w:rPr>
          <w:rFonts w:eastAsia="Calibri" w:cs="Times New Roman"/>
          <w:color w:val="auto"/>
          <w:sz w:val="28"/>
          <w:szCs w:val="28"/>
        </w:rPr>
        <w:t>n khai th</w:t>
      </w:r>
      <w:r w:rsidRPr="00B66CC6">
        <w:rPr>
          <w:rFonts w:eastAsia="Calibri" w:cs="Times New Roman"/>
          <w:color w:val="auto"/>
          <w:sz w:val="28"/>
          <w:szCs w:val="28"/>
        </w:rPr>
        <w:t>ự</w:t>
      </w:r>
      <w:r w:rsidRPr="00B66CC6">
        <w:rPr>
          <w:rFonts w:eastAsia="Calibri" w:cs="Times New Roman"/>
          <w:color w:val="auto"/>
          <w:sz w:val="28"/>
          <w:szCs w:val="28"/>
        </w:rPr>
        <w:t>c hi</w:t>
      </w:r>
      <w:r w:rsidRPr="00B66CC6">
        <w:rPr>
          <w:rFonts w:eastAsia="Calibri" w:cs="Times New Roman"/>
          <w:color w:val="auto"/>
          <w:sz w:val="28"/>
          <w:szCs w:val="28"/>
        </w:rPr>
        <w:t>ệ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n, Thông tư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s</w:t>
      </w:r>
      <w:r w:rsidRPr="00B66CC6">
        <w:rPr>
          <w:rFonts w:eastAsia="Calibri" w:cs="Times New Roman"/>
          <w:color w:val="auto"/>
          <w:sz w:val="28"/>
          <w:szCs w:val="28"/>
        </w:rPr>
        <w:t>ố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56/2023/TT-BTC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đã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="0051677C">
        <w:rPr>
          <w:rFonts w:eastAsia="Calibri" w:cs="Times New Roman"/>
          <w:color w:val="auto"/>
          <w:sz w:val="28"/>
          <w:szCs w:val="28"/>
        </w:rPr>
        <w:t>góp</w:t>
      </w:r>
      <w:proofErr w:type="spellEnd"/>
      <w:r w:rsid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="0051677C">
        <w:rPr>
          <w:rFonts w:eastAsia="Calibri" w:cs="Times New Roman"/>
          <w:color w:val="auto"/>
          <w:sz w:val="28"/>
          <w:szCs w:val="28"/>
        </w:rPr>
        <w:t>phần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hoàn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thi</w:t>
      </w:r>
      <w:r w:rsidRPr="00B66CC6">
        <w:rPr>
          <w:rFonts w:eastAsia="Calibri" w:cs="Times New Roman"/>
          <w:color w:val="auto"/>
          <w:sz w:val="28"/>
          <w:szCs w:val="28"/>
        </w:rPr>
        <w:t>ệ</w:t>
      </w:r>
      <w:r w:rsidRPr="00B66CC6">
        <w:rPr>
          <w:rFonts w:eastAsia="Calibri" w:cs="Times New Roman"/>
          <w:color w:val="auto"/>
          <w:sz w:val="28"/>
          <w:szCs w:val="28"/>
        </w:rPr>
        <w:t>n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cơ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ch</w:t>
      </w:r>
      <w:r w:rsidRPr="00B66CC6">
        <w:rPr>
          <w:rFonts w:eastAsia="Calibri" w:cs="Times New Roman"/>
          <w:color w:val="auto"/>
          <w:sz w:val="28"/>
          <w:szCs w:val="28"/>
        </w:rPr>
        <w:t>ế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qu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n lý tài chính, tháo g</w:t>
      </w:r>
      <w:r w:rsidRPr="00B66CC6">
        <w:rPr>
          <w:rFonts w:eastAsia="Calibri" w:cs="Times New Roman"/>
          <w:color w:val="auto"/>
          <w:sz w:val="28"/>
          <w:szCs w:val="28"/>
        </w:rPr>
        <w:t>ỡ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nhi</w:t>
      </w:r>
      <w:r w:rsidRPr="00B66CC6">
        <w:rPr>
          <w:rFonts w:eastAsia="Calibri" w:cs="Times New Roman"/>
          <w:color w:val="auto"/>
          <w:sz w:val="28"/>
          <w:szCs w:val="28"/>
        </w:rPr>
        <w:t>ề</w:t>
      </w:r>
      <w:r w:rsidRPr="00B66CC6">
        <w:rPr>
          <w:rFonts w:eastAsia="Calibri" w:cs="Times New Roman"/>
          <w:color w:val="auto"/>
          <w:sz w:val="28"/>
          <w:szCs w:val="28"/>
        </w:rPr>
        <w:t>u khó khăn, b</w:t>
      </w:r>
      <w:r w:rsidRPr="00B66CC6">
        <w:rPr>
          <w:rFonts w:eastAsia="Calibri" w:cs="Times New Roman"/>
          <w:color w:val="auto"/>
          <w:sz w:val="28"/>
          <w:szCs w:val="28"/>
        </w:rPr>
        <w:t>ấ</w:t>
      </w:r>
      <w:r w:rsidRPr="00B66CC6">
        <w:rPr>
          <w:rFonts w:eastAsia="Calibri" w:cs="Times New Roman"/>
          <w:color w:val="auto"/>
          <w:sz w:val="28"/>
          <w:szCs w:val="28"/>
        </w:rPr>
        <w:t>t c</w:t>
      </w:r>
      <w:r w:rsidRPr="00B66CC6">
        <w:rPr>
          <w:rFonts w:eastAsia="Calibri" w:cs="Times New Roman"/>
          <w:color w:val="auto"/>
          <w:sz w:val="28"/>
          <w:szCs w:val="28"/>
        </w:rPr>
        <w:t>ậ</w:t>
      </w:r>
      <w:r w:rsidRPr="00B66CC6">
        <w:rPr>
          <w:rFonts w:eastAsia="Calibri" w:cs="Times New Roman"/>
          <w:color w:val="auto"/>
          <w:sz w:val="28"/>
          <w:szCs w:val="28"/>
        </w:rPr>
        <w:t>p v</w:t>
      </w:r>
      <w:r w:rsidRPr="00B66CC6">
        <w:rPr>
          <w:rFonts w:eastAsia="Calibri" w:cs="Times New Roman"/>
          <w:color w:val="auto"/>
          <w:sz w:val="28"/>
          <w:szCs w:val="28"/>
        </w:rPr>
        <w:t>ề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đ</w:t>
      </w:r>
      <w:r w:rsidRPr="00B66CC6">
        <w:rPr>
          <w:rFonts w:eastAsia="Calibri" w:cs="Times New Roman"/>
          <w:color w:val="auto"/>
          <w:sz w:val="28"/>
          <w:szCs w:val="28"/>
        </w:rPr>
        <w:t>ị</w:t>
      </w:r>
      <w:r w:rsidRPr="00B66CC6">
        <w:rPr>
          <w:rFonts w:eastAsia="Calibri" w:cs="Times New Roman"/>
          <w:color w:val="auto"/>
          <w:sz w:val="28"/>
          <w:szCs w:val="28"/>
        </w:rPr>
        <w:t>nh m</w:t>
      </w:r>
      <w:r w:rsidRPr="00B66CC6">
        <w:rPr>
          <w:rFonts w:eastAsia="Calibri" w:cs="Times New Roman"/>
          <w:color w:val="auto"/>
          <w:sz w:val="28"/>
          <w:szCs w:val="28"/>
        </w:rPr>
        <w:t>ứ</w:t>
      </w:r>
      <w:r w:rsidRPr="00B66CC6">
        <w:rPr>
          <w:rFonts w:eastAsia="Calibri" w:cs="Times New Roman"/>
          <w:color w:val="auto"/>
          <w:sz w:val="28"/>
          <w:szCs w:val="28"/>
        </w:rPr>
        <w:t>c chi, tăng m</w:t>
      </w:r>
      <w:r w:rsidRPr="00B66CC6">
        <w:rPr>
          <w:rFonts w:eastAsia="Calibri" w:cs="Times New Roman"/>
          <w:color w:val="auto"/>
          <w:sz w:val="28"/>
          <w:szCs w:val="28"/>
        </w:rPr>
        <w:t>ứ</w:t>
      </w:r>
      <w:r w:rsidRPr="00B66CC6">
        <w:rPr>
          <w:rFonts w:eastAsia="Calibri" w:cs="Times New Roman"/>
          <w:color w:val="auto"/>
          <w:sz w:val="28"/>
          <w:szCs w:val="28"/>
        </w:rPr>
        <w:t>c h</w:t>
      </w:r>
      <w:r w:rsidRPr="00B66CC6">
        <w:rPr>
          <w:rFonts w:eastAsia="Calibri" w:cs="Times New Roman"/>
          <w:color w:val="auto"/>
          <w:sz w:val="28"/>
          <w:szCs w:val="28"/>
        </w:rPr>
        <w:t>ỗ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tr</w:t>
      </w:r>
      <w:r w:rsidRPr="00B66CC6">
        <w:rPr>
          <w:rFonts w:eastAsia="Calibri" w:cs="Times New Roman"/>
          <w:color w:val="auto"/>
          <w:sz w:val="28"/>
          <w:szCs w:val="28"/>
        </w:rPr>
        <w:t>ợ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cho đ</w:t>
      </w:r>
      <w:r w:rsidRPr="00B66CC6">
        <w:rPr>
          <w:rFonts w:eastAsia="Calibri" w:cs="Times New Roman"/>
          <w:color w:val="auto"/>
          <w:sz w:val="28"/>
          <w:szCs w:val="28"/>
        </w:rPr>
        <w:t>ộ</w:t>
      </w:r>
      <w:r w:rsidRPr="00B66CC6">
        <w:rPr>
          <w:rFonts w:eastAsia="Calibri" w:cs="Times New Roman"/>
          <w:color w:val="auto"/>
          <w:sz w:val="28"/>
          <w:szCs w:val="28"/>
        </w:rPr>
        <w:t>i ngũ làm công tác PBGDPL và hòa gi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i viên </w:t>
      </w:r>
      <w:r w:rsidRPr="00B66CC6">
        <w:rPr>
          <w:rFonts w:eastAsia="Calibri" w:cs="Times New Roman"/>
          <w:color w:val="auto"/>
          <w:sz w:val="28"/>
          <w:szCs w:val="28"/>
        </w:rPr>
        <w:t>ở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cơ s</w:t>
      </w:r>
      <w:r w:rsidRPr="00B66CC6">
        <w:rPr>
          <w:rFonts w:eastAsia="Calibri" w:cs="Times New Roman"/>
          <w:color w:val="auto"/>
          <w:sz w:val="28"/>
          <w:szCs w:val="28"/>
        </w:rPr>
        <w:t>ở</w:t>
      </w:r>
      <w:r w:rsidRPr="00B66CC6">
        <w:rPr>
          <w:rFonts w:eastAsia="Calibri" w:cs="Times New Roman"/>
          <w:color w:val="auto"/>
          <w:sz w:val="28"/>
          <w:szCs w:val="28"/>
        </w:rPr>
        <w:t>, k</w:t>
      </w:r>
      <w:r w:rsidRPr="00B66CC6">
        <w:rPr>
          <w:rFonts w:eastAsia="Calibri" w:cs="Times New Roman"/>
          <w:color w:val="auto"/>
          <w:sz w:val="28"/>
          <w:szCs w:val="28"/>
        </w:rPr>
        <w:t>ị</w:t>
      </w:r>
      <w:r w:rsidRPr="00B66CC6">
        <w:rPr>
          <w:rFonts w:eastAsia="Calibri" w:cs="Times New Roman"/>
          <w:color w:val="auto"/>
          <w:sz w:val="28"/>
          <w:szCs w:val="28"/>
        </w:rPr>
        <w:t>p th</w:t>
      </w:r>
      <w:r w:rsidRPr="00B66CC6">
        <w:rPr>
          <w:rFonts w:eastAsia="Calibri" w:cs="Times New Roman"/>
          <w:color w:val="auto"/>
          <w:sz w:val="28"/>
          <w:szCs w:val="28"/>
        </w:rPr>
        <w:t>ờ</w:t>
      </w:r>
      <w:r w:rsidRPr="00B66CC6">
        <w:rPr>
          <w:rFonts w:eastAsia="Calibri" w:cs="Times New Roman"/>
          <w:color w:val="auto"/>
          <w:sz w:val="28"/>
          <w:szCs w:val="28"/>
        </w:rPr>
        <w:t>i th</w:t>
      </w:r>
      <w:r w:rsidRPr="00B66CC6">
        <w:rPr>
          <w:rFonts w:eastAsia="Calibri" w:cs="Times New Roman"/>
          <w:color w:val="auto"/>
          <w:sz w:val="28"/>
          <w:szCs w:val="28"/>
        </w:rPr>
        <w:t>ể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ch</w:t>
      </w:r>
      <w:r w:rsidRPr="00B66CC6">
        <w:rPr>
          <w:rFonts w:eastAsia="Calibri" w:cs="Times New Roman"/>
          <w:color w:val="auto"/>
          <w:sz w:val="28"/>
          <w:szCs w:val="28"/>
        </w:rPr>
        <w:t>ế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hóa các chính sách m</w:t>
      </w:r>
      <w:r w:rsidRPr="00B66CC6">
        <w:rPr>
          <w:rFonts w:eastAsia="Calibri" w:cs="Times New Roman"/>
          <w:color w:val="auto"/>
          <w:sz w:val="28"/>
          <w:szCs w:val="28"/>
        </w:rPr>
        <w:t>ớ</w:t>
      </w:r>
      <w:r w:rsidRPr="00B66CC6">
        <w:rPr>
          <w:rFonts w:eastAsia="Calibri" w:cs="Times New Roman"/>
          <w:color w:val="auto"/>
          <w:sz w:val="28"/>
          <w:szCs w:val="28"/>
        </w:rPr>
        <w:t>i v</w:t>
      </w:r>
      <w:r w:rsidRPr="00B66CC6">
        <w:rPr>
          <w:rFonts w:eastAsia="Calibri" w:cs="Times New Roman"/>
          <w:color w:val="auto"/>
          <w:sz w:val="28"/>
          <w:szCs w:val="28"/>
        </w:rPr>
        <w:t>ề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truy</w:t>
      </w:r>
      <w:r w:rsidRPr="00B66CC6">
        <w:rPr>
          <w:rFonts w:eastAsia="Calibri" w:cs="Times New Roman"/>
          <w:color w:val="auto"/>
          <w:sz w:val="28"/>
          <w:szCs w:val="28"/>
        </w:rPr>
        <w:t>ề</w:t>
      </w:r>
      <w:r w:rsidRPr="00B66CC6">
        <w:rPr>
          <w:rFonts w:eastAsia="Calibri" w:cs="Times New Roman"/>
          <w:color w:val="auto"/>
          <w:sz w:val="28"/>
          <w:szCs w:val="28"/>
        </w:rPr>
        <w:t>n thông chính sách và c</w:t>
      </w:r>
      <w:r w:rsidRPr="00B66CC6">
        <w:rPr>
          <w:rFonts w:eastAsia="Calibri" w:cs="Times New Roman"/>
          <w:color w:val="auto"/>
          <w:sz w:val="28"/>
          <w:szCs w:val="28"/>
        </w:rPr>
        <w:t>huy</w:t>
      </w:r>
      <w:r w:rsidRPr="00B66CC6">
        <w:rPr>
          <w:rFonts w:eastAsia="Calibri" w:cs="Times New Roman"/>
          <w:color w:val="auto"/>
          <w:sz w:val="28"/>
          <w:szCs w:val="28"/>
        </w:rPr>
        <w:t>ể</w:t>
      </w:r>
      <w:r w:rsidRPr="00B66CC6">
        <w:rPr>
          <w:rFonts w:eastAsia="Calibri" w:cs="Times New Roman"/>
          <w:color w:val="auto"/>
          <w:sz w:val="28"/>
          <w:szCs w:val="28"/>
        </w:rPr>
        <w:t>n đ</w:t>
      </w:r>
      <w:r w:rsidRPr="00B66CC6">
        <w:rPr>
          <w:rFonts w:eastAsia="Calibri" w:cs="Times New Roman"/>
          <w:color w:val="auto"/>
          <w:sz w:val="28"/>
          <w:szCs w:val="28"/>
        </w:rPr>
        <w:t>ổ</w:t>
      </w:r>
      <w:r w:rsidRPr="00B66CC6">
        <w:rPr>
          <w:rFonts w:eastAsia="Calibri" w:cs="Times New Roman"/>
          <w:color w:val="auto"/>
          <w:sz w:val="28"/>
          <w:szCs w:val="28"/>
        </w:rPr>
        <w:t>i s</w:t>
      </w:r>
      <w:r w:rsidRPr="00B66CC6">
        <w:rPr>
          <w:rFonts w:eastAsia="Calibri" w:cs="Times New Roman"/>
          <w:color w:val="auto"/>
          <w:sz w:val="28"/>
          <w:szCs w:val="28"/>
        </w:rPr>
        <w:t>ố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trong giáo d</w:t>
      </w:r>
      <w:r w:rsidRPr="00B66CC6">
        <w:rPr>
          <w:rFonts w:eastAsia="Calibri" w:cs="Times New Roman"/>
          <w:color w:val="auto"/>
          <w:sz w:val="28"/>
          <w:szCs w:val="28"/>
        </w:rPr>
        <w:t>ụ</w:t>
      </w:r>
      <w:r w:rsidRPr="00B66CC6">
        <w:rPr>
          <w:rFonts w:eastAsia="Calibri" w:cs="Times New Roman"/>
          <w:color w:val="auto"/>
          <w:sz w:val="28"/>
          <w:szCs w:val="28"/>
        </w:rPr>
        <w:t>c pháp lu</w:t>
      </w:r>
      <w:r w:rsidRPr="00B66CC6">
        <w:rPr>
          <w:rFonts w:eastAsia="Calibri" w:cs="Times New Roman"/>
          <w:color w:val="auto"/>
          <w:sz w:val="28"/>
          <w:szCs w:val="28"/>
        </w:rPr>
        <w:t>ậ</w:t>
      </w:r>
      <w:r w:rsidRPr="00B66CC6">
        <w:rPr>
          <w:rFonts w:eastAsia="Calibri" w:cs="Times New Roman"/>
          <w:color w:val="auto"/>
          <w:sz w:val="28"/>
          <w:szCs w:val="28"/>
        </w:rPr>
        <w:t>t.</w:t>
      </w:r>
    </w:p>
    <w:p w:rsidR="0081002A" w:rsidRPr="00B66CC6" w:rsidRDefault="00442FE1" w:rsidP="0051677C">
      <w:pPr>
        <w:spacing w:after="80" w:line="288" w:lineRule="auto"/>
        <w:ind w:firstLine="720"/>
        <w:jc w:val="both"/>
        <w:rPr>
          <w:rFonts w:eastAsia="Calibri" w:cs="Times New Roman"/>
          <w:color w:val="auto"/>
          <w:sz w:val="28"/>
          <w:szCs w:val="28"/>
        </w:rPr>
      </w:pP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Vi</w:t>
      </w:r>
      <w:r w:rsidRPr="00B66CC6">
        <w:rPr>
          <w:rFonts w:eastAsia="Calibri" w:cs="Times New Roman"/>
          <w:color w:val="auto"/>
          <w:sz w:val="28"/>
          <w:szCs w:val="28"/>
        </w:rPr>
        <w:t>ệ</w:t>
      </w:r>
      <w:r w:rsidRPr="00B66CC6">
        <w:rPr>
          <w:rFonts w:eastAsia="Calibri" w:cs="Times New Roman"/>
          <w:color w:val="auto"/>
          <w:sz w:val="28"/>
          <w:szCs w:val="28"/>
        </w:rPr>
        <w:t>c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xây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d</w:t>
      </w:r>
      <w:r w:rsidRPr="00B66CC6">
        <w:rPr>
          <w:rFonts w:eastAsia="Calibri" w:cs="Times New Roman"/>
          <w:color w:val="auto"/>
          <w:sz w:val="28"/>
          <w:szCs w:val="28"/>
        </w:rPr>
        <w:t>ự</w:t>
      </w:r>
      <w:r w:rsidRPr="00B66CC6">
        <w:rPr>
          <w:rFonts w:eastAsia="Calibri" w:cs="Times New Roman"/>
          <w:color w:val="auto"/>
          <w:sz w:val="28"/>
          <w:szCs w:val="28"/>
        </w:rPr>
        <w:t>ng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báo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cáo t</w:t>
      </w:r>
      <w:r w:rsidRPr="00B66CC6">
        <w:rPr>
          <w:rFonts w:eastAsia="Calibri" w:cs="Times New Roman"/>
          <w:color w:val="auto"/>
          <w:sz w:val="28"/>
          <w:szCs w:val="28"/>
        </w:rPr>
        <w:t>ổ</w:t>
      </w:r>
      <w:r w:rsidRPr="00B66CC6">
        <w:rPr>
          <w:rFonts w:eastAsia="Calibri" w:cs="Times New Roman"/>
          <w:color w:val="auto"/>
          <w:sz w:val="28"/>
          <w:szCs w:val="28"/>
        </w:rPr>
        <w:t>ng k</w:t>
      </w:r>
      <w:r w:rsidRPr="00B66CC6">
        <w:rPr>
          <w:rFonts w:eastAsia="Calibri" w:cs="Times New Roman"/>
          <w:color w:val="auto"/>
          <w:sz w:val="28"/>
          <w:szCs w:val="28"/>
        </w:rPr>
        <w:t>ế</w:t>
      </w:r>
      <w:r w:rsidRPr="00B66CC6">
        <w:rPr>
          <w:rFonts w:eastAsia="Calibri" w:cs="Times New Roman"/>
          <w:color w:val="auto"/>
          <w:sz w:val="28"/>
          <w:szCs w:val="28"/>
        </w:rPr>
        <w:t>t nh</w:t>
      </w:r>
      <w:r w:rsidRPr="00B66CC6">
        <w:rPr>
          <w:rFonts w:eastAsia="Calibri" w:cs="Times New Roman"/>
          <w:color w:val="auto"/>
          <w:sz w:val="28"/>
          <w:szCs w:val="28"/>
        </w:rPr>
        <w:t>ằ</w:t>
      </w:r>
      <w:r w:rsidRPr="00B66CC6">
        <w:rPr>
          <w:rFonts w:eastAsia="Calibri" w:cs="Times New Roman"/>
          <w:color w:val="auto"/>
          <w:sz w:val="28"/>
          <w:szCs w:val="28"/>
        </w:rPr>
        <w:t>m đánh giá toàn di</w:t>
      </w:r>
      <w:r w:rsidRPr="00B66CC6">
        <w:rPr>
          <w:rFonts w:eastAsia="Calibri" w:cs="Times New Roman"/>
          <w:color w:val="auto"/>
          <w:sz w:val="28"/>
          <w:szCs w:val="28"/>
        </w:rPr>
        <w:t>ệ</w:t>
      </w:r>
      <w:r w:rsidRPr="00B66CC6">
        <w:rPr>
          <w:rFonts w:eastAsia="Calibri" w:cs="Times New Roman"/>
          <w:color w:val="auto"/>
          <w:sz w:val="28"/>
          <w:szCs w:val="28"/>
        </w:rPr>
        <w:t>n tình hình tri</w:t>
      </w:r>
      <w:r w:rsidRPr="00B66CC6">
        <w:rPr>
          <w:rFonts w:eastAsia="Calibri" w:cs="Times New Roman"/>
          <w:color w:val="auto"/>
          <w:sz w:val="28"/>
          <w:szCs w:val="28"/>
        </w:rPr>
        <w:t>ể</w:t>
      </w:r>
      <w:r w:rsidRPr="00B66CC6">
        <w:rPr>
          <w:rFonts w:eastAsia="Calibri" w:cs="Times New Roman"/>
          <w:color w:val="auto"/>
          <w:sz w:val="28"/>
          <w:szCs w:val="28"/>
        </w:rPr>
        <w:t>n khai th</w:t>
      </w:r>
      <w:r w:rsidRPr="00B66CC6">
        <w:rPr>
          <w:rFonts w:eastAsia="Calibri" w:cs="Times New Roman"/>
          <w:color w:val="auto"/>
          <w:sz w:val="28"/>
          <w:szCs w:val="28"/>
        </w:rPr>
        <w:t>ự</w:t>
      </w:r>
      <w:r w:rsidRPr="00B66CC6">
        <w:rPr>
          <w:rFonts w:eastAsia="Calibri" w:cs="Times New Roman"/>
          <w:color w:val="auto"/>
          <w:sz w:val="28"/>
          <w:szCs w:val="28"/>
        </w:rPr>
        <w:t>c hi</w:t>
      </w:r>
      <w:r w:rsidRPr="00B66CC6">
        <w:rPr>
          <w:rFonts w:eastAsia="Calibri" w:cs="Times New Roman"/>
          <w:color w:val="auto"/>
          <w:sz w:val="28"/>
          <w:szCs w:val="28"/>
        </w:rPr>
        <w:t>ệ</w:t>
      </w:r>
      <w:r w:rsidRPr="00B66CC6">
        <w:rPr>
          <w:rFonts w:eastAsia="Calibri" w:cs="Times New Roman"/>
          <w:color w:val="auto"/>
          <w:sz w:val="28"/>
          <w:szCs w:val="28"/>
        </w:rPr>
        <w:t>n Thông tư s</w:t>
      </w:r>
      <w:r w:rsidRPr="00B66CC6">
        <w:rPr>
          <w:rFonts w:eastAsia="Calibri" w:cs="Times New Roman"/>
          <w:color w:val="auto"/>
          <w:sz w:val="28"/>
          <w:szCs w:val="28"/>
        </w:rPr>
        <w:t>ố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56/2023/TT-BTC th</w:t>
      </w:r>
      <w:r w:rsidRPr="00B66CC6">
        <w:rPr>
          <w:rFonts w:eastAsia="Calibri" w:cs="Times New Roman"/>
          <w:color w:val="auto"/>
          <w:sz w:val="28"/>
          <w:szCs w:val="28"/>
        </w:rPr>
        <w:t>ờ</w:t>
      </w:r>
      <w:r w:rsidRPr="00B66CC6">
        <w:rPr>
          <w:rFonts w:eastAsia="Calibri" w:cs="Times New Roman"/>
          <w:color w:val="auto"/>
          <w:sz w:val="28"/>
          <w:szCs w:val="28"/>
        </w:rPr>
        <w:t>i gian qua, làm rõ nh</w:t>
      </w:r>
      <w:r w:rsidRPr="00B66CC6">
        <w:rPr>
          <w:rFonts w:eastAsia="Calibri" w:cs="Times New Roman"/>
          <w:color w:val="auto"/>
          <w:sz w:val="28"/>
          <w:szCs w:val="28"/>
        </w:rPr>
        <w:t>ữ</w:t>
      </w:r>
      <w:r w:rsidRPr="00B66CC6">
        <w:rPr>
          <w:rFonts w:eastAsia="Calibri" w:cs="Times New Roman"/>
          <w:color w:val="auto"/>
          <w:sz w:val="28"/>
          <w:szCs w:val="28"/>
        </w:rPr>
        <w:t>ng k</w:t>
      </w:r>
      <w:r w:rsidRPr="00B66CC6">
        <w:rPr>
          <w:rFonts w:eastAsia="Calibri" w:cs="Times New Roman"/>
          <w:color w:val="auto"/>
          <w:sz w:val="28"/>
          <w:szCs w:val="28"/>
        </w:rPr>
        <w:t>ế</w:t>
      </w:r>
      <w:r w:rsidRPr="00B66CC6">
        <w:rPr>
          <w:rFonts w:eastAsia="Calibri" w:cs="Times New Roman"/>
          <w:color w:val="auto"/>
          <w:sz w:val="28"/>
          <w:szCs w:val="28"/>
        </w:rPr>
        <w:t>t qu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đ</w:t>
      </w:r>
      <w:r w:rsidRPr="00B66CC6">
        <w:rPr>
          <w:rFonts w:eastAsia="Calibri" w:cs="Times New Roman"/>
          <w:color w:val="auto"/>
          <w:sz w:val="28"/>
          <w:szCs w:val="28"/>
        </w:rPr>
        <w:t>ạ</w:t>
      </w:r>
      <w:r w:rsidRPr="00B66CC6">
        <w:rPr>
          <w:rFonts w:eastAsia="Calibri" w:cs="Times New Roman"/>
          <w:color w:val="auto"/>
          <w:sz w:val="28"/>
          <w:szCs w:val="28"/>
        </w:rPr>
        <w:t>t đư</w:t>
      </w:r>
      <w:r w:rsidRPr="00B66CC6">
        <w:rPr>
          <w:rFonts w:eastAsia="Calibri" w:cs="Times New Roman"/>
          <w:color w:val="auto"/>
          <w:sz w:val="28"/>
          <w:szCs w:val="28"/>
        </w:rPr>
        <w:t>ợ</w:t>
      </w:r>
      <w:r w:rsidRPr="00B66CC6">
        <w:rPr>
          <w:rFonts w:eastAsia="Calibri" w:cs="Times New Roman"/>
          <w:color w:val="auto"/>
          <w:sz w:val="28"/>
          <w:szCs w:val="28"/>
        </w:rPr>
        <w:t>c, nh</w:t>
      </w:r>
      <w:r w:rsidRPr="00B66CC6">
        <w:rPr>
          <w:rFonts w:eastAsia="Calibri" w:cs="Times New Roman"/>
          <w:color w:val="auto"/>
          <w:sz w:val="28"/>
          <w:szCs w:val="28"/>
        </w:rPr>
        <w:t>ữ</w:t>
      </w:r>
      <w:r w:rsidRPr="00B66CC6">
        <w:rPr>
          <w:rFonts w:eastAsia="Calibri" w:cs="Times New Roman"/>
          <w:color w:val="auto"/>
          <w:sz w:val="28"/>
          <w:szCs w:val="28"/>
        </w:rPr>
        <w:t>ng khó khăn, vư</w:t>
      </w:r>
      <w:r w:rsidRPr="00B66CC6">
        <w:rPr>
          <w:rFonts w:eastAsia="Calibri" w:cs="Times New Roman"/>
          <w:color w:val="auto"/>
          <w:sz w:val="28"/>
          <w:szCs w:val="28"/>
        </w:rPr>
        <w:t>ớ</w:t>
      </w:r>
      <w:r w:rsidRPr="00B66CC6">
        <w:rPr>
          <w:rFonts w:eastAsia="Calibri" w:cs="Times New Roman"/>
          <w:color w:val="auto"/>
          <w:sz w:val="28"/>
          <w:szCs w:val="28"/>
        </w:rPr>
        <w:t>ng m</w:t>
      </w:r>
      <w:r w:rsidRPr="00B66CC6">
        <w:rPr>
          <w:rFonts w:eastAsia="Calibri" w:cs="Times New Roman"/>
          <w:color w:val="auto"/>
          <w:sz w:val="28"/>
          <w:szCs w:val="28"/>
        </w:rPr>
        <w:t>ắ</w:t>
      </w:r>
      <w:r w:rsidRPr="00B66CC6">
        <w:rPr>
          <w:rFonts w:eastAsia="Calibri" w:cs="Times New Roman"/>
          <w:color w:val="auto"/>
          <w:sz w:val="28"/>
          <w:szCs w:val="28"/>
        </w:rPr>
        <w:t>c phát sinh t</w:t>
      </w:r>
      <w:r w:rsidRPr="00B66CC6">
        <w:rPr>
          <w:rFonts w:eastAsia="Calibri" w:cs="Times New Roman"/>
          <w:color w:val="auto"/>
          <w:sz w:val="28"/>
          <w:szCs w:val="28"/>
        </w:rPr>
        <w:t>ừ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th</w:t>
      </w:r>
      <w:r w:rsidRPr="00B66CC6">
        <w:rPr>
          <w:rFonts w:eastAsia="Calibri" w:cs="Times New Roman"/>
          <w:color w:val="auto"/>
          <w:sz w:val="28"/>
          <w:szCs w:val="28"/>
        </w:rPr>
        <w:t>ự</w:t>
      </w:r>
      <w:r w:rsidRPr="00B66CC6">
        <w:rPr>
          <w:rFonts w:eastAsia="Calibri" w:cs="Times New Roman"/>
          <w:color w:val="auto"/>
          <w:sz w:val="28"/>
          <w:szCs w:val="28"/>
        </w:rPr>
        <w:t>c ti</w:t>
      </w:r>
      <w:r w:rsidRPr="00B66CC6">
        <w:rPr>
          <w:rFonts w:eastAsia="Calibri" w:cs="Times New Roman"/>
          <w:color w:val="auto"/>
          <w:sz w:val="28"/>
          <w:szCs w:val="28"/>
        </w:rPr>
        <w:t>ễ</w:t>
      </w:r>
      <w:r w:rsidRPr="00B66CC6">
        <w:rPr>
          <w:rFonts w:eastAsia="Calibri" w:cs="Times New Roman"/>
          <w:color w:val="auto"/>
          <w:sz w:val="28"/>
          <w:szCs w:val="28"/>
        </w:rPr>
        <w:t>n và s</w:t>
      </w:r>
      <w:r w:rsidRPr="00B66CC6">
        <w:rPr>
          <w:rFonts w:eastAsia="Calibri" w:cs="Times New Roman"/>
          <w:color w:val="auto"/>
          <w:sz w:val="28"/>
          <w:szCs w:val="28"/>
        </w:rPr>
        <w:t>ự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tha</w:t>
      </w:r>
      <w:r w:rsidRPr="00B66CC6">
        <w:rPr>
          <w:rFonts w:eastAsia="Calibri" w:cs="Times New Roman"/>
          <w:color w:val="auto"/>
          <w:sz w:val="28"/>
          <w:szCs w:val="28"/>
        </w:rPr>
        <w:t>y đ</w:t>
      </w:r>
      <w:r w:rsidRPr="00B66CC6">
        <w:rPr>
          <w:rFonts w:eastAsia="Calibri" w:cs="Times New Roman"/>
          <w:color w:val="auto"/>
          <w:sz w:val="28"/>
          <w:szCs w:val="28"/>
        </w:rPr>
        <w:t>ổ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i </w:t>
      </w:r>
      <w:r w:rsidRPr="00B66CC6">
        <w:rPr>
          <w:rFonts w:eastAsia="Calibri" w:cs="Times New Roman"/>
          <w:color w:val="auto"/>
          <w:sz w:val="28"/>
          <w:szCs w:val="28"/>
        </w:rPr>
        <w:lastRenderedPageBreak/>
        <w:t>c</w:t>
      </w:r>
      <w:r w:rsidRPr="00B66CC6">
        <w:rPr>
          <w:rFonts w:eastAsia="Calibri" w:cs="Times New Roman"/>
          <w:color w:val="auto"/>
          <w:sz w:val="28"/>
          <w:szCs w:val="28"/>
        </w:rPr>
        <w:t>ủ</w:t>
      </w:r>
      <w:r w:rsidRPr="00B66CC6">
        <w:rPr>
          <w:rFonts w:eastAsia="Calibri" w:cs="Times New Roman"/>
          <w:color w:val="auto"/>
          <w:sz w:val="28"/>
          <w:szCs w:val="28"/>
        </w:rPr>
        <w:t>a h</w:t>
      </w:r>
      <w:r w:rsidRPr="00B66CC6">
        <w:rPr>
          <w:rFonts w:eastAsia="Calibri" w:cs="Times New Roman"/>
          <w:color w:val="auto"/>
          <w:sz w:val="28"/>
          <w:szCs w:val="28"/>
        </w:rPr>
        <w:t>ệ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th</w:t>
      </w:r>
      <w:r w:rsidRPr="00B66CC6">
        <w:rPr>
          <w:rFonts w:eastAsia="Calibri" w:cs="Times New Roman"/>
          <w:color w:val="auto"/>
          <w:sz w:val="28"/>
          <w:szCs w:val="28"/>
        </w:rPr>
        <w:t>ố</w:t>
      </w:r>
      <w:r w:rsidRPr="00B66CC6">
        <w:rPr>
          <w:rFonts w:eastAsia="Calibri" w:cs="Times New Roman"/>
          <w:color w:val="auto"/>
          <w:sz w:val="28"/>
          <w:szCs w:val="28"/>
        </w:rPr>
        <w:t>ng pháp lu</w:t>
      </w:r>
      <w:r w:rsidRPr="00B66CC6">
        <w:rPr>
          <w:rFonts w:eastAsia="Calibri" w:cs="Times New Roman"/>
          <w:color w:val="auto"/>
          <w:sz w:val="28"/>
          <w:szCs w:val="28"/>
        </w:rPr>
        <w:t>ậ</w:t>
      </w:r>
      <w:r w:rsidRPr="00B66CC6">
        <w:rPr>
          <w:rFonts w:eastAsia="Calibri" w:cs="Times New Roman"/>
          <w:color w:val="auto"/>
          <w:sz w:val="28"/>
          <w:szCs w:val="28"/>
        </w:rPr>
        <w:t>t có liên quan, t</w:t>
      </w:r>
      <w:r w:rsidRPr="00B66CC6">
        <w:rPr>
          <w:rFonts w:eastAsia="Calibri" w:cs="Times New Roman"/>
          <w:color w:val="auto"/>
          <w:sz w:val="28"/>
          <w:szCs w:val="28"/>
        </w:rPr>
        <w:t>ừ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đó ki</w:t>
      </w:r>
      <w:r w:rsidRPr="00B66CC6">
        <w:rPr>
          <w:rFonts w:eastAsia="Calibri" w:cs="Times New Roman"/>
          <w:color w:val="auto"/>
          <w:sz w:val="28"/>
          <w:szCs w:val="28"/>
        </w:rPr>
        <w:t>ế</w:t>
      </w:r>
      <w:r w:rsidRPr="00B66CC6">
        <w:rPr>
          <w:rFonts w:eastAsia="Calibri" w:cs="Times New Roman"/>
          <w:color w:val="auto"/>
          <w:sz w:val="28"/>
          <w:szCs w:val="28"/>
        </w:rPr>
        <w:t>n ngh</w:t>
      </w:r>
      <w:r w:rsidRPr="00B66CC6">
        <w:rPr>
          <w:rFonts w:eastAsia="Calibri" w:cs="Times New Roman"/>
          <w:color w:val="auto"/>
          <w:sz w:val="28"/>
          <w:szCs w:val="28"/>
        </w:rPr>
        <w:t>ị</w:t>
      </w:r>
      <w:r w:rsidRPr="00B66CC6">
        <w:rPr>
          <w:rFonts w:eastAsia="Calibri" w:cs="Times New Roman"/>
          <w:color w:val="auto"/>
          <w:sz w:val="28"/>
          <w:szCs w:val="28"/>
        </w:rPr>
        <w:t>, đ</w:t>
      </w:r>
      <w:r w:rsidRPr="00B66CC6">
        <w:rPr>
          <w:rFonts w:eastAsia="Calibri" w:cs="Times New Roman"/>
          <w:color w:val="auto"/>
          <w:sz w:val="28"/>
          <w:szCs w:val="28"/>
        </w:rPr>
        <w:t>ề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xu</w:t>
      </w:r>
      <w:r w:rsidRPr="00B66CC6">
        <w:rPr>
          <w:rFonts w:eastAsia="Calibri" w:cs="Times New Roman"/>
          <w:color w:val="auto"/>
          <w:sz w:val="28"/>
          <w:szCs w:val="28"/>
        </w:rPr>
        <w:t>ấ</w:t>
      </w:r>
      <w:r w:rsidRPr="00B66CC6">
        <w:rPr>
          <w:rFonts w:eastAsia="Calibri" w:cs="Times New Roman"/>
          <w:color w:val="auto"/>
          <w:sz w:val="28"/>
          <w:szCs w:val="28"/>
        </w:rPr>
        <w:t>t các gi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i pháp hoàn thi</w:t>
      </w:r>
      <w:r w:rsidRPr="00B66CC6">
        <w:rPr>
          <w:rFonts w:eastAsia="Calibri" w:cs="Times New Roman"/>
          <w:color w:val="auto"/>
          <w:sz w:val="28"/>
          <w:szCs w:val="28"/>
        </w:rPr>
        <w:t>ệ</w:t>
      </w:r>
      <w:r w:rsidRPr="00B66CC6">
        <w:rPr>
          <w:rFonts w:eastAsia="Calibri" w:cs="Times New Roman"/>
          <w:color w:val="auto"/>
          <w:sz w:val="28"/>
          <w:szCs w:val="28"/>
        </w:rPr>
        <w:t>n cơ ch</w:t>
      </w:r>
      <w:r w:rsidRPr="00B66CC6">
        <w:rPr>
          <w:rFonts w:eastAsia="Calibri" w:cs="Times New Roman"/>
          <w:color w:val="auto"/>
          <w:sz w:val="28"/>
          <w:szCs w:val="28"/>
        </w:rPr>
        <w:t>ế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tài chính đ</w:t>
      </w:r>
      <w:r w:rsidRPr="00B66CC6">
        <w:rPr>
          <w:rFonts w:eastAsia="Calibri" w:cs="Times New Roman"/>
          <w:color w:val="auto"/>
          <w:sz w:val="28"/>
          <w:szCs w:val="28"/>
        </w:rPr>
        <w:t>ố</w:t>
      </w:r>
      <w:r w:rsidRPr="00B66CC6">
        <w:rPr>
          <w:rFonts w:eastAsia="Calibri" w:cs="Times New Roman"/>
          <w:color w:val="auto"/>
          <w:sz w:val="28"/>
          <w:szCs w:val="28"/>
        </w:rPr>
        <w:t>i v</w:t>
      </w:r>
      <w:r w:rsidRPr="00B66CC6">
        <w:rPr>
          <w:rFonts w:eastAsia="Calibri" w:cs="Times New Roman"/>
          <w:color w:val="auto"/>
          <w:sz w:val="28"/>
          <w:szCs w:val="28"/>
        </w:rPr>
        <w:t>ớ</w:t>
      </w:r>
      <w:r w:rsidRPr="00B66CC6">
        <w:rPr>
          <w:rFonts w:eastAsia="Calibri" w:cs="Times New Roman"/>
          <w:color w:val="auto"/>
          <w:sz w:val="28"/>
          <w:szCs w:val="28"/>
        </w:rPr>
        <w:t>i công tác này trong th</w:t>
      </w:r>
      <w:r w:rsidRPr="00B66CC6">
        <w:rPr>
          <w:rFonts w:eastAsia="Calibri" w:cs="Times New Roman"/>
          <w:color w:val="auto"/>
          <w:sz w:val="28"/>
          <w:szCs w:val="28"/>
        </w:rPr>
        <w:t>ờ</w:t>
      </w:r>
      <w:r w:rsidRPr="00B66CC6">
        <w:rPr>
          <w:rFonts w:eastAsia="Calibri" w:cs="Times New Roman"/>
          <w:color w:val="auto"/>
          <w:sz w:val="28"/>
          <w:szCs w:val="28"/>
        </w:rPr>
        <w:t>i gian t</w:t>
      </w:r>
      <w:r w:rsidRPr="00B66CC6">
        <w:rPr>
          <w:rFonts w:eastAsia="Calibri" w:cs="Times New Roman"/>
          <w:color w:val="auto"/>
          <w:sz w:val="28"/>
          <w:szCs w:val="28"/>
        </w:rPr>
        <w:t>ớ</w:t>
      </w:r>
      <w:r w:rsidRPr="00B66CC6">
        <w:rPr>
          <w:rFonts w:eastAsia="Calibri" w:cs="Times New Roman"/>
          <w:color w:val="auto"/>
          <w:sz w:val="28"/>
          <w:szCs w:val="28"/>
        </w:rPr>
        <w:t>i.</w:t>
      </w:r>
    </w:p>
    <w:p w:rsidR="0081002A" w:rsidRPr="0051677C" w:rsidRDefault="00442FE1" w:rsidP="0051677C">
      <w:pPr>
        <w:spacing w:after="80" w:line="288" w:lineRule="auto"/>
        <w:ind w:firstLine="720"/>
        <w:jc w:val="both"/>
        <w:rPr>
          <w:rFonts w:eastAsia="Calibri" w:cs="Times New Roman"/>
          <w:b/>
          <w:color w:val="auto"/>
          <w:sz w:val="28"/>
          <w:szCs w:val="28"/>
        </w:rPr>
      </w:pPr>
      <w:r w:rsidRPr="0051677C">
        <w:rPr>
          <w:rFonts w:eastAsia="Calibri" w:cs="Times New Roman"/>
          <w:b/>
          <w:color w:val="auto"/>
          <w:sz w:val="28"/>
          <w:szCs w:val="28"/>
        </w:rPr>
        <w:t>I. TÌNH HÌNH TRI</w:t>
      </w:r>
      <w:r w:rsidRPr="0051677C">
        <w:rPr>
          <w:rFonts w:eastAsia="Calibri" w:cs="Times New Roman"/>
          <w:b/>
          <w:color w:val="auto"/>
          <w:sz w:val="28"/>
          <w:szCs w:val="28"/>
        </w:rPr>
        <w:t>Ể</w:t>
      </w:r>
      <w:r w:rsidRPr="0051677C">
        <w:rPr>
          <w:rFonts w:eastAsia="Calibri" w:cs="Times New Roman"/>
          <w:b/>
          <w:color w:val="auto"/>
          <w:sz w:val="28"/>
          <w:szCs w:val="28"/>
        </w:rPr>
        <w:t>N KHAI TH</w:t>
      </w:r>
      <w:r w:rsidRPr="0051677C">
        <w:rPr>
          <w:rFonts w:eastAsia="Calibri" w:cs="Times New Roman"/>
          <w:b/>
          <w:color w:val="auto"/>
          <w:sz w:val="28"/>
          <w:szCs w:val="28"/>
        </w:rPr>
        <w:t>Ự</w:t>
      </w:r>
      <w:r w:rsidRPr="0051677C">
        <w:rPr>
          <w:rFonts w:eastAsia="Calibri" w:cs="Times New Roman"/>
          <w:b/>
          <w:color w:val="auto"/>
          <w:sz w:val="28"/>
          <w:szCs w:val="28"/>
        </w:rPr>
        <w:t>C HI</w:t>
      </w:r>
      <w:r w:rsidRPr="0051677C">
        <w:rPr>
          <w:rFonts w:eastAsia="Calibri" w:cs="Times New Roman"/>
          <w:b/>
          <w:color w:val="auto"/>
          <w:sz w:val="28"/>
          <w:szCs w:val="28"/>
        </w:rPr>
        <w:t>Ệ</w:t>
      </w:r>
      <w:r w:rsidRPr="0051677C">
        <w:rPr>
          <w:rFonts w:eastAsia="Calibri" w:cs="Times New Roman"/>
          <w:b/>
          <w:color w:val="auto"/>
          <w:sz w:val="28"/>
          <w:szCs w:val="28"/>
        </w:rPr>
        <w:t>N THÔNG TƯ</w:t>
      </w:r>
    </w:p>
    <w:p w:rsidR="0081002A" w:rsidRPr="0051677C" w:rsidRDefault="00442FE1" w:rsidP="0051677C">
      <w:pPr>
        <w:spacing w:after="60" w:line="288" w:lineRule="auto"/>
        <w:ind w:firstLine="720"/>
        <w:jc w:val="both"/>
        <w:rPr>
          <w:rFonts w:eastAsia="Calibri" w:cs="Times New Roman"/>
          <w:b/>
          <w:color w:val="auto"/>
          <w:sz w:val="28"/>
          <w:szCs w:val="28"/>
        </w:rPr>
      </w:pPr>
      <w:r w:rsidRPr="0051677C">
        <w:rPr>
          <w:rFonts w:eastAsia="Calibri" w:cs="Times New Roman"/>
          <w:b/>
          <w:color w:val="auto"/>
          <w:sz w:val="28"/>
          <w:szCs w:val="28"/>
        </w:rPr>
        <w:t>1. Công tác quán tri</w:t>
      </w:r>
      <w:r w:rsidRPr="0051677C">
        <w:rPr>
          <w:rFonts w:eastAsia="Calibri" w:cs="Times New Roman"/>
          <w:b/>
          <w:color w:val="auto"/>
          <w:sz w:val="28"/>
          <w:szCs w:val="28"/>
        </w:rPr>
        <w:t>ệ</w:t>
      </w:r>
      <w:r w:rsidRPr="0051677C">
        <w:rPr>
          <w:rFonts w:eastAsia="Calibri" w:cs="Times New Roman"/>
          <w:b/>
          <w:color w:val="auto"/>
          <w:sz w:val="28"/>
          <w:szCs w:val="28"/>
        </w:rPr>
        <w:t>t, ph</w:t>
      </w:r>
      <w:r w:rsidRPr="0051677C">
        <w:rPr>
          <w:rFonts w:eastAsia="Calibri" w:cs="Times New Roman"/>
          <w:b/>
          <w:color w:val="auto"/>
          <w:sz w:val="28"/>
          <w:szCs w:val="28"/>
        </w:rPr>
        <w:t>ổ</w:t>
      </w:r>
      <w:r w:rsidRPr="0051677C">
        <w:rPr>
          <w:rFonts w:eastAsia="Calibri" w:cs="Times New Roman"/>
          <w:b/>
          <w:color w:val="auto"/>
          <w:sz w:val="28"/>
          <w:szCs w:val="28"/>
        </w:rPr>
        <w:t xml:space="preserve"> bi</w:t>
      </w:r>
      <w:r w:rsidRPr="0051677C">
        <w:rPr>
          <w:rFonts w:eastAsia="Calibri" w:cs="Times New Roman"/>
          <w:b/>
          <w:color w:val="auto"/>
          <w:sz w:val="28"/>
          <w:szCs w:val="28"/>
        </w:rPr>
        <w:t>ế</w:t>
      </w:r>
      <w:r w:rsidRPr="0051677C">
        <w:rPr>
          <w:rFonts w:eastAsia="Calibri" w:cs="Times New Roman"/>
          <w:b/>
          <w:color w:val="auto"/>
          <w:sz w:val="28"/>
          <w:szCs w:val="28"/>
        </w:rPr>
        <w:t>n và t</w:t>
      </w:r>
      <w:r w:rsidRPr="0051677C">
        <w:rPr>
          <w:rFonts w:eastAsia="Calibri" w:cs="Times New Roman"/>
          <w:b/>
          <w:color w:val="auto"/>
          <w:sz w:val="28"/>
          <w:szCs w:val="28"/>
        </w:rPr>
        <w:t>ổ</w:t>
      </w:r>
      <w:r w:rsidRPr="0051677C">
        <w:rPr>
          <w:rFonts w:eastAsia="Calibri" w:cs="Times New Roman"/>
          <w:b/>
          <w:color w:val="auto"/>
          <w:sz w:val="28"/>
          <w:szCs w:val="28"/>
        </w:rPr>
        <w:t xml:space="preserve"> ch</w:t>
      </w:r>
      <w:r w:rsidRPr="0051677C">
        <w:rPr>
          <w:rFonts w:eastAsia="Calibri" w:cs="Times New Roman"/>
          <w:b/>
          <w:color w:val="auto"/>
          <w:sz w:val="28"/>
          <w:szCs w:val="28"/>
        </w:rPr>
        <w:t>ứ</w:t>
      </w:r>
      <w:r w:rsidRPr="0051677C">
        <w:rPr>
          <w:rFonts w:eastAsia="Calibri" w:cs="Times New Roman"/>
          <w:b/>
          <w:color w:val="auto"/>
          <w:sz w:val="28"/>
          <w:szCs w:val="28"/>
        </w:rPr>
        <w:t>c th</w:t>
      </w:r>
      <w:r w:rsidRPr="0051677C">
        <w:rPr>
          <w:rFonts w:eastAsia="Calibri" w:cs="Times New Roman"/>
          <w:b/>
          <w:color w:val="auto"/>
          <w:sz w:val="28"/>
          <w:szCs w:val="28"/>
        </w:rPr>
        <w:t>ự</w:t>
      </w:r>
      <w:r w:rsidRPr="0051677C">
        <w:rPr>
          <w:rFonts w:eastAsia="Calibri" w:cs="Times New Roman"/>
          <w:b/>
          <w:color w:val="auto"/>
          <w:sz w:val="28"/>
          <w:szCs w:val="28"/>
        </w:rPr>
        <w:t>c hi</w:t>
      </w:r>
      <w:r w:rsidRPr="0051677C">
        <w:rPr>
          <w:rFonts w:eastAsia="Calibri" w:cs="Times New Roman"/>
          <w:b/>
          <w:color w:val="auto"/>
          <w:sz w:val="28"/>
          <w:szCs w:val="28"/>
        </w:rPr>
        <w:t>ệ</w:t>
      </w:r>
      <w:r w:rsidRPr="0051677C">
        <w:rPr>
          <w:rFonts w:eastAsia="Calibri" w:cs="Times New Roman"/>
          <w:b/>
          <w:color w:val="auto"/>
          <w:sz w:val="28"/>
          <w:szCs w:val="28"/>
        </w:rPr>
        <w:t>n</w:t>
      </w:r>
    </w:p>
    <w:p w:rsidR="0081002A" w:rsidRPr="00B66CC6" w:rsidRDefault="00442FE1" w:rsidP="0051677C">
      <w:pPr>
        <w:spacing w:after="80" w:line="288" w:lineRule="auto"/>
        <w:ind w:firstLine="720"/>
        <w:jc w:val="both"/>
        <w:rPr>
          <w:rFonts w:eastAsia="Calibri" w:cs="Times New Roman"/>
          <w:color w:val="auto"/>
          <w:sz w:val="28"/>
          <w:szCs w:val="28"/>
        </w:rPr>
      </w:pP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Sau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khi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Thông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tư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s</w:t>
      </w:r>
      <w:r w:rsidRPr="00B66CC6">
        <w:rPr>
          <w:rFonts w:eastAsia="Calibri" w:cs="Times New Roman"/>
          <w:color w:val="auto"/>
          <w:sz w:val="28"/>
          <w:szCs w:val="28"/>
        </w:rPr>
        <w:t>ố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56/2023/TT-BTC đư</w:t>
      </w:r>
      <w:r w:rsidRPr="00B66CC6">
        <w:rPr>
          <w:rFonts w:eastAsia="Calibri" w:cs="Times New Roman"/>
          <w:color w:val="auto"/>
          <w:sz w:val="28"/>
          <w:szCs w:val="28"/>
        </w:rPr>
        <w:t>ợ</w:t>
      </w:r>
      <w:r w:rsidRPr="00B66CC6">
        <w:rPr>
          <w:rFonts w:eastAsia="Calibri" w:cs="Times New Roman"/>
          <w:color w:val="auto"/>
          <w:sz w:val="28"/>
          <w:szCs w:val="28"/>
        </w:rPr>
        <w:t>c ban hành, các b</w:t>
      </w:r>
      <w:r w:rsidRPr="00B66CC6">
        <w:rPr>
          <w:rFonts w:eastAsia="Calibri" w:cs="Times New Roman"/>
          <w:color w:val="auto"/>
          <w:sz w:val="28"/>
          <w:szCs w:val="28"/>
        </w:rPr>
        <w:t>ộ</w:t>
      </w:r>
      <w:r w:rsidRPr="00B66CC6">
        <w:rPr>
          <w:rFonts w:eastAsia="Calibri" w:cs="Times New Roman"/>
          <w:color w:val="auto"/>
          <w:sz w:val="28"/>
          <w:szCs w:val="28"/>
        </w:rPr>
        <w:t>, ngành, đoàn th</w:t>
      </w:r>
      <w:r w:rsidRPr="00B66CC6">
        <w:rPr>
          <w:rFonts w:eastAsia="Calibri" w:cs="Times New Roman"/>
          <w:color w:val="auto"/>
          <w:sz w:val="28"/>
          <w:szCs w:val="28"/>
        </w:rPr>
        <w:t>ể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</w:t>
      </w:r>
      <w:r w:rsidRPr="00B66CC6">
        <w:rPr>
          <w:rFonts w:eastAsia="Calibri" w:cs="Times New Roman"/>
          <w:color w:val="auto"/>
          <w:sz w:val="28"/>
          <w:szCs w:val="28"/>
        </w:rPr>
        <w:t>ở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trung ương và </w:t>
      </w:r>
      <w:r w:rsidRPr="00B66CC6">
        <w:rPr>
          <w:rFonts w:eastAsia="Calibri" w:cs="Times New Roman"/>
          <w:color w:val="auto"/>
          <w:sz w:val="28"/>
          <w:szCs w:val="28"/>
        </w:rPr>
        <w:t>Ủ</w:t>
      </w:r>
      <w:r w:rsidRPr="00B66CC6">
        <w:rPr>
          <w:rFonts w:eastAsia="Calibri" w:cs="Times New Roman"/>
          <w:color w:val="auto"/>
          <w:sz w:val="28"/>
          <w:szCs w:val="28"/>
        </w:rPr>
        <w:t>y ban nhân dân các t</w:t>
      </w:r>
      <w:r w:rsidRPr="00B66CC6">
        <w:rPr>
          <w:rFonts w:eastAsia="Calibri" w:cs="Times New Roman"/>
          <w:color w:val="auto"/>
          <w:sz w:val="28"/>
          <w:szCs w:val="28"/>
        </w:rPr>
        <w:t>ỉ</w:t>
      </w:r>
      <w:r w:rsidRPr="00B66CC6">
        <w:rPr>
          <w:rFonts w:eastAsia="Calibri" w:cs="Times New Roman"/>
          <w:color w:val="auto"/>
          <w:sz w:val="28"/>
          <w:szCs w:val="28"/>
        </w:rPr>
        <w:t>nh, thành ph</w:t>
      </w:r>
      <w:r w:rsidRPr="00B66CC6">
        <w:rPr>
          <w:rFonts w:eastAsia="Calibri" w:cs="Times New Roman"/>
          <w:color w:val="auto"/>
          <w:sz w:val="28"/>
          <w:szCs w:val="28"/>
        </w:rPr>
        <w:t>ố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tr</w:t>
      </w:r>
      <w:r w:rsidRPr="00B66CC6">
        <w:rPr>
          <w:rFonts w:eastAsia="Calibri" w:cs="Times New Roman"/>
          <w:color w:val="auto"/>
          <w:sz w:val="28"/>
          <w:szCs w:val="28"/>
        </w:rPr>
        <w:t>ự</w:t>
      </w:r>
      <w:r w:rsidRPr="00B66CC6">
        <w:rPr>
          <w:rFonts w:eastAsia="Calibri" w:cs="Times New Roman"/>
          <w:color w:val="auto"/>
          <w:sz w:val="28"/>
          <w:szCs w:val="28"/>
        </w:rPr>
        <w:t>c thu</w:t>
      </w:r>
      <w:r w:rsidRPr="00B66CC6">
        <w:rPr>
          <w:rFonts w:eastAsia="Calibri" w:cs="Times New Roman"/>
          <w:color w:val="auto"/>
          <w:sz w:val="28"/>
          <w:szCs w:val="28"/>
        </w:rPr>
        <w:t>ộ</w:t>
      </w:r>
      <w:r w:rsidRPr="00B66CC6">
        <w:rPr>
          <w:rFonts w:eastAsia="Calibri" w:cs="Times New Roman"/>
          <w:color w:val="auto"/>
          <w:sz w:val="28"/>
          <w:szCs w:val="28"/>
        </w:rPr>
        <w:t>c trung ương đã ch</w:t>
      </w:r>
      <w:r w:rsidRPr="00B66CC6">
        <w:rPr>
          <w:rFonts w:eastAsia="Calibri" w:cs="Times New Roman"/>
          <w:color w:val="auto"/>
          <w:sz w:val="28"/>
          <w:szCs w:val="28"/>
        </w:rPr>
        <w:t>ủ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đ</w:t>
      </w:r>
      <w:r w:rsidRPr="00B66CC6">
        <w:rPr>
          <w:rFonts w:eastAsia="Calibri" w:cs="Times New Roman"/>
          <w:color w:val="auto"/>
          <w:sz w:val="28"/>
          <w:szCs w:val="28"/>
        </w:rPr>
        <w:t>ộ</w:t>
      </w:r>
      <w:r w:rsidRPr="00B66CC6">
        <w:rPr>
          <w:rFonts w:eastAsia="Calibri" w:cs="Times New Roman"/>
          <w:color w:val="auto"/>
          <w:sz w:val="28"/>
          <w:szCs w:val="28"/>
        </w:rPr>
        <w:t>ng ch</w:t>
      </w:r>
      <w:r w:rsidRPr="00B66CC6">
        <w:rPr>
          <w:rFonts w:eastAsia="Calibri" w:cs="Times New Roman"/>
          <w:color w:val="auto"/>
          <w:sz w:val="28"/>
          <w:szCs w:val="28"/>
        </w:rPr>
        <w:t>ỉ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đ</w:t>
      </w:r>
      <w:r w:rsidRPr="00B66CC6">
        <w:rPr>
          <w:rFonts w:eastAsia="Calibri" w:cs="Times New Roman"/>
          <w:color w:val="auto"/>
          <w:sz w:val="28"/>
          <w:szCs w:val="28"/>
        </w:rPr>
        <w:t>ạ</w:t>
      </w:r>
      <w:r w:rsidRPr="00B66CC6">
        <w:rPr>
          <w:rFonts w:eastAsia="Calibri" w:cs="Times New Roman"/>
          <w:color w:val="auto"/>
          <w:sz w:val="28"/>
          <w:szCs w:val="28"/>
        </w:rPr>
        <w:t>o các cơ quan, đơn v</w:t>
      </w:r>
      <w:r w:rsidRPr="00B66CC6">
        <w:rPr>
          <w:rFonts w:eastAsia="Calibri" w:cs="Times New Roman"/>
          <w:color w:val="auto"/>
          <w:sz w:val="28"/>
          <w:szCs w:val="28"/>
        </w:rPr>
        <w:t>ị</w:t>
      </w:r>
      <w:r w:rsidRPr="00B66CC6">
        <w:rPr>
          <w:rFonts w:eastAsia="Calibri" w:cs="Times New Roman"/>
          <w:color w:val="auto"/>
          <w:sz w:val="28"/>
          <w:szCs w:val="28"/>
        </w:rPr>
        <w:t>, đ</w:t>
      </w:r>
      <w:r w:rsidRPr="00B66CC6">
        <w:rPr>
          <w:rFonts w:eastAsia="Calibri" w:cs="Times New Roman"/>
          <w:color w:val="auto"/>
          <w:sz w:val="28"/>
          <w:szCs w:val="28"/>
        </w:rPr>
        <w:t>ị</w:t>
      </w:r>
      <w:r w:rsidRPr="00B66CC6">
        <w:rPr>
          <w:rFonts w:eastAsia="Calibri" w:cs="Times New Roman"/>
          <w:color w:val="auto"/>
          <w:sz w:val="28"/>
          <w:szCs w:val="28"/>
        </w:rPr>
        <w:t>a phương t</w:t>
      </w:r>
      <w:r w:rsidRPr="00B66CC6">
        <w:rPr>
          <w:rFonts w:eastAsia="Calibri" w:cs="Times New Roman"/>
          <w:color w:val="auto"/>
          <w:sz w:val="28"/>
          <w:szCs w:val="28"/>
        </w:rPr>
        <w:t>ổ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ch</w:t>
      </w:r>
      <w:r w:rsidRPr="00B66CC6">
        <w:rPr>
          <w:rFonts w:eastAsia="Calibri" w:cs="Times New Roman"/>
          <w:color w:val="auto"/>
          <w:sz w:val="28"/>
          <w:szCs w:val="28"/>
        </w:rPr>
        <w:t>ứ</w:t>
      </w:r>
      <w:r w:rsidRPr="00B66CC6">
        <w:rPr>
          <w:rFonts w:eastAsia="Calibri" w:cs="Times New Roman"/>
          <w:color w:val="auto"/>
          <w:sz w:val="28"/>
          <w:szCs w:val="28"/>
        </w:rPr>
        <w:t>c quán tri</w:t>
      </w:r>
      <w:r w:rsidRPr="00B66CC6">
        <w:rPr>
          <w:rFonts w:eastAsia="Calibri" w:cs="Times New Roman"/>
          <w:color w:val="auto"/>
          <w:sz w:val="28"/>
          <w:szCs w:val="28"/>
        </w:rPr>
        <w:t>ệ</w:t>
      </w:r>
      <w:r w:rsidRPr="00B66CC6">
        <w:rPr>
          <w:rFonts w:eastAsia="Calibri" w:cs="Times New Roman"/>
          <w:color w:val="auto"/>
          <w:sz w:val="28"/>
          <w:szCs w:val="28"/>
        </w:rPr>
        <w:t>t, ph</w:t>
      </w:r>
      <w:r w:rsidRPr="00B66CC6">
        <w:rPr>
          <w:rFonts w:eastAsia="Calibri" w:cs="Times New Roman"/>
          <w:color w:val="auto"/>
          <w:sz w:val="28"/>
          <w:szCs w:val="28"/>
        </w:rPr>
        <w:t>ổ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bi</w:t>
      </w:r>
      <w:r w:rsidRPr="00B66CC6">
        <w:rPr>
          <w:rFonts w:eastAsia="Calibri" w:cs="Times New Roman"/>
          <w:color w:val="auto"/>
          <w:sz w:val="28"/>
          <w:szCs w:val="28"/>
        </w:rPr>
        <w:t>ế</w:t>
      </w:r>
      <w:r w:rsidRPr="00B66CC6">
        <w:rPr>
          <w:rFonts w:eastAsia="Calibri" w:cs="Times New Roman"/>
          <w:color w:val="auto"/>
          <w:sz w:val="28"/>
          <w:szCs w:val="28"/>
        </w:rPr>
        <w:t>n n</w:t>
      </w:r>
      <w:r w:rsidRPr="00B66CC6">
        <w:rPr>
          <w:rFonts w:eastAsia="Calibri" w:cs="Times New Roman"/>
          <w:color w:val="auto"/>
          <w:sz w:val="28"/>
          <w:szCs w:val="28"/>
        </w:rPr>
        <w:t>ộ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i dung Thông tư. Công tác tuyên </w:t>
      </w:r>
      <w:r w:rsidRPr="00B66CC6">
        <w:rPr>
          <w:rFonts w:eastAsia="Calibri" w:cs="Times New Roman"/>
          <w:color w:val="auto"/>
          <w:sz w:val="28"/>
          <w:szCs w:val="28"/>
        </w:rPr>
        <w:t>truy</w:t>
      </w:r>
      <w:r w:rsidRPr="00B66CC6">
        <w:rPr>
          <w:rFonts w:eastAsia="Calibri" w:cs="Times New Roman"/>
          <w:color w:val="auto"/>
          <w:sz w:val="28"/>
          <w:szCs w:val="28"/>
        </w:rPr>
        <w:t>ề</w:t>
      </w:r>
      <w:r w:rsidRPr="00B66CC6">
        <w:rPr>
          <w:rFonts w:eastAsia="Calibri" w:cs="Times New Roman"/>
          <w:color w:val="auto"/>
          <w:sz w:val="28"/>
          <w:szCs w:val="28"/>
        </w:rPr>
        <w:t>n, hư</w:t>
      </w:r>
      <w:r w:rsidRPr="00B66CC6">
        <w:rPr>
          <w:rFonts w:eastAsia="Calibri" w:cs="Times New Roman"/>
          <w:color w:val="auto"/>
          <w:sz w:val="28"/>
          <w:szCs w:val="28"/>
        </w:rPr>
        <w:t>ớ</w:t>
      </w:r>
      <w:r w:rsidRPr="00B66CC6">
        <w:rPr>
          <w:rFonts w:eastAsia="Calibri" w:cs="Times New Roman"/>
          <w:color w:val="auto"/>
          <w:sz w:val="28"/>
          <w:szCs w:val="28"/>
        </w:rPr>
        <w:t>ng d</w:t>
      </w:r>
      <w:r w:rsidRPr="00B66CC6">
        <w:rPr>
          <w:rFonts w:eastAsia="Calibri" w:cs="Times New Roman"/>
          <w:color w:val="auto"/>
          <w:sz w:val="28"/>
          <w:szCs w:val="28"/>
        </w:rPr>
        <w:t>ẫ</w:t>
      </w:r>
      <w:r w:rsidRPr="00B66CC6">
        <w:rPr>
          <w:rFonts w:eastAsia="Calibri" w:cs="Times New Roman"/>
          <w:color w:val="auto"/>
          <w:sz w:val="28"/>
          <w:szCs w:val="28"/>
        </w:rPr>
        <w:t>n đư</w:t>
      </w:r>
      <w:r w:rsidRPr="00B66CC6">
        <w:rPr>
          <w:rFonts w:eastAsia="Calibri" w:cs="Times New Roman"/>
          <w:color w:val="auto"/>
          <w:sz w:val="28"/>
          <w:szCs w:val="28"/>
        </w:rPr>
        <w:t>ợ</w:t>
      </w:r>
      <w:r w:rsidRPr="00B66CC6">
        <w:rPr>
          <w:rFonts w:eastAsia="Calibri" w:cs="Times New Roman"/>
          <w:color w:val="auto"/>
          <w:sz w:val="28"/>
          <w:szCs w:val="28"/>
        </w:rPr>
        <w:t>c th</w:t>
      </w:r>
      <w:r w:rsidRPr="00B66CC6">
        <w:rPr>
          <w:rFonts w:eastAsia="Calibri" w:cs="Times New Roman"/>
          <w:color w:val="auto"/>
          <w:sz w:val="28"/>
          <w:szCs w:val="28"/>
        </w:rPr>
        <w:t>ự</w:t>
      </w:r>
      <w:r w:rsidRPr="00B66CC6">
        <w:rPr>
          <w:rFonts w:eastAsia="Calibri" w:cs="Times New Roman"/>
          <w:color w:val="auto"/>
          <w:sz w:val="28"/>
          <w:szCs w:val="28"/>
        </w:rPr>
        <w:t>c hi</w:t>
      </w:r>
      <w:r w:rsidRPr="00B66CC6">
        <w:rPr>
          <w:rFonts w:eastAsia="Calibri" w:cs="Times New Roman"/>
          <w:color w:val="auto"/>
          <w:sz w:val="28"/>
          <w:szCs w:val="28"/>
        </w:rPr>
        <w:t>ệ</w:t>
      </w:r>
      <w:r w:rsidRPr="00B66CC6">
        <w:rPr>
          <w:rFonts w:eastAsia="Calibri" w:cs="Times New Roman"/>
          <w:color w:val="auto"/>
          <w:sz w:val="28"/>
          <w:szCs w:val="28"/>
        </w:rPr>
        <w:t>n thông qua nhi</w:t>
      </w:r>
      <w:r w:rsidRPr="00B66CC6">
        <w:rPr>
          <w:rFonts w:eastAsia="Calibri" w:cs="Times New Roman"/>
          <w:color w:val="auto"/>
          <w:sz w:val="28"/>
          <w:szCs w:val="28"/>
        </w:rPr>
        <w:t>ề</w:t>
      </w:r>
      <w:r w:rsidRPr="00B66CC6">
        <w:rPr>
          <w:rFonts w:eastAsia="Calibri" w:cs="Times New Roman"/>
          <w:color w:val="auto"/>
          <w:sz w:val="28"/>
          <w:szCs w:val="28"/>
        </w:rPr>
        <w:t>u hình th</w:t>
      </w:r>
      <w:r w:rsidRPr="00B66CC6">
        <w:rPr>
          <w:rFonts w:eastAsia="Calibri" w:cs="Times New Roman"/>
          <w:color w:val="auto"/>
          <w:sz w:val="28"/>
          <w:szCs w:val="28"/>
        </w:rPr>
        <w:t>ứ</w:t>
      </w:r>
      <w:r w:rsidRPr="00B66CC6">
        <w:rPr>
          <w:rFonts w:eastAsia="Calibri" w:cs="Times New Roman"/>
          <w:color w:val="auto"/>
          <w:sz w:val="28"/>
          <w:szCs w:val="28"/>
        </w:rPr>
        <w:t>c như: t</w:t>
      </w:r>
      <w:r w:rsidRPr="00B66CC6">
        <w:rPr>
          <w:rFonts w:eastAsia="Calibri" w:cs="Times New Roman"/>
          <w:color w:val="auto"/>
          <w:sz w:val="28"/>
          <w:szCs w:val="28"/>
        </w:rPr>
        <w:t>ổ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ch</w:t>
      </w:r>
      <w:r w:rsidRPr="00B66CC6">
        <w:rPr>
          <w:rFonts w:eastAsia="Calibri" w:cs="Times New Roman"/>
          <w:color w:val="auto"/>
          <w:sz w:val="28"/>
          <w:szCs w:val="28"/>
        </w:rPr>
        <w:t>ứ</w:t>
      </w:r>
      <w:r w:rsidRPr="00B66CC6">
        <w:rPr>
          <w:rFonts w:eastAsia="Calibri" w:cs="Times New Roman"/>
          <w:color w:val="auto"/>
          <w:sz w:val="28"/>
          <w:szCs w:val="28"/>
        </w:rPr>
        <w:t>c h</w:t>
      </w:r>
      <w:r w:rsidRPr="00B66CC6">
        <w:rPr>
          <w:rFonts w:eastAsia="Calibri" w:cs="Times New Roman"/>
          <w:color w:val="auto"/>
          <w:sz w:val="28"/>
          <w:szCs w:val="28"/>
        </w:rPr>
        <w:t>ộ</w:t>
      </w:r>
      <w:r w:rsidRPr="00B66CC6">
        <w:rPr>
          <w:rFonts w:eastAsia="Calibri" w:cs="Times New Roman"/>
          <w:color w:val="auto"/>
          <w:sz w:val="28"/>
          <w:szCs w:val="28"/>
        </w:rPr>
        <w:t>i ngh</w:t>
      </w:r>
      <w:r w:rsidRPr="00B66CC6">
        <w:rPr>
          <w:rFonts w:eastAsia="Calibri" w:cs="Times New Roman"/>
          <w:color w:val="auto"/>
          <w:sz w:val="28"/>
          <w:szCs w:val="28"/>
        </w:rPr>
        <w:t>ị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t</w:t>
      </w:r>
      <w:r w:rsidRPr="00B66CC6">
        <w:rPr>
          <w:rFonts w:eastAsia="Calibri" w:cs="Times New Roman"/>
          <w:color w:val="auto"/>
          <w:sz w:val="28"/>
          <w:szCs w:val="28"/>
        </w:rPr>
        <w:t>ậ</w:t>
      </w:r>
      <w:r w:rsidRPr="00B66CC6">
        <w:rPr>
          <w:rFonts w:eastAsia="Calibri" w:cs="Times New Roman"/>
          <w:color w:val="auto"/>
          <w:sz w:val="28"/>
          <w:szCs w:val="28"/>
        </w:rPr>
        <w:t>p hu</w:t>
      </w:r>
      <w:r w:rsidRPr="00B66CC6">
        <w:rPr>
          <w:rFonts w:eastAsia="Calibri" w:cs="Times New Roman"/>
          <w:color w:val="auto"/>
          <w:sz w:val="28"/>
          <w:szCs w:val="28"/>
        </w:rPr>
        <w:t>ấ</w:t>
      </w:r>
      <w:r w:rsidRPr="00B66CC6">
        <w:rPr>
          <w:rFonts w:eastAsia="Calibri" w:cs="Times New Roman"/>
          <w:color w:val="auto"/>
          <w:sz w:val="28"/>
          <w:szCs w:val="28"/>
        </w:rPr>
        <w:t>n nghi</w:t>
      </w:r>
      <w:r w:rsidRPr="00B66CC6">
        <w:rPr>
          <w:rFonts w:eastAsia="Calibri" w:cs="Times New Roman"/>
          <w:color w:val="auto"/>
          <w:sz w:val="28"/>
          <w:szCs w:val="28"/>
        </w:rPr>
        <w:t>ệ</w:t>
      </w:r>
      <w:r w:rsidRPr="00B66CC6">
        <w:rPr>
          <w:rFonts w:eastAsia="Calibri" w:cs="Times New Roman"/>
          <w:color w:val="auto"/>
          <w:sz w:val="28"/>
          <w:szCs w:val="28"/>
        </w:rPr>
        <w:t>p v</w:t>
      </w:r>
      <w:r w:rsidRPr="00B66CC6">
        <w:rPr>
          <w:rFonts w:eastAsia="Calibri" w:cs="Times New Roman"/>
          <w:color w:val="auto"/>
          <w:sz w:val="28"/>
          <w:szCs w:val="28"/>
        </w:rPr>
        <w:t>ụ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cho cán b</w:t>
      </w:r>
      <w:r w:rsidRPr="00B66CC6">
        <w:rPr>
          <w:rFonts w:eastAsia="Calibri" w:cs="Times New Roman"/>
          <w:color w:val="auto"/>
          <w:sz w:val="28"/>
          <w:szCs w:val="28"/>
        </w:rPr>
        <w:t>ộ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tư pháp, tài chính; l</w:t>
      </w:r>
      <w:r w:rsidRPr="00B66CC6">
        <w:rPr>
          <w:rFonts w:eastAsia="Calibri" w:cs="Times New Roman"/>
          <w:color w:val="auto"/>
          <w:sz w:val="28"/>
          <w:szCs w:val="28"/>
        </w:rPr>
        <w:t>ồ</w:t>
      </w:r>
      <w:r w:rsidRPr="00B66CC6">
        <w:rPr>
          <w:rFonts w:eastAsia="Calibri" w:cs="Times New Roman"/>
          <w:color w:val="auto"/>
          <w:sz w:val="28"/>
          <w:szCs w:val="28"/>
        </w:rPr>
        <w:t>ng ghép trong các k</w:t>
      </w:r>
      <w:r w:rsidRPr="00B66CC6">
        <w:rPr>
          <w:rFonts w:eastAsia="Calibri" w:cs="Times New Roman"/>
          <w:color w:val="auto"/>
          <w:sz w:val="28"/>
          <w:szCs w:val="28"/>
        </w:rPr>
        <w:t>ỳ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h</w:t>
      </w:r>
      <w:r w:rsidRPr="00B66CC6">
        <w:rPr>
          <w:rFonts w:eastAsia="Calibri" w:cs="Times New Roman"/>
          <w:color w:val="auto"/>
          <w:sz w:val="28"/>
          <w:szCs w:val="28"/>
        </w:rPr>
        <w:t>ọ</w:t>
      </w:r>
      <w:r w:rsidRPr="00B66CC6">
        <w:rPr>
          <w:rFonts w:eastAsia="Calibri" w:cs="Times New Roman"/>
          <w:color w:val="auto"/>
          <w:sz w:val="28"/>
          <w:szCs w:val="28"/>
        </w:rPr>
        <w:t>p thư</w:t>
      </w:r>
      <w:r w:rsidRPr="00B66CC6">
        <w:rPr>
          <w:rFonts w:eastAsia="Calibri" w:cs="Times New Roman"/>
          <w:color w:val="auto"/>
          <w:sz w:val="28"/>
          <w:szCs w:val="28"/>
        </w:rPr>
        <w:t>ờ</w:t>
      </w:r>
      <w:r w:rsidRPr="00B66CC6">
        <w:rPr>
          <w:rFonts w:eastAsia="Calibri" w:cs="Times New Roman"/>
          <w:color w:val="auto"/>
          <w:sz w:val="28"/>
          <w:szCs w:val="28"/>
        </w:rPr>
        <w:t>ng k</w:t>
      </w:r>
      <w:r w:rsidRPr="00B66CC6">
        <w:rPr>
          <w:rFonts w:eastAsia="Calibri" w:cs="Times New Roman"/>
          <w:color w:val="auto"/>
          <w:sz w:val="28"/>
          <w:szCs w:val="28"/>
        </w:rPr>
        <w:t>ỳ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c</w:t>
      </w:r>
      <w:r w:rsidRPr="00B66CC6">
        <w:rPr>
          <w:rFonts w:eastAsia="Calibri" w:cs="Times New Roman"/>
          <w:color w:val="auto"/>
          <w:sz w:val="28"/>
          <w:szCs w:val="28"/>
        </w:rPr>
        <w:t>ủ</w:t>
      </w:r>
      <w:r w:rsidRPr="00B66CC6">
        <w:rPr>
          <w:rFonts w:eastAsia="Calibri" w:cs="Times New Roman"/>
          <w:color w:val="auto"/>
          <w:sz w:val="28"/>
          <w:szCs w:val="28"/>
        </w:rPr>
        <w:t>a H</w:t>
      </w:r>
      <w:r w:rsidRPr="00B66CC6">
        <w:rPr>
          <w:rFonts w:eastAsia="Calibri" w:cs="Times New Roman"/>
          <w:color w:val="auto"/>
          <w:sz w:val="28"/>
          <w:szCs w:val="28"/>
        </w:rPr>
        <w:t>ộ</w:t>
      </w:r>
      <w:r w:rsidRPr="00B66CC6">
        <w:rPr>
          <w:rFonts w:eastAsia="Calibri" w:cs="Times New Roman"/>
          <w:color w:val="auto"/>
          <w:sz w:val="28"/>
          <w:szCs w:val="28"/>
        </w:rPr>
        <w:t>i đ</w:t>
      </w:r>
      <w:r w:rsidRPr="00B66CC6">
        <w:rPr>
          <w:rFonts w:eastAsia="Calibri" w:cs="Times New Roman"/>
          <w:color w:val="auto"/>
          <w:sz w:val="28"/>
          <w:szCs w:val="28"/>
        </w:rPr>
        <w:t>ồ</w:t>
      </w:r>
      <w:r w:rsidRPr="00B66CC6">
        <w:rPr>
          <w:rFonts w:eastAsia="Calibri" w:cs="Times New Roman"/>
          <w:color w:val="auto"/>
          <w:sz w:val="28"/>
          <w:szCs w:val="28"/>
        </w:rPr>
        <w:t>ng ph</w:t>
      </w:r>
      <w:r w:rsidRPr="00B66CC6">
        <w:rPr>
          <w:rFonts w:eastAsia="Calibri" w:cs="Times New Roman"/>
          <w:color w:val="auto"/>
          <w:sz w:val="28"/>
          <w:szCs w:val="28"/>
        </w:rPr>
        <w:t>ố</w:t>
      </w:r>
      <w:r w:rsidRPr="00B66CC6">
        <w:rPr>
          <w:rFonts w:eastAsia="Calibri" w:cs="Times New Roman"/>
          <w:color w:val="auto"/>
          <w:sz w:val="28"/>
          <w:szCs w:val="28"/>
        </w:rPr>
        <w:t>i h</w:t>
      </w:r>
      <w:r w:rsidRPr="00B66CC6">
        <w:rPr>
          <w:rFonts w:eastAsia="Calibri" w:cs="Times New Roman"/>
          <w:color w:val="auto"/>
          <w:sz w:val="28"/>
          <w:szCs w:val="28"/>
        </w:rPr>
        <w:t>ợ</w:t>
      </w:r>
      <w:r w:rsidRPr="00B66CC6">
        <w:rPr>
          <w:rFonts w:eastAsia="Calibri" w:cs="Times New Roman"/>
          <w:color w:val="auto"/>
          <w:sz w:val="28"/>
          <w:szCs w:val="28"/>
        </w:rPr>
        <w:t>p PBGDPL các c</w:t>
      </w:r>
      <w:r w:rsidRPr="00B66CC6">
        <w:rPr>
          <w:rFonts w:eastAsia="Calibri" w:cs="Times New Roman"/>
          <w:color w:val="auto"/>
          <w:sz w:val="28"/>
          <w:szCs w:val="28"/>
        </w:rPr>
        <w:t>ấ</w:t>
      </w:r>
      <w:r w:rsidRPr="00B66CC6">
        <w:rPr>
          <w:rFonts w:eastAsia="Calibri" w:cs="Times New Roman"/>
          <w:color w:val="auto"/>
          <w:sz w:val="28"/>
          <w:szCs w:val="28"/>
        </w:rPr>
        <w:t>p, H</w:t>
      </w:r>
      <w:r w:rsidRPr="00B66CC6">
        <w:rPr>
          <w:rFonts w:eastAsia="Calibri" w:cs="Times New Roman"/>
          <w:color w:val="auto"/>
          <w:sz w:val="28"/>
          <w:szCs w:val="28"/>
        </w:rPr>
        <w:t>ộ</w:t>
      </w:r>
      <w:r w:rsidRPr="00B66CC6">
        <w:rPr>
          <w:rFonts w:eastAsia="Calibri" w:cs="Times New Roman"/>
          <w:color w:val="auto"/>
          <w:sz w:val="28"/>
          <w:szCs w:val="28"/>
        </w:rPr>
        <w:t>i đ</w:t>
      </w:r>
      <w:r w:rsidRPr="00B66CC6">
        <w:rPr>
          <w:rFonts w:eastAsia="Calibri" w:cs="Times New Roman"/>
          <w:color w:val="auto"/>
          <w:sz w:val="28"/>
          <w:szCs w:val="28"/>
        </w:rPr>
        <w:t>ồ</w:t>
      </w:r>
      <w:r w:rsidRPr="00B66CC6">
        <w:rPr>
          <w:rFonts w:eastAsia="Calibri" w:cs="Times New Roman"/>
          <w:color w:val="auto"/>
          <w:sz w:val="28"/>
          <w:szCs w:val="28"/>
        </w:rPr>
        <w:t>ng đánh giá chu</w:t>
      </w:r>
      <w:r w:rsidRPr="00B66CC6">
        <w:rPr>
          <w:rFonts w:eastAsia="Calibri" w:cs="Times New Roman"/>
          <w:color w:val="auto"/>
          <w:sz w:val="28"/>
          <w:szCs w:val="28"/>
        </w:rPr>
        <w:t>ẩ</w:t>
      </w:r>
      <w:r w:rsidRPr="00B66CC6">
        <w:rPr>
          <w:rFonts w:eastAsia="Calibri" w:cs="Times New Roman"/>
          <w:color w:val="auto"/>
          <w:sz w:val="28"/>
          <w:szCs w:val="28"/>
        </w:rPr>
        <w:t>n ti</w:t>
      </w:r>
      <w:r w:rsidRPr="00B66CC6">
        <w:rPr>
          <w:rFonts w:eastAsia="Calibri" w:cs="Times New Roman"/>
          <w:color w:val="auto"/>
          <w:sz w:val="28"/>
          <w:szCs w:val="28"/>
        </w:rPr>
        <w:t>ế</w:t>
      </w:r>
      <w:r w:rsidRPr="00B66CC6">
        <w:rPr>
          <w:rFonts w:eastAsia="Calibri" w:cs="Times New Roman"/>
          <w:color w:val="auto"/>
          <w:sz w:val="28"/>
          <w:szCs w:val="28"/>
        </w:rPr>
        <w:t>p c</w:t>
      </w:r>
      <w:r w:rsidRPr="00B66CC6">
        <w:rPr>
          <w:rFonts w:eastAsia="Calibri" w:cs="Times New Roman"/>
          <w:color w:val="auto"/>
          <w:sz w:val="28"/>
          <w:szCs w:val="28"/>
        </w:rPr>
        <w:t>ậ</w:t>
      </w:r>
      <w:r w:rsidRPr="00B66CC6">
        <w:rPr>
          <w:rFonts w:eastAsia="Calibri" w:cs="Times New Roman"/>
          <w:color w:val="auto"/>
          <w:sz w:val="28"/>
          <w:szCs w:val="28"/>
        </w:rPr>
        <w:t>n pháp lu</w:t>
      </w:r>
      <w:r w:rsidRPr="00B66CC6">
        <w:rPr>
          <w:rFonts w:eastAsia="Calibri" w:cs="Times New Roman"/>
          <w:color w:val="auto"/>
          <w:sz w:val="28"/>
          <w:szCs w:val="28"/>
        </w:rPr>
        <w:t>ậ</w:t>
      </w:r>
      <w:r w:rsidRPr="00B66CC6">
        <w:rPr>
          <w:rFonts w:eastAsia="Calibri" w:cs="Times New Roman"/>
          <w:color w:val="auto"/>
          <w:sz w:val="28"/>
          <w:szCs w:val="28"/>
        </w:rPr>
        <w:t>t c</w:t>
      </w:r>
      <w:r w:rsidRPr="00B66CC6">
        <w:rPr>
          <w:rFonts w:eastAsia="Calibri" w:cs="Times New Roman"/>
          <w:color w:val="auto"/>
          <w:sz w:val="28"/>
          <w:szCs w:val="28"/>
        </w:rPr>
        <w:t>ấ</w:t>
      </w:r>
      <w:r w:rsidRPr="00B66CC6">
        <w:rPr>
          <w:rFonts w:eastAsia="Calibri" w:cs="Times New Roman"/>
          <w:color w:val="auto"/>
          <w:sz w:val="28"/>
          <w:szCs w:val="28"/>
        </w:rPr>
        <w:t>p huy</w:t>
      </w:r>
      <w:r w:rsidRPr="00B66CC6">
        <w:rPr>
          <w:rFonts w:eastAsia="Calibri" w:cs="Times New Roman"/>
          <w:color w:val="auto"/>
          <w:sz w:val="28"/>
          <w:szCs w:val="28"/>
        </w:rPr>
        <w:t>ệ</w:t>
      </w:r>
      <w:r w:rsidRPr="00B66CC6">
        <w:rPr>
          <w:rFonts w:eastAsia="Calibri" w:cs="Times New Roman"/>
          <w:color w:val="auto"/>
          <w:sz w:val="28"/>
          <w:szCs w:val="28"/>
        </w:rPr>
        <w:t>n; đăng t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i toàn văn văn b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n trên c</w:t>
      </w:r>
      <w:r w:rsidRPr="00B66CC6">
        <w:rPr>
          <w:rFonts w:eastAsia="Calibri" w:cs="Times New Roman"/>
          <w:color w:val="auto"/>
          <w:sz w:val="28"/>
          <w:szCs w:val="28"/>
        </w:rPr>
        <w:t>ổ</w:t>
      </w:r>
      <w:r w:rsidRPr="00B66CC6">
        <w:rPr>
          <w:rFonts w:eastAsia="Calibri" w:cs="Times New Roman"/>
          <w:color w:val="auto"/>
          <w:sz w:val="28"/>
          <w:szCs w:val="28"/>
        </w:rPr>
        <w:t>ng/trang thông tin đi</w:t>
      </w:r>
      <w:r w:rsidRPr="00B66CC6">
        <w:rPr>
          <w:rFonts w:eastAsia="Calibri" w:cs="Times New Roman"/>
          <w:color w:val="auto"/>
          <w:sz w:val="28"/>
          <w:szCs w:val="28"/>
        </w:rPr>
        <w:t>ệ</w:t>
      </w:r>
      <w:r w:rsidRPr="00B66CC6">
        <w:rPr>
          <w:rFonts w:eastAsia="Calibri" w:cs="Times New Roman"/>
          <w:color w:val="auto"/>
          <w:sz w:val="28"/>
          <w:szCs w:val="28"/>
        </w:rPr>
        <w:t>n t</w:t>
      </w:r>
      <w:r w:rsidRPr="00B66CC6">
        <w:rPr>
          <w:rFonts w:eastAsia="Calibri" w:cs="Times New Roman"/>
          <w:color w:val="auto"/>
          <w:sz w:val="28"/>
          <w:szCs w:val="28"/>
        </w:rPr>
        <w:t>ử</w:t>
      </w:r>
      <w:r w:rsidRPr="00B66CC6">
        <w:rPr>
          <w:rFonts w:eastAsia="Calibri" w:cs="Times New Roman"/>
          <w:color w:val="auto"/>
          <w:sz w:val="28"/>
          <w:szCs w:val="28"/>
        </w:rPr>
        <w:t>.</w:t>
      </w:r>
    </w:p>
    <w:p w:rsidR="0081002A" w:rsidRPr="00B66CC6" w:rsidRDefault="00442FE1" w:rsidP="0051677C">
      <w:pPr>
        <w:spacing w:after="80" w:line="288" w:lineRule="auto"/>
        <w:ind w:firstLine="720"/>
        <w:jc w:val="both"/>
        <w:rPr>
          <w:rFonts w:eastAsia="Calibri" w:cs="Times New Roman"/>
          <w:color w:val="auto"/>
          <w:sz w:val="28"/>
          <w:szCs w:val="28"/>
        </w:rPr>
      </w:pP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Th</w:t>
      </w:r>
      <w:r w:rsidRPr="00B66CC6">
        <w:rPr>
          <w:rFonts w:eastAsia="Calibri" w:cs="Times New Roman"/>
          <w:color w:val="auto"/>
          <w:sz w:val="28"/>
          <w:szCs w:val="28"/>
        </w:rPr>
        <w:t>ự</w:t>
      </w:r>
      <w:r w:rsidRPr="00B66CC6">
        <w:rPr>
          <w:rFonts w:eastAsia="Calibri" w:cs="Times New Roman"/>
          <w:color w:val="auto"/>
          <w:sz w:val="28"/>
          <w:szCs w:val="28"/>
        </w:rPr>
        <w:t>c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hi</w:t>
      </w:r>
      <w:r w:rsidRPr="00B66CC6">
        <w:rPr>
          <w:rFonts w:eastAsia="Calibri" w:cs="Times New Roman"/>
          <w:color w:val="auto"/>
          <w:sz w:val="28"/>
          <w:szCs w:val="28"/>
        </w:rPr>
        <w:t>ệ</w:t>
      </w:r>
      <w:r w:rsidRPr="00B66CC6">
        <w:rPr>
          <w:rFonts w:eastAsia="Calibri" w:cs="Times New Roman"/>
          <w:color w:val="auto"/>
          <w:sz w:val="28"/>
          <w:szCs w:val="28"/>
        </w:rPr>
        <w:t>n quy đ</w:t>
      </w:r>
      <w:r w:rsidRPr="00B66CC6">
        <w:rPr>
          <w:rFonts w:eastAsia="Calibri" w:cs="Times New Roman"/>
          <w:color w:val="auto"/>
          <w:sz w:val="28"/>
          <w:szCs w:val="28"/>
        </w:rPr>
        <w:t>ị</w:t>
      </w:r>
      <w:r w:rsidRPr="00B66CC6">
        <w:rPr>
          <w:rFonts w:eastAsia="Calibri" w:cs="Times New Roman"/>
          <w:color w:val="auto"/>
          <w:sz w:val="28"/>
          <w:szCs w:val="28"/>
        </w:rPr>
        <w:t>nh t</w:t>
      </w:r>
      <w:r w:rsidRPr="00B66CC6">
        <w:rPr>
          <w:rFonts w:eastAsia="Calibri" w:cs="Times New Roman"/>
          <w:color w:val="auto"/>
          <w:sz w:val="28"/>
          <w:szCs w:val="28"/>
        </w:rPr>
        <w:t>ạ</w:t>
      </w:r>
      <w:r w:rsidRPr="00B66CC6">
        <w:rPr>
          <w:rFonts w:eastAsia="Calibri" w:cs="Times New Roman"/>
          <w:color w:val="auto"/>
          <w:sz w:val="28"/>
          <w:szCs w:val="28"/>
        </w:rPr>
        <w:t>i kho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n 1 và kho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n 2 Đi</w:t>
      </w:r>
      <w:r w:rsidRPr="00B66CC6">
        <w:rPr>
          <w:rFonts w:eastAsia="Calibri" w:cs="Times New Roman"/>
          <w:color w:val="auto"/>
          <w:sz w:val="28"/>
          <w:szCs w:val="28"/>
        </w:rPr>
        <w:t>ề</w:t>
      </w:r>
      <w:r w:rsidRPr="00B66CC6">
        <w:rPr>
          <w:rFonts w:eastAsia="Calibri" w:cs="Times New Roman"/>
          <w:color w:val="auto"/>
          <w:sz w:val="28"/>
          <w:szCs w:val="28"/>
        </w:rPr>
        <w:t>u 5 Thông tư s</w:t>
      </w:r>
      <w:r w:rsidRPr="00B66CC6">
        <w:rPr>
          <w:rFonts w:eastAsia="Calibri" w:cs="Times New Roman"/>
          <w:color w:val="auto"/>
          <w:sz w:val="28"/>
          <w:szCs w:val="28"/>
        </w:rPr>
        <w:t>ố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56/2023/TT-BTC v</w:t>
      </w:r>
      <w:r w:rsidRPr="00B66CC6">
        <w:rPr>
          <w:rFonts w:eastAsia="Calibri" w:cs="Times New Roman"/>
          <w:color w:val="auto"/>
          <w:sz w:val="28"/>
          <w:szCs w:val="28"/>
        </w:rPr>
        <w:t>ề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phân c</w:t>
      </w:r>
      <w:r w:rsidRPr="00B66CC6">
        <w:rPr>
          <w:rFonts w:eastAsia="Calibri" w:cs="Times New Roman"/>
          <w:color w:val="auto"/>
          <w:sz w:val="28"/>
          <w:szCs w:val="28"/>
        </w:rPr>
        <w:t>ấ</w:t>
      </w:r>
      <w:r w:rsidRPr="00B66CC6">
        <w:rPr>
          <w:rFonts w:eastAsia="Calibri" w:cs="Times New Roman"/>
          <w:color w:val="auto"/>
          <w:sz w:val="28"/>
          <w:szCs w:val="28"/>
        </w:rPr>
        <w:t>p th</w:t>
      </w:r>
      <w:r w:rsidRPr="00B66CC6">
        <w:rPr>
          <w:rFonts w:eastAsia="Calibri" w:cs="Times New Roman"/>
          <w:color w:val="auto"/>
          <w:sz w:val="28"/>
          <w:szCs w:val="28"/>
        </w:rPr>
        <w:t>ẩ</w:t>
      </w:r>
      <w:r w:rsidRPr="00B66CC6">
        <w:rPr>
          <w:rFonts w:eastAsia="Calibri" w:cs="Times New Roman"/>
          <w:color w:val="auto"/>
          <w:sz w:val="28"/>
          <w:szCs w:val="28"/>
        </w:rPr>
        <w:t>m quy</w:t>
      </w:r>
      <w:r w:rsidRPr="00B66CC6">
        <w:rPr>
          <w:rFonts w:eastAsia="Calibri" w:cs="Times New Roman"/>
          <w:color w:val="auto"/>
          <w:sz w:val="28"/>
          <w:szCs w:val="28"/>
        </w:rPr>
        <w:t>ề</w:t>
      </w:r>
      <w:r w:rsidRPr="00B66CC6">
        <w:rPr>
          <w:rFonts w:eastAsia="Calibri" w:cs="Times New Roman"/>
          <w:color w:val="auto"/>
          <w:sz w:val="28"/>
          <w:szCs w:val="28"/>
        </w:rPr>
        <w:t>n, các b</w:t>
      </w:r>
      <w:r w:rsidRPr="00B66CC6">
        <w:rPr>
          <w:rFonts w:eastAsia="Calibri" w:cs="Times New Roman"/>
          <w:color w:val="auto"/>
          <w:sz w:val="28"/>
          <w:szCs w:val="28"/>
        </w:rPr>
        <w:t>ộ</w:t>
      </w:r>
      <w:r w:rsidRPr="00B66CC6">
        <w:rPr>
          <w:rFonts w:eastAsia="Calibri" w:cs="Times New Roman"/>
          <w:color w:val="auto"/>
          <w:sz w:val="28"/>
          <w:szCs w:val="28"/>
        </w:rPr>
        <w:t>, ngành và H</w:t>
      </w:r>
      <w:r w:rsidRPr="00B66CC6">
        <w:rPr>
          <w:rFonts w:eastAsia="Calibri" w:cs="Times New Roman"/>
          <w:color w:val="auto"/>
          <w:sz w:val="28"/>
          <w:szCs w:val="28"/>
        </w:rPr>
        <w:t>ộ</w:t>
      </w:r>
      <w:r w:rsidRPr="00B66CC6">
        <w:rPr>
          <w:rFonts w:eastAsia="Calibri" w:cs="Times New Roman"/>
          <w:color w:val="auto"/>
          <w:sz w:val="28"/>
          <w:szCs w:val="28"/>
        </w:rPr>
        <w:t>i đ</w:t>
      </w:r>
      <w:r w:rsidRPr="00B66CC6">
        <w:rPr>
          <w:rFonts w:eastAsia="Calibri" w:cs="Times New Roman"/>
          <w:color w:val="auto"/>
          <w:sz w:val="28"/>
          <w:szCs w:val="28"/>
        </w:rPr>
        <w:t>ồ</w:t>
      </w:r>
      <w:r w:rsidRPr="00B66CC6">
        <w:rPr>
          <w:rFonts w:eastAsia="Calibri" w:cs="Times New Roman"/>
          <w:color w:val="auto"/>
          <w:sz w:val="28"/>
          <w:szCs w:val="28"/>
        </w:rPr>
        <w:t>ng nhân dân các t</w:t>
      </w:r>
      <w:r w:rsidRPr="00B66CC6">
        <w:rPr>
          <w:rFonts w:eastAsia="Calibri" w:cs="Times New Roman"/>
          <w:color w:val="auto"/>
          <w:sz w:val="28"/>
          <w:szCs w:val="28"/>
        </w:rPr>
        <w:t>ỉ</w:t>
      </w:r>
      <w:r w:rsidRPr="00B66CC6">
        <w:rPr>
          <w:rFonts w:eastAsia="Calibri" w:cs="Times New Roman"/>
          <w:color w:val="auto"/>
          <w:sz w:val="28"/>
          <w:szCs w:val="28"/>
        </w:rPr>
        <w:t>nh, thành ph</w:t>
      </w:r>
      <w:r w:rsidRPr="00B66CC6">
        <w:rPr>
          <w:rFonts w:eastAsia="Calibri" w:cs="Times New Roman"/>
          <w:color w:val="auto"/>
          <w:sz w:val="28"/>
          <w:szCs w:val="28"/>
        </w:rPr>
        <w:t>ố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tr</w:t>
      </w:r>
      <w:r w:rsidRPr="00B66CC6">
        <w:rPr>
          <w:rFonts w:eastAsia="Calibri" w:cs="Times New Roman"/>
          <w:color w:val="auto"/>
          <w:sz w:val="28"/>
          <w:szCs w:val="28"/>
        </w:rPr>
        <w:t>ự</w:t>
      </w:r>
      <w:r w:rsidRPr="00B66CC6">
        <w:rPr>
          <w:rFonts w:eastAsia="Calibri" w:cs="Times New Roman"/>
          <w:color w:val="auto"/>
          <w:sz w:val="28"/>
          <w:szCs w:val="28"/>
        </w:rPr>
        <w:t>c thu</w:t>
      </w:r>
      <w:r w:rsidRPr="00B66CC6">
        <w:rPr>
          <w:rFonts w:eastAsia="Calibri" w:cs="Times New Roman"/>
          <w:color w:val="auto"/>
          <w:sz w:val="28"/>
          <w:szCs w:val="28"/>
        </w:rPr>
        <w:t>ộ</w:t>
      </w:r>
      <w:r w:rsidRPr="00B66CC6">
        <w:rPr>
          <w:rFonts w:eastAsia="Calibri" w:cs="Times New Roman"/>
          <w:color w:val="auto"/>
          <w:sz w:val="28"/>
          <w:szCs w:val="28"/>
        </w:rPr>
        <w:t>c trung ương đã tích c</w:t>
      </w:r>
      <w:r w:rsidRPr="00B66CC6">
        <w:rPr>
          <w:rFonts w:eastAsia="Calibri" w:cs="Times New Roman"/>
          <w:color w:val="auto"/>
          <w:sz w:val="28"/>
          <w:szCs w:val="28"/>
        </w:rPr>
        <w:t>ự</w:t>
      </w:r>
      <w:r w:rsidRPr="00B66CC6">
        <w:rPr>
          <w:rFonts w:eastAsia="Calibri" w:cs="Times New Roman"/>
          <w:color w:val="auto"/>
          <w:sz w:val="28"/>
          <w:szCs w:val="28"/>
        </w:rPr>
        <w:t>c rà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soát, ban hành văn b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n quy đ</w:t>
      </w:r>
      <w:r w:rsidRPr="00B66CC6">
        <w:rPr>
          <w:rFonts w:eastAsia="Calibri" w:cs="Times New Roman"/>
          <w:color w:val="auto"/>
          <w:sz w:val="28"/>
          <w:szCs w:val="28"/>
        </w:rPr>
        <w:t>ị</w:t>
      </w:r>
      <w:r w:rsidRPr="00B66CC6">
        <w:rPr>
          <w:rFonts w:eastAsia="Calibri" w:cs="Times New Roman"/>
          <w:color w:val="auto"/>
          <w:sz w:val="28"/>
          <w:szCs w:val="28"/>
        </w:rPr>
        <w:t>nh c</w:t>
      </w:r>
      <w:r w:rsidRPr="00B66CC6">
        <w:rPr>
          <w:rFonts w:eastAsia="Calibri" w:cs="Times New Roman"/>
          <w:color w:val="auto"/>
          <w:sz w:val="28"/>
          <w:szCs w:val="28"/>
        </w:rPr>
        <w:t>ụ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th</w:t>
      </w:r>
      <w:r w:rsidRPr="00B66CC6">
        <w:rPr>
          <w:rFonts w:eastAsia="Calibri" w:cs="Times New Roman"/>
          <w:color w:val="auto"/>
          <w:sz w:val="28"/>
          <w:szCs w:val="28"/>
        </w:rPr>
        <w:t>ể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m</w:t>
      </w:r>
      <w:r w:rsidRPr="00B66CC6">
        <w:rPr>
          <w:rFonts w:eastAsia="Calibri" w:cs="Times New Roman"/>
          <w:color w:val="auto"/>
          <w:sz w:val="28"/>
          <w:szCs w:val="28"/>
        </w:rPr>
        <w:t>ứ</w:t>
      </w:r>
      <w:r w:rsidRPr="00B66CC6">
        <w:rPr>
          <w:rFonts w:eastAsia="Calibri" w:cs="Times New Roman"/>
          <w:color w:val="auto"/>
          <w:sz w:val="28"/>
          <w:szCs w:val="28"/>
        </w:rPr>
        <w:t>c chi đ</w:t>
      </w:r>
      <w:r w:rsidRPr="00B66CC6">
        <w:rPr>
          <w:rFonts w:eastAsia="Calibri" w:cs="Times New Roman"/>
          <w:color w:val="auto"/>
          <w:sz w:val="28"/>
          <w:szCs w:val="28"/>
        </w:rPr>
        <w:t>ố</w:t>
      </w:r>
      <w:r w:rsidRPr="00B66CC6">
        <w:rPr>
          <w:rFonts w:eastAsia="Calibri" w:cs="Times New Roman"/>
          <w:color w:val="auto"/>
          <w:sz w:val="28"/>
          <w:szCs w:val="28"/>
        </w:rPr>
        <w:t>i v</w:t>
      </w:r>
      <w:r w:rsidRPr="00B66CC6">
        <w:rPr>
          <w:rFonts w:eastAsia="Calibri" w:cs="Times New Roman"/>
          <w:color w:val="auto"/>
          <w:sz w:val="28"/>
          <w:szCs w:val="28"/>
        </w:rPr>
        <w:t>ớ</w:t>
      </w:r>
      <w:r w:rsidRPr="00B66CC6">
        <w:rPr>
          <w:rFonts w:eastAsia="Calibri" w:cs="Times New Roman"/>
          <w:color w:val="auto"/>
          <w:sz w:val="28"/>
          <w:szCs w:val="28"/>
        </w:rPr>
        <w:t>i cơ quan, đơn v</w:t>
      </w:r>
      <w:r w:rsidRPr="00B66CC6">
        <w:rPr>
          <w:rFonts w:eastAsia="Calibri" w:cs="Times New Roman"/>
          <w:color w:val="auto"/>
          <w:sz w:val="28"/>
          <w:szCs w:val="28"/>
        </w:rPr>
        <w:t>ị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tr</w:t>
      </w:r>
      <w:r w:rsidRPr="00B66CC6">
        <w:rPr>
          <w:rFonts w:eastAsia="Calibri" w:cs="Times New Roman"/>
          <w:color w:val="auto"/>
          <w:sz w:val="28"/>
          <w:szCs w:val="28"/>
        </w:rPr>
        <w:t>ự</w:t>
      </w:r>
      <w:r w:rsidRPr="00B66CC6">
        <w:rPr>
          <w:rFonts w:eastAsia="Calibri" w:cs="Times New Roman"/>
          <w:color w:val="auto"/>
          <w:sz w:val="28"/>
          <w:szCs w:val="28"/>
        </w:rPr>
        <w:t>c thu</w:t>
      </w:r>
      <w:r w:rsidRPr="00B66CC6">
        <w:rPr>
          <w:rFonts w:eastAsia="Calibri" w:cs="Times New Roman"/>
          <w:color w:val="auto"/>
          <w:sz w:val="28"/>
          <w:szCs w:val="28"/>
        </w:rPr>
        <w:t>ộ</w:t>
      </w:r>
      <w:r w:rsidRPr="00B66CC6">
        <w:rPr>
          <w:rFonts w:eastAsia="Calibri" w:cs="Times New Roman"/>
          <w:color w:val="auto"/>
          <w:sz w:val="28"/>
          <w:szCs w:val="28"/>
        </w:rPr>
        <w:t>c và t</w:t>
      </w:r>
      <w:r w:rsidRPr="00B66CC6">
        <w:rPr>
          <w:rFonts w:eastAsia="Calibri" w:cs="Times New Roman"/>
          <w:color w:val="auto"/>
          <w:sz w:val="28"/>
          <w:szCs w:val="28"/>
        </w:rPr>
        <w:t>ạ</w:t>
      </w:r>
      <w:r w:rsidRPr="00B66CC6">
        <w:rPr>
          <w:rFonts w:eastAsia="Calibri" w:cs="Times New Roman"/>
          <w:color w:val="auto"/>
          <w:sz w:val="28"/>
          <w:szCs w:val="28"/>
        </w:rPr>
        <w:t>i đ</w:t>
      </w:r>
      <w:r w:rsidRPr="00B66CC6">
        <w:rPr>
          <w:rFonts w:eastAsia="Calibri" w:cs="Times New Roman"/>
          <w:color w:val="auto"/>
          <w:sz w:val="28"/>
          <w:szCs w:val="28"/>
        </w:rPr>
        <w:t>ị</w:t>
      </w:r>
      <w:r w:rsidRPr="00B66CC6">
        <w:rPr>
          <w:rFonts w:eastAsia="Calibri" w:cs="Times New Roman"/>
          <w:color w:val="auto"/>
          <w:sz w:val="28"/>
          <w:szCs w:val="28"/>
        </w:rPr>
        <w:t>a phương phù h</w:t>
      </w:r>
      <w:r w:rsidRPr="00B66CC6">
        <w:rPr>
          <w:rFonts w:eastAsia="Calibri" w:cs="Times New Roman"/>
          <w:color w:val="auto"/>
          <w:sz w:val="28"/>
          <w:szCs w:val="28"/>
        </w:rPr>
        <w:t>ợ</w:t>
      </w:r>
      <w:r w:rsidRPr="00B66CC6">
        <w:rPr>
          <w:rFonts w:eastAsia="Calibri" w:cs="Times New Roman"/>
          <w:color w:val="auto"/>
          <w:sz w:val="28"/>
          <w:szCs w:val="28"/>
        </w:rPr>
        <w:t>p v</w:t>
      </w:r>
      <w:r w:rsidRPr="00B66CC6">
        <w:rPr>
          <w:rFonts w:eastAsia="Calibri" w:cs="Times New Roman"/>
          <w:color w:val="auto"/>
          <w:sz w:val="28"/>
          <w:szCs w:val="28"/>
        </w:rPr>
        <w:t>ớ</w:t>
      </w:r>
      <w:r w:rsidRPr="00B66CC6">
        <w:rPr>
          <w:rFonts w:eastAsia="Calibri" w:cs="Times New Roman"/>
          <w:color w:val="auto"/>
          <w:sz w:val="28"/>
          <w:szCs w:val="28"/>
        </w:rPr>
        <w:t>i kh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năng cân đ</w:t>
      </w:r>
      <w:r w:rsidRPr="00B66CC6">
        <w:rPr>
          <w:rFonts w:eastAsia="Calibri" w:cs="Times New Roman"/>
          <w:color w:val="auto"/>
          <w:sz w:val="28"/>
          <w:szCs w:val="28"/>
        </w:rPr>
        <w:t>ố</w:t>
      </w:r>
      <w:r w:rsidRPr="00B66CC6">
        <w:rPr>
          <w:rFonts w:eastAsia="Calibri" w:cs="Times New Roman"/>
          <w:color w:val="auto"/>
          <w:sz w:val="28"/>
          <w:szCs w:val="28"/>
        </w:rPr>
        <w:t>i ngân sách. Tính đ</w:t>
      </w:r>
      <w:r w:rsidRPr="00B66CC6">
        <w:rPr>
          <w:rFonts w:eastAsia="Calibri" w:cs="Times New Roman"/>
          <w:color w:val="auto"/>
          <w:sz w:val="28"/>
          <w:szCs w:val="28"/>
        </w:rPr>
        <w:t>ế</w:t>
      </w:r>
      <w:r w:rsidRPr="00B66CC6">
        <w:rPr>
          <w:rFonts w:eastAsia="Calibri" w:cs="Times New Roman"/>
          <w:color w:val="auto"/>
          <w:sz w:val="28"/>
          <w:szCs w:val="28"/>
        </w:rPr>
        <w:t>n nay, h</w:t>
      </w:r>
      <w:r w:rsidRPr="00B66CC6">
        <w:rPr>
          <w:rFonts w:eastAsia="Calibri" w:cs="Times New Roman"/>
          <w:color w:val="auto"/>
          <w:sz w:val="28"/>
          <w:szCs w:val="28"/>
        </w:rPr>
        <w:t>ầ</w:t>
      </w:r>
      <w:r w:rsidRPr="00B66CC6">
        <w:rPr>
          <w:rFonts w:eastAsia="Calibri" w:cs="Times New Roman"/>
          <w:color w:val="auto"/>
          <w:sz w:val="28"/>
          <w:szCs w:val="28"/>
        </w:rPr>
        <w:t>u h</w:t>
      </w:r>
      <w:r w:rsidRPr="00B66CC6">
        <w:rPr>
          <w:rFonts w:eastAsia="Calibri" w:cs="Times New Roman"/>
          <w:color w:val="auto"/>
          <w:sz w:val="28"/>
          <w:szCs w:val="28"/>
        </w:rPr>
        <w:t>ế</w:t>
      </w:r>
      <w:r w:rsidRPr="00B66CC6">
        <w:rPr>
          <w:rFonts w:eastAsia="Calibri" w:cs="Times New Roman"/>
          <w:color w:val="auto"/>
          <w:sz w:val="28"/>
          <w:szCs w:val="28"/>
        </w:rPr>
        <w:t>t các t</w:t>
      </w:r>
      <w:r w:rsidRPr="00B66CC6">
        <w:rPr>
          <w:rFonts w:eastAsia="Calibri" w:cs="Times New Roman"/>
          <w:color w:val="auto"/>
          <w:sz w:val="28"/>
          <w:szCs w:val="28"/>
        </w:rPr>
        <w:t>ỉ</w:t>
      </w:r>
      <w:r w:rsidRPr="00B66CC6">
        <w:rPr>
          <w:rFonts w:eastAsia="Calibri" w:cs="Times New Roman"/>
          <w:color w:val="auto"/>
          <w:sz w:val="28"/>
          <w:szCs w:val="28"/>
        </w:rPr>
        <w:t>nh, thành ph</w:t>
      </w:r>
      <w:r w:rsidRPr="00B66CC6">
        <w:rPr>
          <w:rFonts w:eastAsia="Calibri" w:cs="Times New Roman"/>
          <w:color w:val="auto"/>
          <w:sz w:val="28"/>
          <w:szCs w:val="28"/>
        </w:rPr>
        <w:t>ố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tr</w:t>
      </w:r>
      <w:r w:rsidRPr="00B66CC6">
        <w:rPr>
          <w:rFonts w:eastAsia="Calibri" w:cs="Times New Roman"/>
          <w:color w:val="auto"/>
          <w:sz w:val="28"/>
          <w:szCs w:val="28"/>
        </w:rPr>
        <w:t>ự</w:t>
      </w:r>
      <w:r w:rsidRPr="00B66CC6">
        <w:rPr>
          <w:rFonts w:eastAsia="Calibri" w:cs="Times New Roman"/>
          <w:color w:val="auto"/>
          <w:sz w:val="28"/>
          <w:szCs w:val="28"/>
        </w:rPr>
        <w:t>c thu</w:t>
      </w:r>
      <w:r w:rsidRPr="00B66CC6">
        <w:rPr>
          <w:rFonts w:eastAsia="Calibri" w:cs="Times New Roman"/>
          <w:color w:val="auto"/>
          <w:sz w:val="28"/>
          <w:szCs w:val="28"/>
        </w:rPr>
        <w:t>ộ</w:t>
      </w:r>
      <w:r w:rsidRPr="00B66CC6">
        <w:rPr>
          <w:rFonts w:eastAsia="Calibri" w:cs="Times New Roman"/>
          <w:color w:val="auto"/>
          <w:sz w:val="28"/>
          <w:szCs w:val="28"/>
        </w:rPr>
        <w:t>c trung ương đã ban hành Ngh</w:t>
      </w:r>
      <w:r w:rsidRPr="00B66CC6">
        <w:rPr>
          <w:rFonts w:eastAsia="Calibri" w:cs="Times New Roman"/>
          <w:color w:val="auto"/>
          <w:sz w:val="28"/>
          <w:szCs w:val="28"/>
        </w:rPr>
        <w:t>ị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quy</w:t>
      </w:r>
      <w:r w:rsidRPr="00B66CC6">
        <w:rPr>
          <w:rFonts w:eastAsia="Calibri" w:cs="Times New Roman"/>
          <w:color w:val="auto"/>
          <w:sz w:val="28"/>
          <w:szCs w:val="28"/>
        </w:rPr>
        <w:t>ế</w:t>
      </w:r>
      <w:r w:rsidRPr="00B66CC6">
        <w:rPr>
          <w:rFonts w:eastAsia="Calibri" w:cs="Times New Roman"/>
          <w:color w:val="auto"/>
          <w:sz w:val="28"/>
          <w:szCs w:val="28"/>
        </w:rPr>
        <w:t>t c</w:t>
      </w:r>
      <w:r w:rsidRPr="00B66CC6">
        <w:rPr>
          <w:rFonts w:eastAsia="Calibri" w:cs="Times New Roman"/>
          <w:color w:val="auto"/>
          <w:sz w:val="28"/>
          <w:szCs w:val="28"/>
        </w:rPr>
        <w:t>ủ</w:t>
      </w:r>
      <w:r w:rsidRPr="00B66CC6">
        <w:rPr>
          <w:rFonts w:eastAsia="Calibri" w:cs="Times New Roman"/>
          <w:color w:val="auto"/>
          <w:sz w:val="28"/>
          <w:szCs w:val="28"/>
        </w:rPr>
        <w:t>a H</w:t>
      </w:r>
      <w:r w:rsidRPr="00B66CC6">
        <w:rPr>
          <w:rFonts w:eastAsia="Calibri" w:cs="Times New Roman"/>
          <w:color w:val="auto"/>
          <w:sz w:val="28"/>
          <w:szCs w:val="28"/>
        </w:rPr>
        <w:t>ộ</w:t>
      </w:r>
      <w:r w:rsidRPr="00B66CC6">
        <w:rPr>
          <w:rFonts w:eastAsia="Calibri" w:cs="Times New Roman"/>
          <w:color w:val="auto"/>
          <w:sz w:val="28"/>
          <w:szCs w:val="28"/>
        </w:rPr>
        <w:t>i đ</w:t>
      </w:r>
      <w:r w:rsidRPr="00B66CC6">
        <w:rPr>
          <w:rFonts w:eastAsia="Calibri" w:cs="Times New Roman"/>
          <w:color w:val="auto"/>
          <w:sz w:val="28"/>
          <w:szCs w:val="28"/>
        </w:rPr>
        <w:t>ồ</w:t>
      </w:r>
      <w:r w:rsidRPr="00B66CC6">
        <w:rPr>
          <w:rFonts w:eastAsia="Calibri" w:cs="Times New Roman"/>
          <w:color w:val="auto"/>
          <w:sz w:val="28"/>
          <w:szCs w:val="28"/>
        </w:rPr>
        <w:t>ng nhân dân c</w:t>
      </w:r>
      <w:r w:rsidRPr="00B66CC6">
        <w:rPr>
          <w:rFonts w:eastAsia="Calibri" w:cs="Times New Roman"/>
          <w:color w:val="auto"/>
          <w:sz w:val="28"/>
          <w:szCs w:val="28"/>
        </w:rPr>
        <w:t>ấ</w:t>
      </w:r>
      <w:r w:rsidRPr="00B66CC6">
        <w:rPr>
          <w:rFonts w:eastAsia="Calibri" w:cs="Times New Roman"/>
          <w:color w:val="auto"/>
          <w:sz w:val="28"/>
          <w:szCs w:val="28"/>
        </w:rPr>
        <w:t>p t</w:t>
      </w:r>
      <w:r w:rsidRPr="00B66CC6">
        <w:rPr>
          <w:rFonts w:eastAsia="Calibri" w:cs="Times New Roman"/>
          <w:color w:val="auto"/>
          <w:sz w:val="28"/>
          <w:szCs w:val="28"/>
        </w:rPr>
        <w:t>ỉ</w:t>
      </w:r>
      <w:r w:rsidRPr="00B66CC6">
        <w:rPr>
          <w:rFonts w:eastAsia="Calibri" w:cs="Times New Roman"/>
          <w:color w:val="auto"/>
          <w:sz w:val="28"/>
          <w:szCs w:val="28"/>
        </w:rPr>
        <w:t>nh quy đ</w:t>
      </w:r>
      <w:r w:rsidRPr="00B66CC6">
        <w:rPr>
          <w:rFonts w:eastAsia="Calibri" w:cs="Times New Roman"/>
          <w:color w:val="auto"/>
          <w:sz w:val="28"/>
          <w:szCs w:val="28"/>
        </w:rPr>
        <w:t>ị</w:t>
      </w:r>
      <w:r w:rsidRPr="00B66CC6">
        <w:rPr>
          <w:rFonts w:eastAsia="Calibri" w:cs="Times New Roman"/>
          <w:color w:val="auto"/>
          <w:sz w:val="28"/>
          <w:szCs w:val="28"/>
        </w:rPr>
        <w:t>nh n</w:t>
      </w:r>
      <w:r w:rsidRPr="00B66CC6">
        <w:rPr>
          <w:rFonts w:eastAsia="Calibri" w:cs="Times New Roman"/>
          <w:color w:val="auto"/>
          <w:sz w:val="28"/>
          <w:szCs w:val="28"/>
        </w:rPr>
        <w:t>ộ</w:t>
      </w:r>
      <w:r w:rsidRPr="00B66CC6">
        <w:rPr>
          <w:rFonts w:eastAsia="Calibri" w:cs="Times New Roman"/>
          <w:color w:val="auto"/>
          <w:sz w:val="28"/>
          <w:szCs w:val="28"/>
        </w:rPr>
        <w:t>i dung, m</w:t>
      </w:r>
      <w:r w:rsidRPr="00B66CC6">
        <w:rPr>
          <w:rFonts w:eastAsia="Calibri" w:cs="Times New Roman"/>
          <w:color w:val="auto"/>
          <w:sz w:val="28"/>
          <w:szCs w:val="28"/>
        </w:rPr>
        <w:t>ứ</w:t>
      </w:r>
      <w:r w:rsidRPr="00B66CC6">
        <w:rPr>
          <w:rFonts w:eastAsia="Calibri" w:cs="Times New Roman"/>
          <w:color w:val="auto"/>
          <w:sz w:val="28"/>
          <w:szCs w:val="28"/>
        </w:rPr>
        <w:t>c chi th</w:t>
      </w:r>
      <w:r w:rsidRPr="00B66CC6">
        <w:rPr>
          <w:rFonts w:eastAsia="Calibri" w:cs="Times New Roman"/>
          <w:color w:val="auto"/>
          <w:sz w:val="28"/>
          <w:szCs w:val="28"/>
        </w:rPr>
        <w:t>ự</w:t>
      </w:r>
      <w:r w:rsidRPr="00B66CC6">
        <w:rPr>
          <w:rFonts w:eastAsia="Calibri" w:cs="Times New Roman"/>
          <w:color w:val="auto"/>
          <w:sz w:val="28"/>
          <w:szCs w:val="28"/>
        </w:rPr>
        <w:t>c hi</w:t>
      </w:r>
      <w:r w:rsidRPr="00B66CC6">
        <w:rPr>
          <w:rFonts w:eastAsia="Calibri" w:cs="Times New Roman"/>
          <w:color w:val="auto"/>
          <w:sz w:val="28"/>
          <w:szCs w:val="28"/>
        </w:rPr>
        <w:t>ệ</w:t>
      </w:r>
      <w:r w:rsidRPr="00B66CC6">
        <w:rPr>
          <w:rFonts w:eastAsia="Calibri" w:cs="Times New Roman"/>
          <w:color w:val="auto"/>
          <w:sz w:val="28"/>
          <w:szCs w:val="28"/>
        </w:rPr>
        <w:t>n công tác PBGDPL, chu</w:t>
      </w:r>
      <w:r w:rsidRPr="00B66CC6">
        <w:rPr>
          <w:rFonts w:eastAsia="Calibri" w:cs="Times New Roman"/>
          <w:color w:val="auto"/>
          <w:sz w:val="28"/>
          <w:szCs w:val="28"/>
        </w:rPr>
        <w:t>ẩ</w:t>
      </w:r>
      <w:r w:rsidRPr="00B66CC6">
        <w:rPr>
          <w:rFonts w:eastAsia="Calibri" w:cs="Times New Roman"/>
          <w:color w:val="auto"/>
          <w:sz w:val="28"/>
          <w:szCs w:val="28"/>
        </w:rPr>
        <w:t>n ti</w:t>
      </w:r>
      <w:r w:rsidRPr="00B66CC6">
        <w:rPr>
          <w:rFonts w:eastAsia="Calibri" w:cs="Times New Roman"/>
          <w:color w:val="auto"/>
          <w:sz w:val="28"/>
          <w:szCs w:val="28"/>
        </w:rPr>
        <w:t>ế</w:t>
      </w:r>
      <w:r w:rsidRPr="00B66CC6">
        <w:rPr>
          <w:rFonts w:eastAsia="Calibri" w:cs="Times New Roman"/>
          <w:color w:val="auto"/>
          <w:sz w:val="28"/>
          <w:szCs w:val="28"/>
        </w:rPr>
        <w:t>p c</w:t>
      </w:r>
      <w:r w:rsidRPr="00B66CC6">
        <w:rPr>
          <w:rFonts w:eastAsia="Calibri" w:cs="Times New Roman"/>
          <w:color w:val="auto"/>
          <w:sz w:val="28"/>
          <w:szCs w:val="28"/>
        </w:rPr>
        <w:t>ậ</w:t>
      </w:r>
      <w:r w:rsidRPr="00B66CC6">
        <w:rPr>
          <w:rFonts w:eastAsia="Calibri" w:cs="Times New Roman"/>
          <w:color w:val="auto"/>
          <w:sz w:val="28"/>
          <w:szCs w:val="28"/>
        </w:rPr>
        <w:t>n pháp lu</w:t>
      </w:r>
      <w:r w:rsidRPr="00B66CC6">
        <w:rPr>
          <w:rFonts w:eastAsia="Calibri" w:cs="Times New Roman"/>
          <w:color w:val="auto"/>
          <w:sz w:val="28"/>
          <w:szCs w:val="28"/>
        </w:rPr>
        <w:t>ậ</w:t>
      </w:r>
      <w:r w:rsidRPr="00B66CC6">
        <w:rPr>
          <w:rFonts w:eastAsia="Calibri" w:cs="Times New Roman"/>
          <w:color w:val="auto"/>
          <w:sz w:val="28"/>
          <w:szCs w:val="28"/>
        </w:rPr>
        <w:t>t và hòa gi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i </w:t>
      </w:r>
      <w:r w:rsidRPr="00B66CC6">
        <w:rPr>
          <w:rFonts w:eastAsia="Calibri" w:cs="Times New Roman"/>
          <w:color w:val="auto"/>
          <w:sz w:val="28"/>
          <w:szCs w:val="28"/>
        </w:rPr>
        <w:t>ở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cơ s</w:t>
      </w:r>
      <w:r w:rsidRPr="00B66CC6">
        <w:rPr>
          <w:rFonts w:eastAsia="Calibri" w:cs="Times New Roman"/>
          <w:color w:val="auto"/>
          <w:sz w:val="28"/>
          <w:szCs w:val="28"/>
        </w:rPr>
        <w:t>ở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theo th</w:t>
      </w:r>
      <w:r w:rsidRPr="00B66CC6">
        <w:rPr>
          <w:rFonts w:eastAsia="Calibri" w:cs="Times New Roman"/>
          <w:color w:val="auto"/>
          <w:sz w:val="28"/>
          <w:szCs w:val="28"/>
        </w:rPr>
        <w:t>ẩ</w:t>
      </w:r>
      <w:r w:rsidRPr="00B66CC6">
        <w:rPr>
          <w:rFonts w:eastAsia="Calibri" w:cs="Times New Roman"/>
          <w:color w:val="auto"/>
          <w:sz w:val="28"/>
          <w:szCs w:val="28"/>
        </w:rPr>
        <w:t>m quy</w:t>
      </w:r>
      <w:r w:rsidRPr="00B66CC6">
        <w:rPr>
          <w:rFonts w:eastAsia="Calibri" w:cs="Times New Roman"/>
          <w:color w:val="auto"/>
          <w:sz w:val="28"/>
          <w:szCs w:val="28"/>
        </w:rPr>
        <w:t>ề</w:t>
      </w:r>
      <w:r w:rsidRPr="00B66CC6">
        <w:rPr>
          <w:rFonts w:eastAsia="Calibri" w:cs="Times New Roman"/>
          <w:color w:val="auto"/>
          <w:sz w:val="28"/>
          <w:szCs w:val="28"/>
        </w:rPr>
        <w:t>n; các đ</w:t>
      </w:r>
      <w:r w:rsidRPr="00B66CC6">
        <w:rPr>
          <w:rFonts w:eastAsia="Calibri" w:cs="Times New Roman"/>
          <w:color w:val="auto"/>
          <w:sz w:val="28"/>
          <w:szCs w:val="28"/>
        </w:rPr>
        <w:t>ị</w:t>
      </w:r>
      <w:r w:rsidRPr="00B66CC6">
        <w:rPr>
          <w:rFonts w:eastAsia="Calibri" w:cs="Times New Roman"/>
          <w:color w:val="auto"/>
          <w:sz w:val="28"/>
          <w:szCs w:val="28"/>
        </w:rPr>
        <w:t>a phương chưa ban hành văn b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n riêng đã k</w:t>
      </w:r>
      <w:r w:rsidRPr="00B66CC6">
        <w:rPr>
          <w:rFonts w:eastAsia="Calibri" w:cs="Times New Roman"/>
          <w:color w:val="auto"/>
          <w:sz w:val="28"/>
          <w:szCs w:val="28"/>
        </w:rPr>
        <w:t>ị</w:t>
      </w:r>
      <w:r w:rsidRPr="00B66CC6">
        <w:rPr>
          <w:rFonts w:eastAsia="Calibri" w:cs="Times New Roman"/>
          <w:color w:val="auto"/>
          <w:sz w:val="28"/>
          <w:szCs w:val="28"/>
        </w:rPr>
        <w:t>p th</w:t>
      </w:r>
      <w:r w:rsidRPr="00B66CC6">
        <w:rPr>
          <w:rFonts w:eastAsia="Calibri" w:cs="Times New Roman"/>
          <w:color w:val="auto"/>
          <w:sz w:val="28"/>
          <w:szCs w:val="28"/>
        </w:rPr>
        <w:t>ờ</w:t>
      </w:r>
      <w:r w:rsidRPr="00B66CC6">
        <w:rPr>
          <w:rFonts w:eastAsia="Calibri" w:cs="Times New Roman"/>
          <w:color w:val="auto"/>
          <w:sz w:val="28"/>
          <w:szCs w:val="28"/>
        </w:rPr>
        <w:t>i áp d</w:t>
      </w:r>
      <w:r w:rsidRPr="00B66CC6">
        <w:rPr>
          <w:rFonts w:eastAsia="Calibri" w:cs="Times New Roman"/>
          <w:color w:val="auto"/>
          <w:sz w:val="28"/>
          <w:szCs w:val="28"/>
        </w:rPr>
        <w:t>ụ</w:t>
      </w:r>
      <w:r w:rsidRPr="00B66CC6">
        <w:rPr>
          <w:rFonts w:eastAsia="Calibri" w:cs="Times New Roman"/>
          <w:color w:val="auto"/>
          <w:sz w:val="28"/>
          <w:szCs w:val="28"/>
        </w:rPr>
        <w:t>ng tr</w:t>
      </w:r>
      <w:r w:rsidRPr="00B66CC6">
        <w:rPr>
          <w:rFonts w:eastAsia="Calibri" w:cs="Times New Roman"/>
          <w:color w:val="auto"/>
          <w:sz w:val="28"/>
          <w:szCs w:val="28"/>
        </w:rPr>
        <w:t>ự</w:t>
      </w:r>
      <w:r w:rsidRPr="00B66CC6">
        <w:rPr>
          <w:rFonts w:eastAsia="Calibri" w:cs="Times New Roman"/>
          <w:color w:val="auto"/>
          <w:sz w:val="28"/>
          <w:szCs w:val="28"/>
        </w:rPr>
        <w:t>c ti</w:t>
      </w:r>
      <w:r w:rsidRPr="00B66CC6">
        <w:rPr>
          <w:rFonts w:eastAsia="Calibri" w:cs="Times New Roman"/>
          <w:color w:val="auto"/>
          <w:sz w:val="28"/>
          <w:szCs w:val="28"/>
        </w:rPr>
        <w:t>ế</w:t>
      </w:r>
      <w:r w:rsidRPr="00B66CC6">
        <w:rPr>
          <w:rFonts w:eastAsia="Calibri" w:cs="Times New Roman"/>
          <w:color w:val="auto"/>
          <w:sz w:val="28"/>
          <w:szCs w:val="28"/>
        </w:rPr>
        <w:t>p các m</w:t>
      </w:r>
      <w:r w:rsidRPr="00B66CC6">
        <w:rPr>
          <w:rFonts w:eastAsia="Calibri" w:cs="Times New Roman"/>
          <w:color w:val="auto"/>
          <w:sz w:val="28"/>
          <w:szCs w:val="28"/>
        </w:rPr>
        <w:t>ứ</w:t>
      </w:r>
      <w:r w:rsidRPr="00B66CC6">
        <w:rPr>
          <w:rFonts w:eastAsia="Calibri" w:cs="Times New Roman"/>
          <w:color w:val="auto"/>
          <w:sz w:val="28"/>
          <w:szCs w:val="28"/>
        </w:rPr>
        <w:t>c chi quy đ</w:t>
      </w:r>
      <w:r w:rsidRPr="00B66CC6">
        <w:rPr>
          <w:rFonts w:eastAsia="Calibri" w:cs="Times New Roman"/>
          <w:color w:val="auto"/>
          <w:sz w:val="28"/>
          <w:szCs w:val="28"/>
        </w:rPr>
        <w:t>ị</w:t>
      </w:r>
      <w:r w:rsidRPr="00B66CC6">
        <w:rPr>
          <w:rFonts w:eastAsia="Calibri" w:cs="Times New Roman"/>
          <w:color w:val="auto"/>
          <w:sz w:val="28"/>
          <w:szCs w:val="28"/>
        </w:rPr>
        <w:t>nh t</w:t>
      </w:r>
      <w:r w:rsidRPr="00B66CC6">
        <w:rPr>
          <w:rFonts w:eastAsia="Calibri" w:cs="Times New Roman"/>
          <w:color w:val="auto"/>
          <w:sz w:val="28"/>
          <w:szCs w:val="28"/>
        </w:rPr>
        <w:t>ạ</w:t>
      </w:r>
      <w:r w:rsidRPr="00B66CC6">
        <w:rPr>
          <w:rFonts w:eastAsia="Calibri" w:cs="Times New Roman"/>
          <w:color w:val="auto"/>
          <w:sz w:val="28"/>
          <w:szCs w:val="28"/>
        </w:rPr>
        <w:t>i Thông tư s</w:t>
      </w:r>
      <w:r w:rsidRPr="00B66CC6">
        <w:rPr>
          <w:rFonts w:eastAsia="Calibri" w:cs="Times New Roman"/>
          <w:color w:val="auto"/>
          <w:sz w:val="28"/>
          <w:szCs w:val="28"/>
        </w:rPr>
        <w:t>ố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56/2023/TT-BTC đ</w:t>
      </w:r>
      <w:r w:rsidRPr="00B66CC6">
        <w:rPr>
          <w:rFonts w:eastAsia="Calibri" w:cs="Times New Roman"/>
          <w:color w:val="auto"/>
          <w:sz w:val="28"/>
          <w:szCs w:val="28"/>
        </w:rPr>
        <w:t>ể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b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o đ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m c</w:t>
      </w:r>
      <w:r w:rsidRPr="00B66CC6">
        <w:rPr>
          <w:rFonts w:eastAsia="Calibri" w:cs="Times New Roman"/>
          <w:color w:val="auto"/>
          <w:sz w:val="28"/>
          <w:szCs w:val="28"/>
        </w:rPr>
        <w:t>ác nhi</w:t>
      </w:r>
      <w:r w:rsidRPr="00B66CC6">
        <w:rPr>
          <w:rFonts w:eastAsia="Calibri" w:cs="Times New Roman"/>
          <w:color w:val="auto"/>
          <w:sz w:val="28"/>
          <w:szCs w:val="28"/>
        </w:rPr>
        <w:t>ệ</w:t>
      </w:r>
      <w:r w:rsidRPr="00B66CC6">
        <w:rPr>
          <w:rFonts w:eastAsia="Calibri" w:cs="Times New Roman"/>
          <w:color w:val="auto"/>
          <w:sz w:val="28"/>
          <w:szCs w:val="28"/>
        </w:rPr>
        <w:t>m v</w:t>
      </w:r>
      <w:r w:rsidRPr="00B66CC6">
        <w:rPr>
          <w:rFonts w:eastAsia="Calibri" w:cs="Times New Roman"/>
          <w:color w:val="auto"/>
          <w:sz w:val="28"/>
          <w:szCs w:val="28"/>
        </w:rPr>
        <w:t>ụ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không b</w:t>
      </w:r>
      <w:r w:rsidRPr="00B66CC6">
        <w:rPr>
          <w:rFonts w:eastAsia="Calibri" w:cs="Times New Roman"/>
          <w:color w:val="auto"/>
          <w:sz w:val="28"/>
          <w:szCs w:val="28"/>
        </w:rPr>
        <w:t>ị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gián đo</w:t>
      </w:r>
      <w:r w:rsidRPr="00B66CC6">
        <w:rPr>
          <w:rFonts w:eastAsia="Calibri" w:cs="Times New Roman"/>
          <w:color w:val="auto"/>
          <w:sz w:val="28"/>
          <w:szCs w:val="28"/>
        </w:rPr>
        <w:t>ạ</w:t>
      </w:r>
      <w:r w:rsidRPr="00B66CC6">
        <w:rPr>
          <w:rFonts w:eastAsia="Calibri" w:cs="Times New Roman"/>
          <w:color w:val="auto"/>
          <w:sz w:val="28"/>
          <w:szCs w:val="28"/>
        </w:rPr>
        <w:t>n.</w:t>
      </w:r>
    </w:p>
    <w:p w:rsidR="0081002A" w:rsidRPr="00B66CC6" w:rsidRDefault="00442FE1" w:rsidP="0051677C">
      <w:pPr>
        <w:spacing w:after="80" w:line="288" w:lineRule="auto"/>
        <w:ind w:firstLine="720"/>
        <w:jc w:val="both"/>
        <w:rPr>
          <w:rFonts w:eastAsia="Calibri" w:cs="Times New Roman"/>
          <w:color w:val="auto"/>
          <w:sz w:val="28"/>
          <w:szCs w:val="28"/>
        </w:rPr>
      </w:pP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Bên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c</w:t>
      </w:r>
      <w:r w:rsidRPr="00B66CC6">
        <w:rPr>
          <w:rFonts w:eastAsia="Calibri" w:cs="Times New Roman"/>
          <w:color w:val="auto"/>
          <w:sz w:val="28"/>
          <w:szCs w:val="28"/>
        </w:rPr>
        <w:t>ạ</w:t>
      </w:r>
      <w:r w:rsidRPr="00B66CC6">
        <w:rPr>
          <w:rFonts w:eastAsia="Calibri" w:cs="Times New Roman"/>
          <w:color w:val="auto"/>
          <w:sz w:val="28"/>
          <w:szCs w:val="28"/>
        </w:rPr>
        <w:t>nh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đó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,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các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cơ quan, đơn v</w:t>
      </w:r>
      <w:r w:rsidRPr="00B66CC6">
        <w:rPr>
          <w:rFonts w:eastAsia="Calibri" w:cs="Times New Roman"/>
          <w:color w:val="auto"/>
          <w:sz w:val="28"/>
          <w:szCs w:val="28"/>
        </w:rPr>
        <w:t>ị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đã xây d</w:t>
      </w:r>
      <w:r w:rsidRPr="00B66CC6">
        <w:rPr>
          <w:rFonts w:eastAsia="Calibri" w:cs="Times New Roman"/>
          <w:color w:val="auto"/>
          <w:sz w:val="28"/>
          <w:szCs w:val="28"/>
        </w:rPr>
        <w:t>ự</w:t>
      </w:r>
      <w:r w:rsidRPr="00B66CC6">
        <w:rPr>
          <w:rFonts w:eastAsia="Calibri" w:cs="Times New Roman"/>
          <w:color w:val="auto"/>
          <w:sz w:val="28"/>
          <w:szCs w:val="28"/>
        </w:rPr>
        <w:t>ng cơ ch</w:t>
      </w:r>
      <w:r w:rsidRPr="00B66CC6">
        <w:rPr>
          <w:rFonts w:eastAsia="Calibri" w:cs="Times New Roman"/>
          <w:color w:val="auto"/>
          <w:sz w:val="28"/>
          <w:szCs w:val="28"/>
        </w:rPr>
        <w:t>ế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ph</w:t>
      </w:r>
      <w:r w:rsidRPr="00B66CC6">
        <w:rPr>
          <w:rFonts w:eastAsia="Calibri" w:cs="Times New Roman"/>
          <w:color w:val="auto"/>
          <w:sz w:val="28"/>
          <w:szCs w:val="28"/>
        </w:rPr>
        <w:t>ố</w:t>
      </w:r>
      <w:r w:rsidRPr="00B66CC6">
        <w:rPr>
          <w:rFonts w:eastAsia="Calibri" w:cs="Times New Roman"/>
          <w:color w:val="auto"/>
          <w:sz w:val="28"/>
          <w:szCs w:val="28"/>
        </w:rPr>
        <w:t>i h</w:t>
      </w:r>
      <w:r w:rsidRPr="00B66CC6">
        <w:rPr>
          <w:rFonts w:eastAsia="Calibri" w:cs="Times New Roman"/>
          <w:color w:val="auto"/>
          <w:sz w:val="28"/>
          <w:szCs w:val="28"/>
        </w:rPr>
        <w:t>ợ</w:t>
      </w:r>
      <w:r w:rsidRPr="00B66CC6">
        <w:rPr>
          <w:rFonts w:eastAsia="Calibri" w:cs="Times New Roman"/>
          <w:color w:val="auto"/>
          <w:sz w:val="28"/>
          <w:szCs w:val="28"/>
        </w:rPr>
        <w:t>p ch</w:t>
      </w:r>
      <w:r w:rsidRPr="00B66CC6">
        <w:rPr>
          <w:rFonts w:eastAsia="Calibri" w:cs="Times New Roman"/>
          <w:color w:val="auto"/>
          <w:sz w:val="28"/>
          <w:szCs w:val="28"/>
        </w:rPr>
        <w:t>ặ</w:t>
      </w:r>
      <w:r w:rsidRPr="00B66CC6">
        <w:rPr>
          <w:rFonts w:eastAsia="Calibri" w:cs="Times New Roman"/>
          <w:color w:val="auto"/>
          <w:sz w:val="28"/>
          <w:szCs w:val="28"/>
        </w:rPr>
        <w:t>t ch</w:t>
      </w:r>
      <w:r w:rsidRPr="00B66CC6">
        <w:rPr>
          <w:rFonts w:eastAsia="Calibri" w:cs="Times New Roman"/>
          <w:color w:val="auto"/>
          <w:sz w:val="28"/>
          <w:szCs w:val="28"/>
        </w:rPr>
        <w:t>ẽ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gi</w:t>
      </w:r>
      <w:r w:rsidRPr="00B66CC6">
        <w:rPr>
          <w:rFonts w:eastAsia="Calibri" w:cs="Times New Roman"/>
          <w:color w:val="auto"/>
          <w:sz w:val="28"/>
          <w:szCs w:val="28"/>
        </w:rPr>
        <w:t>ữ</w:t>
      </w:r>
      <w:r w:rsidRPr="00B66CC6">
        <w:rPr>
          <w:rFonts w:eastAsia="Calibri" w:cs="Times New Roman"/>
          <w:color w:val="auto"/>
          <w:sz w:val="28"/>
          <w:szCs w:val="28"/>
        </w:rPr>
        <w:t>a cơ quan thư</w:t>
      </w:r>
      <w:r w:rsidRPr="00B66CC6">
        <w:rPr>
          <w:rFonts w:eastAsia="Calibri" w:cs="Times New Roman"/>
          <w:color w:val="auto"/>
          <w:sz w:val="28"/>
          <w:szCs w:val="28"/>
        </w:rPr>
        <w:t>ờ</w:t>
      </w:r>
      <w:r w:rsidRPr="00B66CC6">
        <w:rPr>
          <w:rFonts w:eastAsia="Calibri" w:cs="Times New Roman"/>
          <w:color w:val="auto"/>
          <w:sz w:val="28"/>
          <w:szCs w:val="28"/>
        </w:rPr>
        <w:t>ng tr</w:t>
      </w:r>
      <w:r w:rsidRPr="00B66CC6">
        <w:rPr>
          <w:rFonts w:eastAsia="Calibri" w:cs="Times New Roman"/>
          <w:color w:val="auto"/>
          <w:sz w:val="28"/>
          <w:szCs w:val="28"/>
        </w:rPr>
        <w:t>ự</w:t>
      </w:r>
      <w:r w:rsidRPr="00B66CC6">
        <w:rPr>
          <w:rFonts w:eastAsia="Calibri" w:cs="Times New Roman"/>
          <w:color w:val="auto"/>
          <w:sz w:val="28"/>
          <w:szCs w:val="28"/>
        </w:rPr>
        <w:t>c công tác PBGDPL (S</w:t>
      </w:r>
      <w:r w:rsidRPr="00B66CC6">
        <w:rPr>
          <w:rFonts w:eastAsia="Calibri" w:cs="Times New Roman"/>
          <w:color w:val="auto"/>
          <w:sz w:val="28"/>
          <w:szCs w:val="28"/>
        </w:rPr>
        <w:t>ở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Tư pháp, Phòng Tư pháp, công ch</w:t>
      </w:r>
      <w:r w:rsidRPr="00B66CC6">
        <w:rPr>
          <w:rFonts w:eastAsia="Calibri" w:cs="Times New Roman"/>
          <w:color w:val="auto"/>
          <w:sz w:val="28"/>
          <w:szCs w:val="28"/>
        </w:rPr>
        <w:t>ứ</w:t>
      </w:r>
      <w:r w:rsidRPr="00B66CC6">
        <w:rPr>
          <w:rFonts w:eastAsia="Calibri" w:cs="Times New Roman"/>
          <w:color w:val="auto"/>
          <w:sz w:val="28"/>
          <w:szCs w:val="28"/>
        </w:rPr>
        <w:t>c Tư pháp - H</w:t>
      </w:r>
      <w:r w:rsidRPr="00B66CC6">
        <w:rPr>
          <w:rFonts w:eastAsia="Calibri" w:cs="Times New Roman"/>
          <w:color w:val="auto"/>
          <w:sz w:val="28"/>
          <w:szCs w:val="28"/>
        </w:rPr>
        <w:t>ộ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t</w:t>
      </w:r>
      <w:r w:rsidRPr="00B66CC6">
        <w:rPr>
          <w:rFonts w:eastAsia="Calibri" w:cs="Times New Roman"/>
          <w:color w:val="auto"/>
          <w:sz w:val="28"/>
          <w:szCs w:val="28"/>
        </w:rPr>
        <w:t>ị</w:t>
      </w:r>
      <w:r w:rsidRPr="00B66CC6">
        <w:rPr>
          <w:rFonts w:eastAsia="Calibri" w:cs="Times New Roman"/>
          <w:color w:val="auto"/>
          <w:sz w:val="28"/>
          <w:szCs w:val="28"/>
        </w:rPr>
        <w:t>ch) v</w:t>
      </w:r>
      <w:r w:rsidRPr="00B66CC6">
        <w:rPr>
          <w:rFonts w:eastAsia="Calibri" w:cs="Times New Roman"/>
          <w:color w:val="auto"/>
          <w:sz w:val="28"/>
          <w:szCs w:val="28"/>
        </w:rPr>
        <w:t>ớ</w:t>
      </w:r>
      <w:r w:rsidRPr="00B66CC6">
        <w:rPr>
          <w:rFonts w:eastAsia="Calibri" w:cs="Times New Roman"/>
          <w:color w:val="auto"/>
          <w:sz w:val="28"/>
          <w:szCs w:val="28"/>
        </w:rPr>
        <w:t>i cơ quan tài chính các c</w:t>
      </w:r>
      <w:r w:rsidRPr="00B66CC6">
        <w:rPr>
          <w:rFonts w:eastAsia="Calibri" w:cs="Times New Roman"/>
          <w:color w:val="auto"/>
          <w:sz w:val="28"/>
          <w:szCs w:val="28"/>
        </w:rPr>
        <w:t>ấ</w:t>
      </w:r>
      <w:r w:rsidRPr="00B66CC6">
        <w:rPr>
          <w:rFonts w:eastAsia="Calibri" w:cs="Times New Roman"/>
          <w:color w:val="auto"/>
          <w:sz w:val="28"/>
          <w:szCs w:val="28"/>
        </w:rPr>
        <w:t>p trong vi</w:t>
      </w:r>
      <w:r w:rsidRPr="00B66CC6">
        <w:rPr>
          <w:rFonts w:eastAsia="Calibri" w:cs="Times New Roman"/>
          <w:color w:val="auto"/>
          <w:sz w:val="28"/>
          <w:szCs w:val="28"/>
        </w:rPr>
        <w:t>ệ</w:t>
      </w:r>
      <w:r w:rsidRPr="00B66CC6">
        <w:rPr>
          <w:rFonts w:eastAsia="Calibri" w:cs="Times New Roman"/>
          <w:color w:val="auto"/>
          <w:sz w:val="28"/>
          <w:szCs w:val="28"/>
        </w:rPr>
        <w:t>c hư</w:t>
      </w:r>
      <w:r w:rsidRPr="00B66CC6">
        <w:rPr>
          <w:rFonts w:eastAsia="Calibri" w:cs="Times New Roman"/>
          <w:color w:val="auto"/>
          <w:sz w:val="28"/>
          <w:szCs w:val="28"/>
        </w:rPr>
        <w:t>ớ</w:t>
      </w:r>
      <w:r w:rsidRPr="00B66CC6">
        <w:rPr>
          <w:rFonts w:eastAsia="Calibri" w:cs="Times New Roman"/>
          <w:color w:val="auto"/>
          <w:sz w:val="28"/>
          <w:szCs w:val="28"/>
        </w:rPr>
        <w:t>ng d</w:t>
      </w:r>
      <w:r w:rsidRPr="00B66CC6">
        <w:rPr>
          <w:rFonts w:eastAsia="Calibri" w:cs="Times New Roman"/>
          <w:color w:val="auto"/>
          <w:sz w:val="28"/>
          <w:szCs w:val="28"/>
        </w:rPr>
        <w:t>ẫ</w:t>
      </w:r>
      <w:r w:rsidRPr="00B66CC6">
        <w:rPr>
          <w:rFonts w:eastAsia="Calibri" w:cs="Times New Roman"/>
          <w:color w:val="auto"/>
          <w:sz w:val="28"/>
          <w:szCs w:val="28"/>
        </w:rPr>
        <w:t>n h</w:t>
      </w:r>
      <w:r w:rsidRPr="00B66CC6">
        <w:rPr>
          <w:rFonts w:eastAsia="Calibri" w:cs="Times New Roman"/>
          <w:color w:val="auto"/>
          <w:sz w:val="28"/>
          <w:szCs w:val="28"/>
        </w:rPr>
        <w:t>ồ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sơ</w:t>
      </w:r>
      <w:r w:rsidRPr="00B66CC6">
        <w:rPr>
          <w:rFonts w:eastAsia="Calibri" w:cs="Times New Roman"/>
          <w:color w:val="auto"/>
          <w:sz w:val="28"/>
          <w:szCs w:val="28"/>
        </w:rPr>
        <w:t>, bi</w:t>
      </w:r>
      <w:r w:rsidRPr="00B66CC6">
        <w:rPr>
          <w:rFonts w:eastAsia="Calibri" w:cs="Times New Roman"/>
          <w:color w:val="auto"/>
          <w:sz w:val="28"/>
          <w:szCs w:val="28"/>
        </w:rPr>
        <w:t>ể</w:t>
      </w:r>
      <w:r w:rsidRPr="00B66CC6">
        <w:rPr>
          <w:rFonts w:eastAsia="Calibri" w:cs="Times New Roman"/>
          <w:color w:val="auto"/>
          <w:sz w:val="28"/>
          <w:szCs w:val="28"/>
        </w:rPr>
        <w:t>u m</w:t>
      </w:r>
      <w:r w:rsidRPr="00B66CC6">
        <w:rPr>
          <w:rFonts w:eastAsia="Calibri" w:cs="Times New Roman"/>
          <w:color w:val="auto"/>
          <w:sz w:val="28"/>
          <w:szCs w:val="28"/>
        </w:rPr>
        <w:t>ẫ</w:t>
      </w:r>
      <w:r w:rsidRPr="00B66CC6">
        <w:rPr>
          <w:rFonts w:eastAsia="Calibri" w:cs="Times New Roman"/>
          <w:color w:val="auto"/>
          <w:sz w:val="28"/>
          <w:szCs w:val="28"/>
        </w:rPr>
        <w:t>u và quy trình ki</w:t>
      </w:r>
      <w:r w:rsidRPr="00B66CC6">
        <w:rPr>
          <w:rFonts w:eastAsia="Calibri" w:cs="Times New Roman"/>
          <w:color w:val="auto"/>
          <w:sz w:val="28"/>
          <w:szCs w:val="28"/>
        </w:rPr>
        <w:t>ể</w:t>
      </w:r>
      <w:r w:rsidRPr="00B66CC6">
        <w:rPr>
          <w:rFonts w:eastAsia="Calibri" w:cs="Times New Roman"/>
          <w:color w:val="auto"/>
          <w:sz w:val="28"/>
          <w:szCs w:val="28"/>
        </w:rPr>
        <w:t>m soát chi.</w:t>
      </w:r>
    </w:p>
    <w:p w:rsidR="0081002A" w:rsidRPr="0051677C" w:rsidRDefault="00442FE1" w:rsidP="0051677C">
      <w:pPr>
        <w:spacing w:after="60" w:line="288" w:lineRule="auto"/>
        <w:ind w:firstLine="720"/>
        <w:jc w:val="both"/>
        <w:rPr>
          <w:rFonts w:eastAsia="Calibri" w:cs="Times New Roman"/>
          <w:b/>
          <w:color w:val="auto"/>
          <w:sz w:val="28"/>
          <w:szCs w:val="28"/>
        </w:rPr>
      </w:pPr>
      <w:r w:rsidRPr="0051677C">
        <w:rPr>
          <w:rFonts w:eastAsia="Calibri" w:cs="Times New Roman"/>
          <w:b/>
          <w:color w:val="auto"/>
          <w:sz w:val="28"/>
          <w:szCs w:val="28"/>
        </w:rPr>
        <w:t>2. Công tác l</w:t>
      </w:r>
      <w:r w:rsidRPr="0051677C">
        <w:rPr>
          <w:rFonts w:eastAsia="Calibri" w:cs="Times New Roman"/>
          <w:b/>
          <w:color w:val="auto"/>
          <w:sz w:val="28"/>
          <w:szCs w:val="28"/>
        </w:rPr>
        <w:t>ậ</w:t>
      </w:r>
      <w:r w:rsidRPr="0051677C">
        <w:rPr>
          <w:rFonts w:eastAsia="Calibri" w:cs="Times New Roman"/>
          <w:b/>
          <w:color w:val="auto"/>
          <w:sz w:val="28"/>
          <w:szCs w:val="28"/>
        </w:rPr>
        <w:t>p d</w:t>
      </w:r>
      <w:r w:rsidRPr="0051677C">
        <w:rPr>
          <w:rFonts w:eastAsia="Calibri" w:cs="Times New Roman"/>
          <w:b/>
          <w:color w:val="auto"/>
          <w:sz w:val="28"/>
          <w:szCs w:val="28"/>
        </w:rPr>
        <w:t>ự</w:t>
      </w:r>
      <w:r w:rsidRPr="0051677C">
        <w:rPr>
          <w:rFonts w:eastAsia="Calibri" w:cs="Times New Roman"/>
          <w:b/>
          <w:color w:val="auto"/>
          <w:sz w:val="28"/>
          <w:szCs w:val="28"/>
        </w:rPr>
        <w:t xml:space="preserve"> toán kinh phí</w:t>
      </w:r>
    </w:p>
    <w:p w:rsidR="0081002A" w:rsidRPr="00B66CC6" w:rsidRDefault="00442FE1" w:rsidP="0051677C">
      <w:pPr>
        <w:spacing w:after="80" w:line="288" w:lineRule="auto"/>
        <w:ind w:firstLine="720"/>
        <w:jc w:val="both"/>
        <w:rPr>
          <w:rFonts w:eastAsia="Calibri" w:cs="Times New Roman"/>
          <w:color w:val="auto"/>
          <w:sz w:val="28"/>
          <w:szCs w:val="28"/>
        </w:rPr>
      </w:pP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H</w:t>
      </w:r>
      <w:r w:rsidRPr="00B66CC6">
        <w:rPr>
          <w:rFonts w:eastAsia="Calibri" w:cs="Times New Roman"/>
          <w:color w:val="auto"/>
          <w:sz w:val="28"/>
          <w:szCs w:val="28"/>
        </w:rPr>
        <w:t>ằ</w:t>
      </w:r>
      <w:r w:rsidRPr="00B66CC6">
        <w:rPr>
          <w:rFonts w:eastAsia="Calibri" w:cs="Times New Roman"/>
          <w:color w:val="auto"/>
          <w:sz w:val="28"/>
          <w:szCs w:val="28"/>
        </w:rPr>
        <w:t>ng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năm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,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căn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c</w:t>
      </w:r>
      <w:r w:rsidRPr="00B66CC6">
        <w:rPr>
          <w:rFonts w:eastAsia="Calibri" w:cs="Times New Roman"/>
          <w:color w:val="auto"/>
          <w:sz w:val="28"/>
          <w:szCs w:val="28"/>
        </w:rPr>
        <w:t>ứ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k</w:t>
      </w:r>
      <w:r w:rsidRPr="00B66CC6">
        <w:rPr>
          <w:rFonts w:eastAsia="Calibri" w:cs="Times New Roman"/>
          <w:color w:val="auto"/>
          <w:sz w:val="28"/>
          <w:szCs w:val="28"/>
        </w:rPr>
        <w:t>ế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ho</w:t>
      </w:r>
      <w:r w:rsidRPr="00B66CC6">
        <w:rPr>
          <w:rFonts w:eastAsia="Calibri" w:cs="Times New Roman"/>
          <w:color w:val="auto"/>
          <w:sz w:val="28"/>
          <w:szCs w:val="28"/>
        </w:rPr>
        <w:t>ạ</w:t>
      </w:r>
      <w:r w:rsidRPr="00B66CC6">
        <w:rPr>
          <w:rFonts w:eastAsia="Calibri" w:cs="Times New Roman"/>
          <w:color w:val="auto"/>
          <w:sz w:val="28"/>
          <w:szCs w:val="28"/>
        </w:rPr>
        <w:t>ch công tác PBGDPL, nhi</w:t>
      </w:r>
      <w:r w:rsidRPr="00B66CC6">
        <w:rPr>
          <w:rFonts w:eastAsia="Calibri" w:cs="Times New Roman"/>
          <w:color w:val="auto"/>
          <w:sz w:val="28"/>
          <w:szCs w:val="28"/>
        </w:rPr>
        <w:t>ệ</w:t>
      </w:r>
      <w:r w:rsidRPr="00B66CC6">
        <w:rPr>
          <w:rFonts w:eastAsia="Calibri" w:cs="Times New Roman"/>
          <w:color w:val="auto"/>
          <w:sz w:val="28"/>
          <w:szCs w:val="28"/>
        </w:rPr>
        <w:t>m v</w:t>
      </w:r>
      <w:r w:rsidRPr="00B66CC6">
        <w:rPr>
          <w:rFonts w:eastAsia="Calibri" w:cs="Times New Roman"/>
          <w:color w:val="auto"/>
          <w:sz w:val="28"/>
          <w:szCs w:val="28"/>
        </w:rPr>
        <w:t>ụ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đánh giá chu</w:t>
      </w:r>
      <w:r w:rsidRPr="00B66CC6">
        <w:rPr>
          <w:rFonts w:eastAsia="Calibri" w:cs="Times New Roman"/>
          <w:color w:val="auto"/>
          <w:sz w:val="28"/>
          <w:szCs w:val="28"/>
        </w:rPr>
        <w:t>ẩ</w:t>
      </w:r>
      <w:r w:rsidRPr="00B66CC6">
        <w:rPr>
          <w:rFonts w:eastAsia="Calibri" w:cs="Times New Roman"/>
          <w:color w:val="auto"/>
          <w:sz w:val="28"/>
          <w:szCs w:val="28"/>
        </w:rPr>
        <w:t>n ti</w:t>
      </w:r>
      <w:r w:rsidRPr="00B66CC6">
        <w:rPr>
          <w:rFonts w:eastAsia="Calibri" w:cs="Times New Roman"/>
          <w:color w:val="auto"/>
          <w:sz w:val="28"/>
          <w:szCs w:val="28"/>
        </w:rPr>
        <w:t>ế</w:t>
      </w:r>
      <w:r w:rsidRPr="00B66CC6">
        <w:rPr>
          <w:rFonts w:eastAsia="Calibri" w:cs="Times New Roman"/>
          <w:color w:val="auto"/>
          <w:sz w:val="28"/>
          <w:szCs w:val="28"/>
        </w:rPr>
        <w:t>p c</w:t>
      </w:r>
      <w:r w:rsidRPr="00B66CC6">
        <w:rPr>
          <w:rFonts w:eastAsia="Calibri" w:cs="Times New Roman"/>
          <w:color w:val="auto"/>
          <w:sz w:val="28"/>
          <w:szCs w:val="28"/>
        </w:rPr>
        <w:t>ậ</w:t>
      </w:r>
      <w:r w:rsidRPr="00B66CC6">
        <w:rPr>
          <w:rFonts w:eastAsia="Calibri" w:cs="Times New Roman"/>
          <w:color w:val="auto"/>
          <w:sz w:val="28"/>
          <w:szCs w:val="28"/>
        </w:rPr>
        <w:t>n pháp lu</w:t>
      </w:r>
      <w:r w:rsidRPr="00B66CC6">
        <w:rPr>
          <w:rFonts w:eastAsia="Calibri" w:cs="Times New Roman"/>
          <w:color w:val="auto"/>
          <w:sz w:val="28"/>
          <w:szCs w:val="28"/>
        </w:rPr>
        <w:t>ậ</w:t>
      </w:r>
      <w:r w:rsidRPr="00B66CC6">
        <w:rPr>
          <w:rFonts w:eastAsia="Calibri" w:cs="Times New Roman"/>
          <w:color w:val="auto"/>
          <w:sz w:val="28"/>
          <w:szCs w:val="28"/>
        </w:rPr>
        <w:t>t và hòa gi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i </w:t>
      </w:r>
      <w:r w:rsidRPr="00B66CC6">
        <w:rPr>
          <w:rFonts w:eastAsia="Calibri" w:cs="Times New Roman"/>
          <w:color w:val="auto"/>
          <w:sz w:val="28"/>
          <w:szCs w:val="28"/>
        </w:rPr>
        <w:t>ở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cơ s</w:t>
      </w:r>
      <w:r w:rsidRPr="00B66CC6">
        <w:rPr>
          <w:rFonts w:eastAsia="Calibri" w:cs="Times New Roman"/>
          <w:color w:val="auto"/>
          <w:sz w:val="28"/>
          <w:szCs w:val="28"/>
        </w:rPr>
        <w:t>ở</w:t>
      </w:r>
      <w:r w:rsidRPr="00B66CC6">
        <w:rPr>
          <w:rFonts w:eastAsia="Calibri" w:cs="Times New Roman"/>
          <w:color w:val="auto"/>
          <w:sz w:val="28"/>
          <w:szCs w:val="28"/>
        </w:rPr>
        <w:t>, các đơn v</w:t>
      </w:r>
      <w:r w:rsidRPr="00B66CC6">
        <w:rPr>
          <w:rFonts w:eastAsia="Calibri" w:cs="Times New Roman"/>
          <w:color w:val="auto"/>
          <w:sz w:val="28"/>
          <w:szCs w:val="28"/>
        </w:rPr>
        <w:t>ị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d</w:t>
      </w:r>
      <w:r w:rsidRPr="00B66CC6">
        <w:rPr>
          <w:rFonts w:eastAsia="Calibri" w:cs="Times New Roman"/>
          <w:color w:val="auto"/>
          <w:sz w:val="28"/>
          <w:szCs w:val="28"/>
        </w:rPr>
        <w:t>ự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toán đã ti</w:t>
      </w:r>
      <w:r w:rsidRPr="00B66CC6">
        <w:rPr>
          <w:rFonts w:eastAsia="Calibri" w:cs="Times New Roman"/>
          <w:color w:val="auto"/>
          <w:sz w:val="28"/>
          <w:szCs w:val="28"/>
        </w:rPr>
        <w:t>ế</w:t>
      </w:r>
      <w:r w:rsidRPr="00B66CC6">
        <w:rPr>
          <w:rFonts w:eastAsia="Calibri" w:cs="Times New Roman"/>
          <w:color w:val="auto"/>
          <w:sz w:val="28"/>
          <w:szCs w:val="28"/>
        </w:rPr>
        <w:t>n hành l</w:t>
      </w:r>
      <w:r w:rsidRPr="00B66CC6">
        <w:rPr>
          <w:rFonts w:eastAsia="Calibri" w:cs="Times New Roman"/>
          <w:color w:val="auto"/>
          <w:sz w:val="28"/>
          <w:szCs w:val="28"/>
        </w:rPr>
        <w:t>ậ</w:t>
      </w:r>
      <w:r w:rsidRPr="00B66CC6">
        <w:rPr>
          <w:rFonts w:eastAsia="Calibri" w:cs="Times New Roman"/>
          <w:color w:val="auto"/>
          <w:sz w:val="28"/>
          <w:szCs w:val="28"/>
        </w:rPr>
        <w:t>p d</w:t>
      </w:r>
      <w:r w:rsidRPr="00B66CC6">
        <w:rPr>
          <w:rFonts w:eastAsia="Calibri" w:cs="Times New Roman"/>
          <w:color w:val="auto"/>
          <w:sz w:val="28"/>
          <w:szCs w:val="28"/>
        </w:rPr>
        <w:t>ự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toán kinh phí chi thư</w:t>
      </w:r>
      <w:r w:rsidRPr="00B66CC6">
        <w:rPr>
          <w:rFonts w:eastAsia="Calibri" w:cs="Times New Roman"/>
          <w:color w:val="auto"/>
          <w:sz w:val="28"/>
          <w:szCs w:val="28"/>
        </w:rPr>
        <w:t>ờ</w:t>
      </w:r>
      <w:r w:rsidRPr="00B66CC6">
        <w:rPr>
          <w:rFonts w:eastAsia="Calibri" w:cs="Times New Roman"/>
          <w:color w:val="auto"/>
          <w:sz w:val="28"/>
          <w:szCs w:val="28"/>
        </w:rPr>
        <w:t>ng xuyên theo qu</w:t>
      </w:r>
      <w:r w:rsidRPr="00B66CC6">
        <w:rPr>
          <w:rFonts w:eastAsia="Calibri" w:cs="Times New Roman"/>
          <w:color w:val="auto"/>
          <w:sz w:val="28"/>
          <w:szCs w:val="28"/>
        </w:rPr>
        <w:t>y đ</w:t>
      </w:r>
      <w:r w:rsidRPr="00B66CC6">
        <w:rPr>
          <w:rFonts w:eastAsia="Calibri" w:cs="Times New Roman"/>
          <w:color w:val="auto"/>
          <w:sz w:val="28"/>
          <w:szCs w:val="28"/>
        </w:rPr>
        <w:t>ị</w:t>
      </w:r>
      <w:r w:rsidRPr="00B66CC6">
        <w:rPr>
          <w:rFonts w:eastAsia="Calibri" w:cs="Times New Roman"/>
          <w:color w:val="auto"/>
          <w:sz w:val="28"/>
          <w:szCs w:val="28"/>
        </w:rPr>
        <w:t>nh c</w:t>
      </w:r>
      <w:r w:rsidRPr="00B66CC6">
        <w:rPr>
          <w:rFonts w:eastAsia="Calibri" w:cs="Times New Roman"/>
          <w:color w:val="auto"/>
          <w:sz w:val="28"/>
          <w:szCs w:val="28"/>
        </w:rPr>
        <w:t>ủ</w:t>
      </w:r>
      <w:r w:rsidRPr="00B66CC6">
        <w:rPr>
          <w:rFonts w:eastAsia="Calibri" w:cs="Times New Roman"/>
          <w:color w:val="auto"/>
          <w:sz w:val="28"/>
          <w:szCs w:val="28"/>
        </w:rPr>
        <w:t>a Lu</w:t>
      </w:r>
      <w:r w:rsidRPr="00B66CC6">
        <w:rPr>
          <w:rFonts w:eastAsia="Calibri" w:cs="Times New Roman"/>
          <w:color w:val="auto"/>
          <w:sz w:val="28"/>
          <w:szCs w:val="28"/>
        </w:rPr>
        <w:t>ậ</w:t>
      </w:r>
      <w:r w:rsidRPr="00B66CC6">
        <w:rPr>
          <w:rFonts w:eastAsia="Calibri" w:cs="Times New Roman"/>
          <w:color w:val="auto"/>
          <w:sz w:val="28"/>
          <w:szCs w:val="28"/>
        </w:rPr>
        <w:t>t Ngân sách nhà nư</w:t>
      </w:r>
      <w:r w:rsidRPr="00B66CC6">
        <w:rPr>
          <w:rFonts w:eastAsia="Calibri" w:cs="Times New Roman"/>
          <w:color w:val="auto"/>
          <w:sz w:val="28"/>
          <w:szCs w:val="28"/>
        </w:rPr>
        <w:t>ớ</w:t>
      </w:r>
      <w:r w:rsidRPr="00B66CC6">
        <w:rPr>
          <w:rFonts w:eastAsia="Calibri" w:cs="Times New Roman"/>
          <w:color w:val="auto"/>
          <w:sz w:val="28"/>
          <w:szCs w:val="28"/>
        </w:rPr>
        <w:t>c và các văn b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n hư</w:t>
      </w:r>
      <w:r w:rsidRPr="00B66CC6">
        <w:rPr>
          <w:rFonts w:eastAsia="Calibri" w:cs="Times New Roman"/>
          <w:color w:val="auto"/>
          <w:sz w:val="28"/>
          <w:szCs w:val="28"/>
        </w:rPr>
        <w:t>ớ</w:t>
      </w:r>
      <w:r w:rsidRPr="00B66CC6">
        <w:rPr>
          <w:rFonts w:eastAsia="Calibri" w:cs="Times New Roman"/>
          <w:color w:val="auto"/>
          <w:sz w:val="28"/>
          <w:szCs w:val="28"/>
        </w:rPr>
        <w:t>ng d</w:t>
      </w:r>
      <w:r w:rsidRPr="00B66CC6">
        <w:rPr>
          <w:rFonts w:eastAsia="Calibri" w:cs="Times New Roman"/>
          <w:color w:val="auto"/>
          <w:sz w:val="28"/>
          <w:szCs w:val="28"/>
        </w:rPr>
        <w:t>ẫ</w:t>
      </w:r>
      <w:r w:rsidRPr="00B66CC6">
        <w:rPr>
          <w:rFonts w:eastAsia="Calibri" w:cs="Times New Roman"/>
          <w:color w:val="auto"/>
          <w:sz w:val="28"/>
          <w:szCs w:val="28"/>
        </w:rPr>
        <w:t>n.</w:t>
      </w:r>
    </w:p>
    <w:p w:rsidR="0081002A" w:rsidRPr="00B66CC6" w:rsidRDefault="00442FE1" w:rsidP="0051677C">
      <w:pPr>
        <w:spacing w:after="80" w:line="288" w:lineRule="auto"/>
        <w:ind w:firstLine="720"/>
        <w:jc w:val="both"/>
        <w:rPr>
          <w:rFonts w:eastAsia="Calibri" w:cs="Times New Roman"/>
          <w:color w:val="auto"/>
          <w:sz w:val="28"/>
          <w:szCs w:val="28"/>
        </w:rPr>
      </w:pPr>
      <w:proofErr w:type="spellStart"/>
      <w:proofErr w:type="gramStart"/>
      <w:r w:rsidRPr="00B66CC6">
        <w:rPr>
          <w:rFonts w:eastAsia="Calibri" w:cs="Times New Roman"/>
          <w:color w:val="auto"/>
          <w:sz w:val="28"/>
          <w:szCs w:val="28"/>
        </w:rPr>
        <w:t>Vi</w:t>
      </w:r>
      <w:r w:rsidRPr="00B66CC6">
        <w:rPr>
          <w:rFonts w:eastAsia="Calibri" w:cs="Times New Roman"/>
          <w:color w:val="auto"/>
          <w:sz w:val="28"/>
          <w:szCs w:val="28"/>
        </w:rPr>
        <w:t>ệ</w:t>
      </w:r>
      <w:r w:rsidRPr="00B66CC6">
        <w:rPr>
          <w:rFonts w:eastAsia="Calibri" w:cs="Times New Roman"/>
          <w:color w:val="auto"/>
          <w:sz w:val="28"/>
          <w:szCs w:val="28"/>
        </w:rPr>
        <w:t>c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="0051677C">
        <w:rPr>
          <w:rFonts w:eastAsia="Calibri" w:cs="Times New Roman"/>
          <w:color w:val="auto"/>
          <w:sz w:val="28"/>
          <w:szCs w:val="28"/>
        </w:rPr>
        <w:t>bố</w:t>
      </w:r>
      <w:proofErr w:type="spellEnd"/>
      <w:r w:rsid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="0051677C">
        <w:rPr>
          <w:rFonts w:eastAsia="Calibri" w:cs="Times New Roman"/>
          <w:color w:val="auto"/>
          <w:sz w:val="28"/>
          <w:szCs w:val="28"/>
        </w:rPr>
        <w:t>trí</w:t>
      </w:r>
      <w:proofErr w:type="spellEnd"/>
      <w:r w:rsid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d</w:t>
      </w:r>
      <w:r w:rsidRPr="00B66CC6">
        <w:rPr>
          <w:rFonts w:eastAsia="Calibri" w:cs="Times New Roman"/>
          <w:color w:val="auto"/>
          <w:sz w:val="28"/>
          <w:szCs w:val="28"/>
        </w:rPr>
        <w:t>ự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toán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cơ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b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n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b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o đ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m nguyên t</w:t>
      </w:r>
      <w:r w:rsidRPr="00B66CC6">
        <w:rPr>
          <w:rFonts w:eastAsia="Calibri" w:cs="Times New Roman"/>
          <w:color w:val="auto"/>
          <w:sz w:val="28"/>
          <w:szCs w:val="28"/>
        </w:rPr>
        <w:t>ắ</w:t>
      </w:r>
      <w:r w:rsidRPr="00B66CC6">
        <w:rPr>
          <w:rFonts w:eastAsia="Calibri" w:cs="Times New Roman"/>
          <w:color w:val="auto"/>
          <w:sz w:val="28"/>
          <w:szCs w:val="28"/>
        </w:rPr>
        <w:t>c ti</w:t>
      </w:r>
      <w:r w:rsidRPr="00B66CC6">
        <w:rPr>
          <w:rFonts w:eastAsia="Calibri" w:cs="Times New Roman"/>
          <w:color w:val="auto"/>
          <w:sz w:val="28"/>
          <w:szCs w:val="28"/>
        </w:rPr>
        <w:t>ế</w:t>
      </w:r>
      <w:r w:rsidRPr="00B66CC6">
        <w:rPr>
          <w:rFonts w:eastAsia="Calibri" w:cs="Times New Roman"/>
          <w:color w:val="auto"/>
          <w:sz w:val="28"/>
          <w:szCs w:val="28"/>
        </w:rPr>
        <w:t>t ki</w:t>
      </w:r>
      <w:r w:rsidRPr="00B66CC6">
        <w:rPr>
          <w:rFonts w:eastAsia="Calibri" w:cs="Times New Roman"/>
          <w:color w:val="auto"/>
          <w:sz w:val="28"/>
          <w:szCs w:val="28"/>
        </w:rPr>
        <w:t>ệ</w:t>
      </w:r>
      <w:r w:rsidRPr="00B66CC6">
        <w:rPr>
          <w:rFonts w:eastAsia="Calibri" w:cs="Times New Roman"/>
          <w:color w:val="auto"/>
          <w:sz w:val="28"/>
          <w:szCs w:val="28"/>
        </w:rPr>
        <w:t>m, đúng đ</w:t>
      </w:r>
      <w:r w:rsidRPr="00B66CC6">
        <w:rPr>
          <w:rFonts w:eastAsia="Calibri" w:cs="Times New Roman"/>
          <w:color w:val="auto"/>
          <w:sz w:val="28"/>
          <w:szCs w:val="28"/>
        </w:rPr>
        <w:t>ị</w:t>
      </w:r>
      <w:r w:rsidRPr="00B66CC6">
        <w:rPr>
          <w:rFonts w:eastAsia="Calibri" w:cs="Times New Roman"/>
          <w:color w:val="auto"/>
          <w:sz w:val="28"/>
          <w:szCs w:val="28"/>
        </w:rPr>
        <w:t>nh m</w:t>
      </w:r>
      <w:r w:rsidRPr="00B66CC6">
        <w:rPr>
          <w:rFonts w:eastAsia="Calibri" w:cs="Times New Roman"/>
          <w:color w:val="auto"/>
          <w:sz w:val="28"/>
          <w:szCs w:val="28"/>
        </w:rPr>
        <w:t>ứ</w:t>
      </w:r>
      <w:r w:rsidRPr="00B66CC6">
        <w:rPr>
          <w:rFonts w:eastAsia="Calibri" w:cs="Times New Roman"/>
          <w:color w:val="auto"/>
          <w:sz w:val="28"/>
          <w:szCs w:val="28"/>
        </w:rPr>
        <w:t>c, phù h</w:t>
      </w:r>
      <w:r w:rsidRPr="00B66CC6">
        <w:rPr>
          <w:rFonts w:eastAsia="Calibri" w:cs="Times New Roman"/>
          <w:color w:val="auto"/>
          <w:sz w:val="28"/>
          <w:szCs w:val="28"/>
        </w:rPr>
        <w:t>ợ</w:t>
      </w:r>
      <w:r w:rsidRPr="00B66CC6">
        <w:rPr>
          <w:rFonts w:eastAsia="Calibri" w:cs="Times New Roman"/>
          <w:color w:val="auto"/>
          <w:sz w:val="28"/>
          <w:szCs w:val="28"/>
        </w:rPr>
        <w:t>p v</w:t>
      </w:r>
      <w:r w:rsidRPr="00B66CC6">
        <w:rPr>
          <w:rFonts w:eastAsia="Calibri" w:cs="Times New Roman"/>
          <w:color w:val="auto"/>
          <w:sz w:val="28"/>
          <w:szCs w:val="28"/>
        </w:rPr>
        <w:t>ớ</w:t>
      </w:r>
      <w:r w:rsidRPr="00B66CC6">
        <w:rPr>
          <w:rFonts w:eastAsia="Calibri" w:cs="Times New Roman"/>
          <w:color w:val="auto"/>
          <w:sz w:val="28"/>
          <w:szCs w:val="28"/>
        </w:rPr>
        <w:t>i ti</w:t>
      </w:r>
      <w:r w:rsidRPr="00B66CC6">
        <w:rPr>
          <w:rFonts w:eastAsia="Calibri" w:cs="Times New Roman"/>
          <w:color w:val="auto"/>
          <w:sz w:val="28"/>
          <w:szCs w:val="28"/>
        </w:rPr>
        <w:t>ế</w:t>
      </w:r>
      <w:r w:rsidRPr="00B66CC6">
        <w:rPr>
          <w:rFonts w:eastAsia="Calibri" w:cs="Times New Roman"/>
          <w:color w:val="auto"/>
          <w:sz w:val="28"/>
          <w:szCs w:val="28"/>
        </w:rPr>
        <w:t>n đ</w:t>
      </w:r>
      <w:r w:rsidRPr="00B66CC6">
        <w:rPr>
          <w:rFonts w:eastAsia="Calibri" w:cs="Times New Roman"/>
          <w:color w:val="auto"/>
          <w:sz w:val="28"/>
          <w:szCs w:val="28"/>
        </w:rPr>
        <w:t>ộ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tri</w:t>
      </w:r>
      <w:r w:rsidRPr="00B66CC6">
        <w:rPr>
          <w:rFonts w:eastAsia="Calibri" w:cs="Times New Roman"/>
          <w:color w:val="auto"/>
          <w:sz w:val="28"/>
          <w:szCs w:val="28"/>
        </w:rPr>
        <w:t>ể</w:t>
      </w:r>
      <w:r w:rsidRPr="00B66CC6">
        <w:rPr>
          <w:rFonts w:eastAsia="Calibri" w:cs="Times New Roman"/>
          <w:color w:val="auto"/>
          <w:sz w:val="28"/>
          <w:szCs w:val="28"/>
        </w:rPr>
        <w:t>n khai nhi</w:t>
      </w:r>
      <w:r w:rsidRPr="00B66CC6">
        <w:rPr>
          <w:rFonts w:eastAsia="Calibri" w:cs="Times New Roman"/>
          <w:color w:val="auto"/>
          <w:sz w:val="28"/>
          <w:szCs w:val="28"/>
        </w:rPr>
        <w:t>ệ</w:t>
      </w:r>
      <w:r w:rsidRPr="00B66CC6">
        <w:rPr>
          <w:rFonts w:eastAsia="Calibri" w:cs="Times New Roman"/>
          <w:color w:val="auto"/>
          <w:sz w:val="28"/>
          <w:szCs w:val="28"/>
        </w:rPr>
        <w:t>m v</w:t>
      </w:r>
      <w:r w:rsidRPr="00B66CC6">
        <w:rPr>
          <w:rFonts w:eastAsia="Calibri" w:cs="Times New Roman"/>
          <w:color w:val="auto"/>
          <w:sz w:val="28"/>
          <w:szCs w:val="28"/>
        </w:rPr>
        <w:t>ụ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chuyên môn và kh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năng cân đ</w:t>
      </w:r>
      <w:r w:rsidRPr="00B66CC6">
        <w:rPr>
          <w:rFonts w:eastAsia="Calibri" w:cs="Times New Roman"/>
          <w:color w:val="auto"/>
          <w:sz w:val="28"/>
          <w:szCs w:val="28"/>
        </w:rPr>
        <w:t>ố</w:t>
      </w:r>
      <w:r w:rsidRPr="00B66CC6">
        <w:rPr>
          <w:rFonts w:eastAsia="Calibri" w:cs="Times New Roman"/>
          <w:color w:val="auto"/>
          <w:sz w:val="28"/>
          <w:szCs w:val="28"/>
        </w:rPr>
        <w:t>i ngân sách nhà nư</w:t>
      </w:r>
      <w:r w:rsidRPr="00B66CC6">
        <w:rPr>
          <w:rFonts w:eastAsia="Calibri" w:cs="Times New Roman"/>
          <w:color w:val="auto"/>
          <w:sz w:val="28"/>
          <w:szCs w:val="28"/>
        </w:rPr>
        <w:t>ớ</w:t>
      </w:r>
      <w:r w:rsidRPr="00B66CC6">
        <w:rPr>
          <w:rFonts w:eastAsia="Calibri" w:cs="Times New Roman"/>
          <w:color w:val="auto"/>
          <w:sz w:val="28"/>
          <w:szCs w:val="28"/>
        </w:rPr>
        <w:t>c c</w:t>
      </w:r>
      <w:r w:rsidRPr="00B66CC6">
        <w:rPr>
          <w:rFonts w:eastAsia="Calibri" w:cs="Times New Roman"/>
          <w:color w:val="auto"/>
          <w:sz w:val="28"/>
          <w:szCs w:val="28"/>
        </w:rPr>
        <w:t>ủ</w:t>
      </w:r>
      <w:r w:rsidRPr="00B66CC6">
        <w:rPr>
          <w:rFonts w:eastAsia="Calibri" w:cs="Times New Roman"/>
          <w:color w:val="auto"/>
          <w:sz w:val="28"/>
          <w:szCs w:val="28"/>
        </w:rPr>
        <w:t>a t</w:t>
      </w:r>
      <w:r w:rsidRPr="00B66CC6">
        <w:rPr>
          <w:rFonts w:eastAsia="Calibri" w:cs="Times New Roman"/>
          <w:color w:val="auto"/>
          <w:sz w:val="28"/>
          <w:szCs w:val="28"/>
        </w:rPr>
        <w:t>ừ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ng </w:t>
      </w:r>
      <w:r w:rsidRPr="00B66CC6">
        <w:rPr>
          <w:rFonts w:eastAsia="Calibri" w:cs="Times New Roman"/>
          <w:color w:val="auto"/>
          <w:sz w:val="28"/>
          <w:szCs w:val="28"/>
        </w:rPr>
        <w:t>c</w:t>
      </w:r>
      <w:r w:rsidRPr="00B66CC6">
        <w:rPr>
          <w:rFonts w:eastAsia="Calibri" w:cs="Times New Roman"/>
          <w:color w:val="auto"/>
          <w:sz w:val="28"/>
          <w:szCs w:val="28"/>
        </w:rPr>
        <w:t>ấ</w:t>
      </w:r>
      <w:r w:rsidRPr="00B66CC6">
        <w:rPr>
          <w:rFonts w:eastAsia="Calibri" w:cs="Times New Roman"/>
          <w:color w:val="auto"/>
          <w:sz w:val="28"/>
          <w:szCs w:val="28"/>
        </w:rPr>
        <w:t>p.</w:t>
      </w:r>
      <w:proofErr w:type="gramEnd"/>
    </w:p>
    <w:p w:rsidR="0081002A" w:rsidRPr="0051677C" w:rsidRDefault="00442FE1" w:rsidP="0051677C">
      <w:pPr>
        <w:spacing w:after="60" w:line="288" w:lineRule="auto"/>
        <w:ind w:firstLine="720"/>
        <w:jc w:val="both"/>
        <w:rPr>
          <w:rFonts w:eastAsia="Calibri" w:cs="Times New Roman"/>
          <w:b/>
          <w:color w:val="auto"/>
          <w:sz w:val="28"/>
          <w:szCs w:val="28"/>
        </w:rPr>
      </w:pPr>
      <w:r w:rsidRPr="0051677C">
        <w:rPr>
          <w:rFonts w:eastAsia="Calibri" w:cs="Times New Roman"/>
          <w:b/>
          <w:color w:val="auto"/>
          <w:sz w:val="28"/>
          <w:szCs w:val="28"/>
        </w:rPr>
        <w:t>3. Công tác qu</w:t>
      </w:r>
      <w:r w:rsidRPr="0051677C">
        <w:rPr>
          <w:rFonts w:eastAsia="Calibri" w:cs="Times New Roman"/>
          <w:b/>
          <w:color w:val="auto"/>
          <w:sz w:val="28"/>
          <w:szCs w:val="28"/>
        </w:rPr>
        <w:t>ả</w:t>
      </w:r>
      <w:r w:rsidRPr="0051677C">
        <w:rPr>
          <w:rFonts w:eastAsia="Calibri" w:cs="Times New Roman"/>
          <w:b/>
          <w:color w:val="auto"/>
          <w:sz w:val="28"/>
          <w:szCs w:val="28"/>
        </w:rPr>
        <w:t>n lý và s</w:t>
      </w:r>
      <w:r w:rsidRPr="0051677C">
        <w:rPr>
          <w:rFonts w:eastAsia="Calibri" w:cs="Times New Roman"/>
          <w:b/>
          <w:color w:val="auto"/>
          <w:sz w:val="28"/>
          <w:szCs w:val="28"/>
        </w:rPr>
        <w:t>ử</w:t>
      </w:r>
      <w:r w:rsidRPr="0051677C">
        <w:rPr>
          <w:rFonts w:eastAsia="Calibri" w:cs="Times New Roman"/>
          <w:b/>
          <w:color w:val="auto"/>
          <w:sz w:val="28"/>
          <w:szCs w:val="28"/>
        </w:rPr>
        <w:t xml:space="preserve"> d</w:t>
      </w:r>
      <w:r w:rsidRPr="0051677C">
        <w:rPr>
          <w:rFonts w:eastAsia="Calibri" w:cs="Times New Roman"/>
          <w:b/>
          <w:color w:val="auto"/>
          <w:sz w:val="28"/>
          <w:szCs w:val="28"/>
        </w:rPr>
        <w:t>ụ</w:t>
      </w:r>
      <w:r w:rsidRPr="0051677C">
        <w:rPr>
          <w:rFonts w:eastAsia="Calibri" w:cs="Times New Roman"/>
          <w:b/>
          <w:color w:val="auto"/>
          <w:sz w:val="28"/>
          <w:szCs w:val="28"/>
        </w:rPr>
        <w:t>ng kinh phí</w:t>
      </w:r>
    </w:p>
    <w:p w:rsidR="0081002A" w:rsidRPr="00B66CC6" w:rsidRDefault="00442FE1" w:rsidP="0051677C">
      <w:pPr>
        <w:spacing w:after="80" w:line="288" w:lineRule="auto"/>
        <w:ind w:firstLine="720"/>
        <w:jc w:val="both"/>
        <w:rPr>
          <w:rFonts w:eastAsia="Calibri" w:cs="Times New Roman"/>
          <w:color w:val="auto"/>
          <w:sz w:val="28"/>
          <w:szCs w:val="28"/>
        </w:rPr>
      </w:pP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lastRenderedPageBreak/>
        <w:t>Vi</w:t>
      </w:r>
      <w:r w:rsidRPr="00B66CC6">
        <w:rPr>
          <w:rFonts w:eastAsia="Calibri" w:cs="Times New Roman"/>
          <w:color w:val="auto"/>
          <w:sz w:val="28"/>
          <w:szCs w:val="28"/>
        </w:rPr>
        <w:t>ệ</w:t>
      </w:r>
      <w:r w:rsidRPr="00B66CC6">
        <w:rPr>
          <w:rFonts w:eastAsia="Calibri" w:cs="Times New Roman"/>
          <w:color w:val="auto"/>
          <w:sz w:val="28"/>
          <w:szCs w:val="28"/>
        </w:rPr>
        <w:t>c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qu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n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lý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,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s</w:t>
      </w:r>
      <w:r w:rsidRPr="00B66CC6">
        <w:rPr>
          <w:rFonts w:eastAsia="Calibri" w:cs="Times New Roman"/>
          <w:color w:val="auto"/>
          <w:sz w:val="28"/>
          <w:szCs w:val="28"/>
        </w:rPr>
        <w:t>ử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d</w:t>
      </w:r>
      <w:r w:rsidRPr="00B66CC6">
        <w:rPr>
          <w:rFonts w:eastAsia="Calibri" w:cs="Times New Roman"/>
          <w:color w:val="auto"/>
          <w:sz w:val="28"/>
          <w:szCs w:val="28"/>
        </w:rPr>
        <w:t>ụ</w:t>
      </w:r>
      <w:r w:rsidRPr="00B66CC6">
        <w:rPr>
          <w:rFonts w:eastAsia="Calibri" w:cs="Times New Roman"/>
          <w:color w:val="auto"/>
          <w:sz w:val="28"/>
          <w:szCs w:val="28"/>
        </w:rPr>
        <w:t>ng kinh phí b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o đ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m công tác PBGDPL, chu</w:t>
      </w:r>
      <w:r w:rsidRPr="00B66CC6">
        <w:rPr>
          <w:rFonts w:eastAsia="Calibri" w:cs="Times New Roman"/>
          <w:color w:val="auto"/>
          <w:sz w:val="28"/>
          <w:szCs w:val="28"/>
        </w:rPr>
        <w:t>ẩ</w:t>
      </w:r>
      <w:r w:rsidRPr="00B66CC6">
        <w:rPr>
          <w:rFonts w:eastAsia="Calibri" w:cs="Times New Roman"/>
          <w:color w:val="auto"/>
          <w:sz w:val="28"/>
          <w:szCs w:val="28"/>
        </w:rPr>
        <w:t>n ti</w:t>
      </w:r>
      <w:r w:rsidRPr="00B66CC6">
        <w:rPr>
          <w:rFonts w:eastAsia="Calibri" w:cs="Times New Roman"/>
          <w:color w:val="auto"/>
          <w:sz w:val="28"/>
          <w:szCs w:val="28"/>
        </w:rPr>
        <w:t>ế</w:t>
      </w:r>
      <w:r w:rsidRPr="00B66CC6">
        <w:rPr>
          <w:rFonts w:eastAsia="Calibri" w:cs="Times New Roman"/>
          <w:color w:val="auto"/>
          <w:sz w:val="28"/>
          <w:szCs w:val="28"/>
        </w:rPr>
        <w:t>p c</w:t>
      </w:r>
      <w:r w:rsidRPr="00B66CC6">
        <w:rPr>
          <w:rFonts w:eastAsia="Calibri" w:cs="Times New Roman"/>
          <w:color w:val="auto"/>
          <w:sz w:val="28"/>
          <w:szCs w:val="28"/>
        </w:rPr>
        <w:t>ậ</w:t>
      </w:r>
      <w:r w:rsidRPr="00B66CC6">
        <w:rPr>
          <w:rFonts w:eastAsia="Calibri" w:cs="Times New Roman"/>
          <w:color w:val="auto"/>
          <w:sz w:val="28"/>
          <w:szCs w:val="28"/>
        </w:rPr>
        <w:t>n pháp lu</w:t>
      </w:r>
      <w:r w:rsidRPr="00B66CC6">
        <w:rPr>
          <w:rFonts w:eastAsia="Calibri" w:cs="Times New Roman"/>
          <w:color w:val="auto"/>
          <w:sz w:val="28"/>
          <w:szCs w:val="28"/>
        </w:rPr>
        <w:t>ậ</w:t>
      </w:r>
      <w:r w:rsidRPr="00B66CC6">
        <w:rPr>
          <w:rFonts w:eastAsia="Calibri" w:cs="Times New Roman"/>
          <w:color w:val="auto"/>
          <w:sz w:val="28"/>
          <w:szCs w:val="28"/>
        </w:rPr>
        <w:t>t và hòa gi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i </w:t>
      </w:r>
      <w:r w:rsidRPr="00B66CC6">
        <w:rPr>
          <w:rFonts w:eastAsia="Calibri" w:cs="Times New Roman"/>
          <w:color w:val="auto"/>
          <w:sz w:val="28"/>
          <w:szCs w:val="28"/>
        </w:rPr>
        <w:t>ở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cơ s</w:t>
      </w:r>
      <w:r w:rsidRPr="00B66CC6">
        <w:rPr>
          <w:rFonts w:eastAsia="Calibri" w:cs="Times New Roman"/>
          <w:color w:val="auto"/>
          <w:sz w:val="28"/>
          <w:szCs w:val="28"/>
        </w:rPr>
        <w:t>ở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đư</w:t>
      </w:r>
      <w:r w:rsidRPr="00B66CC6">
        <w:rPr>
          <w:rFonts w:eastAsia="Calibri" w:cs="Times New Roman"/>
          <w:color w:val="auto"/>
          <w:sz w:val="28"/>
          <w:szCs w:val="28"/>
        </w:rPr>
        <w:t>ợ</w:t>
      </w:r>
      <w:r w:rsidRPr="00B66CC6">
        <w:rPr>
          <w:rFonts w:eastAsia="Calibri" w:cs="Times New Roman"/>
          <w:color w:val="auto"/>
          <w:sz w:val="28"/>
          <w:szCs w:val="28"/>
        </w:rPr>
        <w:t>c các cơ quan, đơn v</w:t>
      </w:r>
      <w:r w:rsidRPr="00B66CC6">
        <w:rPr>
          <w:rFonts w:eastAsia="Calibri" w:cs="Times New Roman"/>
          <w:color w:val="auto"/>
          <w:sz w:val="28"/>
          <w:szCs w:val="28"/>
        </w:rPr>
        <w:t>ị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th</w:t>
      </w:r>
      <w:r w:rsidRPr="00B66CC6">
        <w:rPr>
          <w:rFonts w:eastAsia="Calibri" w:cs="Times New Roman"/>
          <w:color w:val="auto"/>
          <w:sz w:val="28"/>
          <w:szCs w:val="28"/>
        </w:rPr>
        <w:t>ự</w:t>
      </w:r>
      <w:r w:rsidRPr="00B66CC6">
        <w:rPr>
          <w:rFonts w:eastAsia="Calibri" w:cs="Times New Roman"/>
          <w:color w:val="auto"/>
          <w:sz w:val="28"/>
          <w:szCs w:val="28"/>
        </w:rPr>
        <w:t>c hi</w:t>
      </w:r>
      <w:r w:rsidRPr="00B66CC6">
        <w:rPr>
          <w:rFonts w:eastAsia="Calibri" w:cs="Times New Roman"/>
          <w:color w:val="auto"/>
          <w:sz w:val="28"/>
          <w:szCs w:val="28"/>
        </w:rPr>
        <w:t>ệ</w:t>
      </w:r>
      <w:r w:rsidRPr="00B66CC6">
        <w:rPr>
          <w:rFonts w:eastAsia="Calibri" w:cs="Times New Roman"/>
          <w:color w:val="auto"/>
          <w:sz w:val="28"/>
          <w:szCs w:val="28"/>
        </w:rPr>
        <w:t>n theo đúng m</w:t>
      </w:r>
      <w:r w:rsidRPr="00B66CC6">
        <w:rPr>
          <w:rFonts w:eastAsia="Calibri" w:cs="Times New Roman"/>
          <w:color w:val="auto"/>
          <w:sz w:val="28"/>
          <w:szCs w:val="28"/>
        </w:rPr>
        <w:t>ụ</w:t>
      </w:r>
      <w:r w:rsidRPr="00B66CC6">
        <w:rPr>
          <w:rFonts w:eastAsia="Calibri" w:cs="Times New Roman"/>
          <w:color w:val="auto"/>
          <w:sz w:val="28"/>
          <w:szCs w:val="28"/>
        </w:rPr>
        <w:t>c đích, tiêu chu</w:t>
      </w:r>
      <w:r w:rsidRPr="00B66CC6">
        <w:rPr>
          <w:rFonts w:eastAsia="Calibri" w:cs="Times New Roman"/>
          <w:color w:val="auto"/>
          <w:sz w:val="28"/>
          <w:szCs w:val="28"/>
        </w:rPr>
        <w:t>ẩ</w:t>
      </w:r>
      <w:r w:rsidRPr="00B66CC6">
        <w:rPr>
          <w:rFonts w:eastAsia="Calibri" w:cs="Times New Roman"/>
          <w:color w:val="auto"/>
          <w:sz w:val="28"/>
          <w:szCs w:val="28"/>
        </w:rPr>
        <w:t>n, đ</w:t>
      </w:r>
      <w:r w:rsidRPr="00B66CC6">
        <w:rPr>
          <w:rFonts w:eastAsia="Calibri" w:cs="Times New Roman"/>
          <w:color w:val="auto"/>
          <w:sz w:val="28"/>
          <w:szCs w:val="28"/>
        </w:rPr>
        <w:t>ị</w:t>
      </w:r>
      <w:r w:rsidRPr="00B66CC6">
        <w:rPr>
          <w:rFonts w:eastAsia="Calibri" w:cs="Times New Roman"/>
          <w:color w:val="auto"/>
          <w:sz w:val="28"/>
          <w:szCs w:val="28"/>
        </w:rPr>
        <w:t>nh m</w:t>
      </w:r>
      <w:r w:rsidRPr="00B66CC6">
        <w:rPr>
          <w:rFonts w:eastAsia="Calibri" w:cs="Times New Roman"/>
          <w:color w:val="auto"/>
          <w:sz w:val="28"/>
          <w:szCs w:val="28"/>
        </w:rPr>
        <w:t>ứ</w:t>
      </w:r>
      <w:r w:rsidRPr="00B66CC6">
        <w:rPr>
          <w:rFonts w:eastAsia="Calibri" w:cs="Times New Roman"/>
          <w:color w:val="auto"/>
          <w:sz w:val="28"/>
          <w:szCs w:val="28"/>
        </w:rPr>
        <w:t>c chi quy đ</w:t>
      </w:r>
      <w:r w:rsidRPr="00B66CC6">
        <w:rPr>
          <w:rFonts w:eastAsia="Calibri" w:cs="Times New Roman"/>
          <w:color w:val="auto"/>
          <w:sz w:val="28"/>
          <w:szCs w:val="28"/>
        </w:rPr>
        <w:t>ị</w:t>
      </w:r>
      <w:r w:rsidRPr="00B66CC6">
        <w:rPr>
          <w:rFonts w:eastAsia="Calibri" w:cs="Times New Roman"/>
          <w:color w:val="auto"/>
          <w:sz w:val="28"/>
          <w:szCs w:val="28"/>
        </w:rPr>
        <w:t>nh t</w:t>
      </w:r>
      <w:r w:rsidRPr="00B66CC6">
        <w:rPr>
          <w:rFonts w:eastAsia="Calibri" w:cs="Times New Roman"/>
          <w:color w:val="auto"/>
          <w:sz w:val="28"/>
          <w:szCs w:val="28"/>
        </w:rPr>
        <w:t>ạ</w:t>
      </w:r>
      <w:r w:rsidRPr="00B66CC6">
        <w:rPr>
          <w:rFonts w:eastAsia="Calibri" w:cs="Times New Roman"/>
          <w:color w:val="auto"/>
          <w:sz w:val="28"/>
          <w:szCs w:val="28"/>
        </w:rPr>
        <w:t>i Thông tư s</w:t>
      </w:r>
      <w:r w:rsidRPr="00B66CC6">
        <w:rPr>
          <w:rFonts w:eastAsia="Calibri" w:cs="Times New Roman"/>
          <w:color w:val="auto"/>
          <w:sz w:val="28"/>
          <w:szCs w:val="28"/>
        </w:rPr>
        <w:t>ố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56/20</w:t>
      </w:r>
      <w:r w:rsidRPr="00B66CC6">
        <w:rPr>
          <w:rFonts w:eastAsia="Calibri" w:cs="Times New Roman"/>
          <w:color w:val="auto"/>
          <w:sz w:val="28"/>
          <w:szCs w:val="28"/>
        </w:rPr>
        <w:t>23/TT-BTC, các văn b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n quy đ</w:t>
      </w:r>
      <w:r w:rsidRPr="00B66CC6">
        <w:rPr>
          <w:rFonts w:eastAsia="Calibri" w:cs="Times New Roman"/>
          <w:color w:val="auto"/>
          <w:sz w:val="28"/>
          <w:szCs w:val="28"/>
        </w:rPr>
        <w:t>ị</w:t>
      </w:r>
      <w:r w:rsidRPr="00B66CC6">
        <w:rPr>
          <w:rFonts w:eastAsia="Calibri" w:cs="Times New Roman"/>
          <w:color w:val="auto"/>
          <w:sz w:val="28"/>
          <w:szCs w:val="28"/>
        </w:rPr>
        <w:t>nh c</w:t>
      </w:r>
      <w:r w:rsidRPr="00B66CC6">
        <w:rPr>
          <w:rFonts w:eastAsia="Calibri" w:cs="Times New Roman"/>
          <w:color w:val="auto"/>
          <w:sz w:val="28"/>
          <w:szCs w:val="28"/>
        </w:rPr>
        <w:t>ủ</w:t>
      </w:r>
      <w:r w:rsidRPr="00B66CC6">
        <w:rPr>
          <w:rFonts w:eastAsia="Calibri" w:cs="Times New Roman"/>
          <w:color w:val="auto"/>
          <w:sz w:val="28"/>
          <w:szCs w:val="28"/>
        </w:rPr>
        <w:t>a HĐND c</w:t>
      </w:r>
      <w:r w:rsidRPr="00B66CC6">
        <w:rPr>
          <w:rFonts w:eastAsia="Calibri" w:cs="Times New Roman"/>
          <w:color w:val="auto"/>
          <w:sz w:val="28"/>
          <w:szCs w:val="28"/>
        </w:rPr>
        <w:t>ấ</w:t>
      </w:r>
      <w:r w:rsidRPr="00B66CC6">
        <w:rPr>
          <w:rFonts w:eastAsia="Calibri" w:cs="Times New Roman"/>
          <w:color w:val="auto"/>
          <w:sz w:val="28"/>
          <w:szCs w:val="28"/>
        </w:rPr>
        <w:t>p t</w:t>
      </w:r>
      <w:r w:rsidRPr="00B66CC6">
        <w:rPr>
          <w:rFonts w:eastAsia="Calibri" w:cs="Times New Roman"/>
          <w:color w:val="auto"/>
          <w:sz w:val="28"/>
          <w:szCs w:val="28"/>
        </w:rPr>
        <w:t>ỉ</w:t>
      </w:r>
      <w:r w:rsidRPr="00B66CC6">
        <w:rPr>
          <w:rFonts w:eastAsia="Calibri" w:cs="Times New Roman"/>
          <w:color w:val="auto"/>
          <w:sz w:val="28"/>
          <w:szCs w:val="28"/>
        </w:rPr>
        <w:t>nh và quy đ</w:t>
      </w:r>
      <w:r w:rsidRPr="00B66CC6">
        <w:rPr>
          <w:rFonts w:eastAsia="Calibri" w:cs="Times New Roman"/>
          <w:color w:val="auto"/>
          <w:sz w:val="28"/>
          <w:szCs w:val="28"/>
        </w:rPr>
        <w:t>ị</w:t>
      </w:r>
      <w:r w:rsidRPr="00B66CC6">
        <w:rPr>
          <w:rFonts w:eastAsia="Calibri" w:cs="Times New Roman"/>
          <w:color w:val="auto"/>
          <w:sz w:val="28"/>
          <w:szCs w:val="28"/>
        </w:rPr>
        <w:t>nh c</w:t>
      </w:r>
      <w:r w:rsidRPr="00B66CC6">
        <w:rPr>
          <w:rFonts w:eastAsia="Calibri" w:cs="Times New Roman"/>
          <w:color w:val="auto"/>
          <w:sz w:val="28"/>
          <w:szCs w:val="28"/>
        </w:rPr>
        <w:t>ủ</w:t>
      </w:r>
      <w:r w:rsidRPr="00B66CC6">
        <w:rPr>
          <w:rFonts w:eastAsia="Calibri" w:cs="Times New Roman"/>
          <w:color w:val="auto"/>
          <w:sz w:val="28"/>
          <w:szCs w:val="28"/>
        </w:rPr>
        <w:t>a pháp lu</w:t>
      </w:r>
      <w:r w:rsidRPr="00B66CC6">
        <w:rPr>
          <w:rFonts w:eastAsia="Calibri" w:cs="Times New Roman"/>
          <w:color w:val="auto"/>
          <w:sz w:val="28"/>
          <w:szCs w:val="28"/>
        </w:rPr>
        <w:t>ậ</w:t>
      </w:r>
      <w:r w:rsidRPr="00B66CC6">
        <w:rPr>
          <w:rFonts w:eastAsia="Calibri" w:cs="Times New Roman"/>
          <w:color w:val="auto"/>
          <w:sz w:val="28"/>
          <w:szCs w:val="28"/>
        </w:rPr>
        <w:t>t v</w:t>
      </w:r>
      <w:r w:rsidRPr="00B66CC6">
        <w:rPr>
          <w:rFonts w:eastAsia="Calibri" w:cs="Times New Roman"/>
          <w:color w:val="auto"/>
          <w:sz w:val="28"/>
          <w:szCs w:val="28"/>
        </w:rPr>
        <w:t>ề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tài chính công, ngân sách nhà nư</w:t>
      </w:r>
      <w:r w:rsidRPr="00B66CC6">
        <w:rPr>
          <w:rFonts w:eastAsia="Calibri" w:cs="Times New Roman"/>
          <w:color w:val="auto"/>
          <w:sz w:val="28"/>
          <w:szCs w:val="28"/>
        </w:rPr>
        <w:t>ớ</w:t>
      </w:r>
      <w:r w:rsidRPr="00B66CC6">
        <w:rPr>
          <w:rFonts w:eastAsia="Calibri" w:cs="Times New Roman"/>
          <w:color w:val="auto"/>
          <w:sz w:val="28"/>
          <w:szCs w:val="28"/>
        </w:rPr>
        <w:t>c.</w:t>
      </w:r>
    </w:p>
    <w:p w:rsidR="0081002A" w:rsidRPr="00B66CC6" w:rsidRDefault="00442FE1" w:rsidP="0051677C">
      <w:pPr>
        <w:spacing w:after="80" w:line="288" w:lineRule="auto"/>
        <w:ind w:firstLine="720"/>
        <w:jc w:val="both"/>
        <w:rPr>
          <w:rFonts w:eastAsia="Calibri" w:cs="Times New Roman"/>
          <w:color w:val="auto"/>
          <w:sz w:val="28"/>
          <w:szCs w:val="28"/>
        </w:rPr>
      </w:pPr>
      <w:proofErr w:type="spellStart"/>
      <w:proofErr w:type="gramStart"/>
      <w:r w:rsidRPr="00B66CC6">
        <w:rPr>
          <w:rFonts w:eastAsia="Calibri" w:cs="Times New Roman"/>
          <w:color w:val="auto"/>
          <w:sz w:val="28"/>
          <w:szCs w:val="28"/>
        </w:rPr>
        <w:t>Kinh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phí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đư</w:t>
      </w:r>
      <w:r w:rsidRPr="00B66CC6">
        <w:rPr>
          <w:rFonts w:eastAsia="Calibri" w:cs="Times New Roman"/>
          <w:color w:val="auto"/>
          <w:sz w:val="28"/>
          <w:szCs w:val="28"/>
        </w:rPr>
        <w:t>ợ</w:t>
      </w:r>
      <w:r w:rsidRPr="00B66CC6">
        <w:rPr>
          <w:rFonts w:eastAsia="Calibri" w:cs="Times New Roman"/>
          <w:color w:val="auto"/>
          <w:sz w:val="28"/>
          <w:szCs w:val="28"/>
        </w:rPr>
        <w:t>c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ưu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tiên b</w:t>
      </w:r>
      <w:r w:rsidRPr="00B66CC6">
        <w:rPr>
          <w:rFonts w:eastAsia="Calibri" w:cs="Times New Roman"/>
          <w:color w:val="auto"/>
          <w:sz w:val="28"/>
          <w:szCs w:val="28"/>
        </w:rPr>
        <w:t>ố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trí cho các ho</w:t>
      </w:r>
      <w:r w:rsidRPr="00B66CC6">
        <w:rPr>
          <w:rFonts w:eastAsia="Calibri" w:cs="Times New Roman"/>
          <w:color w:val="auto"/>
          <w:sz w:val="28"/>
          <w:szCs w:val="28"/>
        </w:rPr>
        <w:t>ạ</w:t>
      </w:r>
      <w:r w:rsidRPr="00B66CC6">
        <w:rPr>
          <w:rFonts w:eastAsia="Calibri" w:cs="Times New Roman"/>
          <w:color w:val="auto"/>
          <w:sz w:val="28"/>
          <w:szCs w:val="28"/>
        </w:rPr>
        <w:t>t đ</w:t>
      </w:r>
      <w:r w:rsidRPr="00B66CC6">
        <w:rPr>
          <w:rFonts w:eastAsia="Calibri" w:cs="Times New Roman"/>
          <w:color w:val="auto"/>
          <w:sz w:val="28"/>
          <w:szCs w:val="28"/>
        </w:rPr>
        <w:t>ộ</w:t>
      </w:r>
      <w:r w:rsidRPr="00B66CC6">
        <w:rPr>
          <w:rFonts w:eastAsia="Calibri" w:cs="Times New Roman"/>
          <w:color w:val="auto"/>
          <w:sz w:val="28"/>
          <w:szCs w:val="28"/>
        </w:rPr>
        <w:t>ng hư</w:t>
      </w:r>
      <w:r w:rsidRPr="00B66CC6">
        <w:rPr>
          <w:rFonts w:eastAsia="Calibri" w:cs="Times New Roman"/>
          <w:color w:val="auto"/>
          <w:sz w:val="28"/>
          <w:szCs w:val="28"/>
        </w:rPr>
        <w:t>ớ</w:t>
      </w:r>
      <w:r w:rsidRPr="00B66CC6">
        <w:rPr>
          <w:rFonts w:eastAsia="Calibri" w:cs="Times New Roman"/>
          <w:color w:val="auto"/>
          <w:sz w:val="28"/>
          <w:szCs w:val="28"/>
        </w:rPr>
        <w:t>ng v</w:t>
      </w:r>
      <w:r w:rsidRPr="00B66CC6">
        <w:rPr>
          <w:rFonts w:eastAsia="Calibri" w:cs="Times New Roman"/>
          <w:color w:val="auto"/>
          <w:sz w:val="28"/>
          <w:szCs w:val="28"/>
        </w:rPr>
        <w:t>ề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cơ s</w:t>
      </w:r>
      <w:r w:rsidRPr="00B66CC6">
        <w:rPr>
          <w:rFonts w:eastAsia="Calibri" w:cs="Times New Roman"/>
          <w:color w:val="auto"/>
          <w:sz w:val="28"/>
          <w:szCs w:val="28"/>
        </w:rPr>
        <w:t>ở</w:t>
      </w:r>
      <w:r w:rsidRPr="00B66CC6">
        <w:rPr>
          <w:rFonts w:eastAsia="Calibri" w:cs="Times New Roman"/>
          <w:color w:val="auto"/>
          <w:sz w:val="28"/>
          <w:szCs w:val="28"/>
        </w:rPr>
        <w:t>, vùng đ</w:t>
      </w:r>
      <w:r w:rsidRPr="00B66CC6">
        <w:rPr>
          <w:rFonts w:eastAsia="Calibri" w:cs="Times New Roman"/>
          <w:color w:val="auto"/>
          <w:sz w:val="28"/>
          <w:szCs w:val="28"/>
        </w:rPr>
        <w:t>ồ</w:t>
      </w:r>
      <w:r w:rsidRPr="00B66CC6">
        <w:rPr>
          <w:rFonts w:eastAsia="Calibri" w:cs="Times New Roman"/>
          <w:color w:val="auto"/>
          <w:sz w:val="28"/>
          <w:szCs w:val="28"/>
        </w:rPr>
        <w:t>ng bào dân t</w:t>
      </w:r>
      <w:r w:rsidRPr="00B66CC6">
        <w:rPr>
          <w:rFonts w:eastAsia="Calibri" w:cs="Times New Roman"/>
          <w:color w:val="auto"/>
          <w:sz w:val="28"/>
          <w:szCs w:val="28"/>
        </w:rPr>
        <w:t>ộ</w:t>
      </w:r>
      <w:r w:rsidRPr="00B66CC6">
        <w:rPr>
          <w:rFonts w:eastAsia="Calibri" w:cs="Times New Roman"/>
          <w:color w:val="auto"/>
          <w:sz w:val="28"/>
          <w:szCs w:val="28"/>
        </w:rPr>
        <w:t>c thi</w:t>
      </w:r>
      <w:r w:rsidRPr="00B66CC6">
        <w:rPr>
          <w:rFonts w:eastAsia="Calibri" w:cs="Times New Roman"/>
          <w:color w:val="auto"/>
          <w:sz w:val="28"/>
          <w:szCs w:val="28"/>
        </w:rPr>
        <w:t>ể</w:t>
      </w:r>
      <w:r w:rsidRPr="00B66CC6">
        <w:rPr>
          <w:rFonts w:eastAsia="Calibri" w:cs="Times New Roman"/>
          <w:color w:val="auto"/>
          <w:sz w:val="28"/>
          <w:szCs w:val="28"/>
        </w:rPr>
        <w:t>u s</w:t>
      </w:r>
      <w:r w:rsidRPr="00B66CC6">
        <w:rPr>
          <w:rFonts w:eastAsia="Calibri" w:cs="Times New Roman"/>
          <w:color w:val="auto"/>
          <w:sz w:val="28"/>
          <w:szCs w:val="28"/>
        </w:rPr>
        <w:t>ố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và mi</w:t>
      </w:r>
      <w:r w:rsidRPr="00B66CC6">
        <w:rPr>
          <w:rFonts w:eastAsia="Calibri" w:cs="Times New Roman"/>
          <w:color w:val="auto"/>
          <w:sz w:val="28"/>
          <w:szCs w:val="28"/>
        </w:rPr>
        <w:t>ề</w:t>
      </w:r>
      <w:r w:rsidRPr="00B66CC6">
        <w:rPr>
          <w:rFonts w:eastAsia="Calibri" w:cs="Times New Roman"/>
          <w:color w:val="auto"/>
          <w:sz w:val="28"/>
          <w:szCs w:val="28"/>
        </w:rPr>
        <w:t>n núi, đ</w:t>
      </w:r>
      <w:r w:rsidRPr="00B66CC6">
        <w:rPr>
          <w:rFonts w:eastAsia="Calibri" w:cs="Times New Roman"/>
          <w:color w:val="auto"/>
          <w:sz w:val="28"/>
          <w:szCs w:val="28"/>
        </w:rPr>
        <w:t>ị</w:t>
      </w:r>
      <w:r w:rsidRPr="00B66CC6">
        <w:rPr>
          <w:rFonts w:eastAsia="Calibri" w:cs="Times New Roman"/>
          <w:color w:val="auto"/>
          <w:sz w:val="28"/>
          <w:szCs w:val="28"/>
        </w:rPr>
        <w:t>a bàn khó khăn.</w:t>
      </w:r>
      <w:proofErr w:type="gramEnd"/>
      <w:r w:rsidRPr="00B66CC6">
        <w:rPr>
          <w:rFonts w:eastAsia="Calibri" w:cs="Times New Roman"/>
          <w:color w:val="auto"/>
          <w:sz w:val="28"/>
          <w:szCs w:val="28"/>
        </w:rPr>
        <w:t xml:space="preserve"> Các kho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n chi th</w:t>
      </w:r>
      <w:r w:rsidRPr="00B66CC6">
        <w:rPr>
          <w:rFonts w:eastAsia="Calibri" w:cs="Times New Roman"/>
          <w:color w:val="auto"/>
          <w:sz w:val="28"/>
          <w:szCs w:val="28"/>
        </w:rPr>
        <w:t>ù lao v</w:t>
      </w:r>
      <w:r w:rsidRPr="00B66CC6">
        <w:rPr>
          <w:rFonts w:eastAsia="Calibri" w:cs="Times New Roman"/>
          <w:color w:val="auto"/>
          <w:sz w:val="28"/>
          <w:szCs w:val="28"/>
        </w:rPr>
        <w:t>ụ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vi</w:t>
      </w:r>
      <w:r w:rsidRPr="00B66CC6">
        <w:rPr>
          <w:rFonts w:eastAsia="Calibri" w:cs="Times New Roman"/>
          <w:color w:val="auto"/>
          <w:sz w:val="28"/>
          <w:szCs w:val="28"/>
        </w:rPr>
        <w:t>ệ</w:t>
      </w:r>
      <w:r w:rsidRPr="00B66CC6">
        <w:rPr>
          <w:rFonts w:eastAsia="Calibri" w:cs="Times New Roman"/>
          <w:color w:val="auto"/>
          <w:sz w:val="28"/>
          <w:szCs w:val="28"/>
        </w:rPr>
        <w:t>c hòa gi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i (300.000 đ</w:t>
      </w:r>
      <w:r w:rsidRPr="00B66CC6">
        <w:rPr>
          <w:rFonts w:eastAsia="Calibri" w:cs="Times New Roman"/>
          <w:color w:val="auto"/>
          <w:sz w:val="28"/>
          <w:szCs w:val="28"/>
        </w:rPr>
        <w:t>ồ</w:t>
      </w:r>
      <w:r w:rsidRPr="00B66CC6">
        <w:rPr>
          <w:rFonts w:eastAsia="Calibri" w:cs="Times New Roman"/>
          <w:color w:val="auto"/>
          <w:sz w:val="28"/>
          <w:szCs w:val="28"/>
        </w:rPr>
        <w:t>ng/v</w:t>
      </w:r>
      <w:r w:rsidRPr="00B66CC6">
        <w:rPr>
          <w:rFonts w:eastAsia="Calibri" w:cs="Times New Roman"/>
          <w:color w:val="auto"/>
          <w:sz w:val="28"/>
          <w:szCs w:val="28"/>
        </w:rPr>
        <w:t>ụ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vi</w:t>
      </w:r>
      <w:r w:rsidRPr="00B66CC6">
        <w:rPr>
          <w:rFonts w:eastAsia="Calibri" w:cs="Times New Roman"/>
          <w:color w:val="auto"/>
          <w:sz w:val="28"/>
          <w:szCs w:val="28"/>
        </w:rPr>
        <w:t>ệ</w:t>
      </w:r>
      <w:r w:rsidRPr="00B66CC6">
        <w:rPr>
          <w:rFonts w:eastAsia="Calibri" w:cs="Times New Roman"/>
          <w:color w:val="auto"/>
          <w:sz w:val="28"/>
          <w:szCs w:val="28"/>
        </w:rPr>
        <w:t>c; 400.000 đ</w:t>
      </w:r>
      <w:r w:rsidRPr="00B66CC6">
        <w:rPr>
          <w:rFonts w:eastAsia="Calibri" w:cs="Times New Roman"/>
          <w:color w:val="auto"/>
          <w:sz w:val="28"/>
          <w:szCs w:val="28"/>
        </w:rPr>
        <w:t>ồ</w:t>
      </w:r>
      <w:r w:rsidRPr="00B66CC6">
        <w:rPr>
          <w:rFonts w:eastAsia="Calibri" w:cs="Times New Roman"/>
          <w:color w:val="auto"/>
          <w:sz w:val="28"/>
          <w:szCs w:val="28"/>
        </w:rPr>
        <w:t>ng/v</w:t>
      </w:r>
      <w:r w:rsidRPr="00B66CC6">
        <w:rPr>
          <w:rFonts w:eastAsia="Calibri" w:cs="Times New Roman"/>
          <w:color w:val="auto"/>
          <w:sz w:val="28"/>
          <w:szCs w:val="28"/>
        </w:rPr>
        <w:t>ụ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vi</w:t>
      </w:r>
      <w:r w:rsidRPr="00B66CC6">
        <w:rPr>
          <w:rFonts w:eastAsia="Calibri" w:cs="Times New Roman"/>
          <w:color w:val="auto"/>
          <w:sz w:val="28"/>
          <w:szCs w:val="28"/>
        </w:rPr>
        <w:t>ệ</w:t>
      </w:r>
      <w:r w:rsidRPr="00B66CC6">
        <w:rPr>
          <w:rFonts w:eastAsia="Calibri" w:cs="Times New Roman"/>
          <w:color w:val="auto"/>
          <w:sz w:val="28"/>
          <w:szCs w:val="28"/>
        </w:rPr>
        <w:t>c hòa gi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i thành), chi h</w:t>
      </w:r>
      <w:r w:rsidRPr="00B66CC6">
        <w:rPr>
          <w:rFonts w:eastAsia="Calibri" w:cs="Times New Roman"/>
          <w:color w:val="auto"/>
          <w:sz w:val="28"/>
          <w:szCs w:val="28"/>
        </w:rPr>
        <w:t>ỗ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tr</w:t>
      </w:r>
      <w:r w:rsidRPr="00B66CC6">
        <w:rPr>
          <w:rFonts w:eastAsia="Calibri" w:cs="Times New Roman"/>
          <w:color w:val="auto"/>
          <w:sz w:val="28"/>
          <w:szCs w:val="28"/>
        </w:rPr>
        <w:t>ợ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ho</w:t>
      </w:r>
      <w:r w:rsidRPr="00B66CC6">
        <w:rPr>
          <w:rFonts w:eastAsia="Calibri" w:cs="Times New Roman"/>
          <w:color w:val="auto"/>
          <w:sz w:val="28"/>
          <w:szCs w:val="28"/>
        </w:rPr>
        <w:t>ạ</w:t>
      </w:r>
      <w:r w:rsidRPr="00B66CC6">
        <w:rPr>
          <w:rFonts w:eastAsia="Calibri" w:cs="Times New Roman"/>
          <w:color w:val="auto"/>
          <w:sz w:val="28"/>
          <w:szCs w:val="28"/>
        </w:rPr>
        <w:t>t đ</w:t>
      </w:r>
      <w:r w:rsidRPr="00B66CC6">
        <w:rPr>
          <w:rFonts w:eastAsia="Calibri" w:cs="Times New Roman"/>
          <w:color w:val="auto"/>
          <w:sz w:val="28"/>
          <w:szCs w:val="28"/>
        </w:rPr>
        <w:t>ộ</w:t>
      </w:r>
      <w:r w:rsidRPr="00B66CC6">
        <w:rPr>
          <w:rFonts w:eastAsia="Calibri" w:cs="Times New Roman"/>
          <w:color w:val="auto"/>
          <w:sz w:val="28"/>
          <w:szCs w:val="28"/>
        </w:rPr>
        <w:t>ng c</w:t>
      </w:r>
      <w:r w:rsidRPr="00B66CC6">
        <w:rPr>
          <w:rFonts w:eastAsia="Calibri" w:cs="Times New Roman"/>
          <w:color w:val="auto"/>
          <w:sz w:val="28"/>
          <w:szCs w:val="28"/>
        </w:rPr>
        <w:t>ủ</w:t>
      </w:r>
      <w:r w:rsidRPr="00B66CC6">
        <w:rPr>
          <w:rFonts w:eastAsia="Calibri" w:cs="Times New Roman"/>
          <w:color w:val="auto"/>
          <w:sz w:val="28"/>
          <w:szCs w:val="28"/>
        </w:rPr>
        <w:t>a t</w:t>
      </w:r>
      <w:r w:rsidRPr="00B66CC6">
        <w:rPr>
          <w:rFonts w:eastAsia="Calibri" w:cs="Times New Roman"/>
          <w:color w:val="auto"/>
          <w:sz w:val="28"/>
          <w:szCs w:val="28"/>
        </w:rPr>
        <w:t>ổ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hòa gi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i (150.000 đ</w:t>
      </w:r>
      <w:r w:rsidRPr="00B66CC6">
        <w:rPr>
          <w:rFonts w:eastAsia="Calibri" w:cs="Times New Roman"/>
          <w:color w:val="auto"/>
          <w:sz w:val="28"/>
          <w:szCs w:val="28"/>
        </w:rPr>
        <w:t>ồ</w:t>
      </w:r>
      <w:r w:rsidRPr="00B66CC6">
        <w:rPr>
          <w:rFonts w:eastAsia="Calibri" w:cs="Times New Roman"/>
          <w:color w:val="auto"/>
          <w:sz w:val="28"/>
          <w:szCs w:val="28"/>
        </w:rPr>
        <w:t>ng/t</w:t>
      </w:r>
      <w:r w:rsidRPr="00B66CC6">
        <w:rPr>
          <w:rFonts w:eastAsia="Calibri" w:cs="Times New Roman"/>
          <w:color w:val="auto"/>
          <w:sz w:val="28"/>
          <w:szCs w:val="28"/>
        </w:rPr>
        <w:t>ổ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hòa gi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i/tháng) đã đư</w:t>
      </w:r>
      <w:r w:rsidRPr="00B66CC6">
        <w:rPr>
          <w:rFonts w:eastAsia="Calibri" w:cs="Times New Roman"/>
          <w:color w:val="auto"/>
          <w:sz w:val="28"/>
          <w:szCs w:val="28"/>
        </w:rPr>
        <w:t>ợ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c </w:t>
      </w:r>
      <w:r w:rsidRPr="00B66CC6">
        <w:rPr>
          <w:rFonts w:eastAsia="Calibri" w:cs="Times New Roman"/>
          <w:color w:val="auto"/>
          <w:sz w:val="28"/>
          <w:szCs w:val="28"/>
        </w:rPr>
        <w:t>Ủ</w:t>
      </w:r>
      <w:r w:rsidRPr="00B66CC6">
        <w:rPr>
          <w:rFonts w:eastAsia="Calibri" w:cs="Times New Roman"/>
          <w:color w:val="auto"/>
          <w:sz w:val="28"/>
          <w:szCs w:val="28"/>
        </w:rPr>
        <w:t>y ban nhân dân c</w:t>
      </w:r>
      <w:r w:rsidRPr="00B66CC6">
        <w:rPr>
          <w:rFonts w:eastAsia="Calibri" w:cs="Times New Roman"/>
          <w:color w:val="auto"/>
          <w:sz w:val="28"/>
          <w:szCs w:val="28"/>
        </w:rPr>
        <w:t>ấ</w:t>
      </w:r>
      <w:r w:rsidRPr="00B66CC6">
        <w:rPr>
          <w:rFonts w:eastAsia="Calibri" w:cs="Times New Roman"/>
          <w:color w:val="auto"/>
          <w:sz w:val="28"/>
          <w:szCs w:val="28"/>
        </w:rPr>
        <w:t>p xã phân b</w:t>
      </w:r>
      <w:r w:rsidRPr="00B66CC6">
        <w:rPr>
          <w:rFonts w:eastAsia="Calibri" w:cs="Times New Roman"/>
          <w:color w:val="auto"/>
          <w:sz w:val="28"/>
          <w:szCs w:val="28"/>
        </w:rPr>
        <w:t>ổ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và th</w:t>
      </w:r>
      <w:r w:rsidRPr="00B66CC6">
        <w:rPr>
          <w:rFonts w:eastAsia="Calibri" w:cs="Times New Roman"/>
          <w:color w:val="auto"/>
          <w:sz w:val="28"/>
          <w:szCs w:val="28"/>
        </w:rPr>
        <w:t>ự</w:t>
      </w:r>
      <w:r w:rsidRPr="00B66CC6">
        <w:rPr>
          <w:rFonts w:eastAsia="Calibri" w:cs="Times New Roman"/>
          <w:color w:val="auto"/>
          <w:sz w:val="28"/>
          <w:szCs w:val="28"/>
        </w:rPr>
        <w:t>c hi</w:t>
      </w:r>
      <w:r w:rsidRPr="00B66CC6">
        <w:rPr>
          <w:rFonts w:eastAsia="Calibri" w:cs="Times New Roman"/>
          <w:color w:val="auto"/>
          <w:sz w:val="28"/>
          <w:szCs w:val="28"/>
        </w:rPr>
        <w:t>ệ</w:t>
      </w:r>
      <w:r w:rsidRPr="00B66CC6">
        <w:rPr>
          <w:rFonts w:eastAsia="Calibri" w:cs="Times New Roman"/>
          <w:color w:val="auto"/>
          <w:sz w:val="28"/>
          <w:szCs w:val="28"/>
        </w:rPr>
        <w:t>n chi tr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k</w:t>
      </w:r>
      <w:r w:rsidRPr="00B66CC6">
        <w:rPr>
          <w:rFonts w:eastAsia="Calibri" w:cs="Times New Roman"/>
          <w:color w:val="auto"/>
          <w:sz w:val="28"/>
          <w:szCs w:val="28"/>
        </w:rPr>
        <w:t>ị</w:t>
      </w:r>
      <w:r w:rsidRPr="00B66CC6">
        <w:rPr>
          <w:rFonts w:eastAsia="Calibri" w:cs="Times New Roman"/>
          <w:color w:val="auto"/>
          <w:sz w:val="28"/>
          <w:szCs w:val="28"/>
        </w:rPr>
        <w:t>p th</w:t>
      </w:r>
      <w:r w:rsidRPr="00B66CC6">
        <w:rPr>
          <w:rFonts w:eastAsia="Calibri" w:cs="Times New Roman"/>
          <w:color w:val="auto"/>
          <w:sz w:val="28"/>
          <w:szCs w:val="28"/>
        </w:rPr>
        <w:t>ờ</w:t>
      </w:r>
      <w:r w:rsidRPr="00B66CC6">
        <w:rPr>
          <w:rFonts w:eastAsia="Calibri" w:cs="Times New Roman"/>
          <w:color w:val="auto"/>
          <w:sz w:val="28"/>
          <w:szCs w:val="28"/>
        </w:rPr>
        <w:t>i cho các t</w:t>
      </w:r>
      <w:r w:rsidRPr="00B66CC6">
        <w:rPr>
          <w:rFonts w:eastAsia="Calibri" w:cs="Times New Roman"/>
          <w:color w:val="auto"/>
          <w:sz w:val="28"/>
          <w:szCs w:val="28"/>
        </w:rPr>
        <w:t>ổ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hòa gi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i và hòa gi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i v</w:t>
      </w:r>
      <w:r w:rsidRPr="00B66CC6">
        <w:rPr>
          <w:rFonts w:eastAsia="Calibri" w:cs="Times New Roman"/>
          <w:color w:val="auto"/>
          <w:sz w:val="28"/>
          <w:szCs w:val="28"/>
        </w:rPr>
        <w:t>iên khi có biên b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n hòa gi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i h</w:t>
      </w:r>
      <w:r w:rsidRPr="00B66CC6">
        <w:rPr>
          <w:rFonts w:eastAsia="Calibri" w:cs="Times New Roman"/>
          <w:color w:val="auto"/>
          <w:sz w:val="28"/>
          <w:szCs w:val="28"/>
        </w:rPr>
        <w:t>ợ</w:t>
      </w:r>
      <w:r w:rsidRPr="00B66CC6">
        <w:rPr>
          <w:rFonts w:eastAsia="Calibri" w:cs="Times New Roman"/>
          <w:color w:val="auto"/>
          <w:sz w:val="28"/>
          <w:szCs w:val="28"/>
        </w:rPr>
        <w:t>p l</w:t>
      </w:r>
      <w:r w:rsidRPr="00B66CC6">
        <w:rPr>
          <w:rFonts w:eastAsia="Calibri" w:cs="Times New Roman"/>
          <w:color w:val="auto"/>
          <w:sz w:val="28"/>
          <w:szCs w:val="28"/>
        </w:rPr>
        <w:t>ệ</w:t>
      </w:r>
      <w:r w:rsidRPr="00B66CC6">
        <w:rPr>
          <w:rFonts w:eastAsia="Calibri" w:cs="Times New Roman"/>
          <w:color w:val="auto"/>
          <w:sz w:val="28"/>
          <w:szCs w:val="28"/>
        </w:rPr>
        <w:t>.</w:t>
      </w:r>
    </w:p>
    <w:p w:rsidR="0081002A" w:rsidRPr="00B66CC6" w:rsidRDefault="00442FE1" w:rsidP="0051677C">
      <w:pPr>
        <w:spacing w:after="80" w:line="288" w:lineRule="auto"/>
        <w:ind w:firstLine="720"/>
        <w:jc w:val="both"/>
        <w:rPr>
          <w:rFonts w:eastAsia="Calibri" w:cs="Times New Roman"/>
          <w:color w:val="auto"/>
          <w:sz w:val="28"/>
          <w:szCs w:val="28"/>
        </w:rPr>
      </w:pP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Quá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trình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chi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tiêu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đư</w:t>
      </w:r>
      <w:r w:rsidRPr="00B66CC6">
        <w:rPr>
          <w:rFonts w:eastAsia="Calibri" w:cs="Times New Roman"/>
          <w:color w:val="auto"/>
          <w:sz w:val="28"/>
          <w:szCs w:val="28"/>
        </w:rPr>
        <w:t>ợ</w:t>
      </w:r>
      <w:r w:rsidRPr="00B66CC6">
        <w:rPr>
          <w:rFonts w:eastAsia="Calibri" w:cs="Times New Roman"/>
          <w:color w:val="auto"/>
          <w:sz w:val="28"/>
          <w:szCs w:val="28"/>
        </w:rPr>
        <w:t>c ki</w:t>
      </w:r>
      <w:r w:rsidRPr="00B66CC6">
        <w:rPr>
          <w:rFonts w:eastAsia="Calibri" w:cs="Times New Roman"/>
          <w:color w:val="auto"/>
          <w:sz w:val="28"/>
          <w:szCs w:val="28"/>
        </w:rPr>
        <w:t>ể</w:t>
      </w:r>
      <w:r w:rsidRPr="00B66CC6">
        <w:rPr>
          <w:rFonts w:eastAsia="Calibri" w:cs="Times New Roman"/>
          <w:color w:val="auto"/>
          <w:sz w:val="28"/>
          <w:szCs w:val="28"/>
        </w:rPr>
        <w:t>m soát ch</w:t>
      </w:r>
      <w:r w:rsidRPr="00B66CC6">
        <w:rPr>
          <w:rFonts w:eastAsia="Calibri" w:cs="Times New Roman"/>
          <w:color w:val="auto"/>
          <w:sz w:val="28"/>
          <w:szCs w:val="28"/>
        </w:rPr>
        <w:t>ặ</w:t>
      </w:r>
      <w:r w:rsidRPr="00B66CC6">
        <w:rPr>
          <w:rFonts w:eastAsia="Calibri" w:cs="Times New Roman"/>
          <w:color w:val="auto"/>
          <w:sz w:val="28"/>
          <w:szCs w:val="28"/>
        </w:rPr>
        <w:t>t ch</w:t>
      </w:r>
      <w:r w:rsidRPr="00B66CC6">
        <w:rPr>
          <w:rFonts w:eastAsia="Calibri" w:cs="Times New Roman"/>
          <w:color w:val="auto"/>
          <w:sz w:val="28"/>
          <w:szCs w:val="28"/>
        </w:rPr>
        <w:t>ẽ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thông qua quy ch</w:t>
      </w:r>
      <w:r w:rsidRPr="00B66CC6">
        <w:rPr>
          <w:rFonts w:eastAsia="Calibri" w:cs="Times New Roman"/>
          <w:color w:val="auto"/>
          <w:sz w:val="28"/>
          <w:szCs w:val="28"/>
        </w:rPr>
        <w:t>ế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chi tiêu n</w:t>
      </w:r>
      <w:r w:rsidRPr="00B66CC6">
        <w:rPr>
          <w:rFonts w:eastAsia="Calibri" w:cs="Times New Roman"/>
          <w:color w:val="auto"/>
          <w:sz w:val="28"/>
          <w:szCs w:val="28"/>
        </w:rPr>
        <w:t>ộ</w:t>
      </w:r>
      <w:r w:rsidRPr="00B66CC6">
        <w:rPr>
          <w:rFonts w:eastAsia="Calibri" w:cs="Times New Roman"/>
          <w:color w:val="auto"/>
          <w:sz w:val="28"/>
          <w:szCs w:val="28"/>
        </w:rPr>
        <w:t>i b</w:t>
      </w:r>
      <w:r w:rsidRPr="00B66CC6">
        <w:rPr>
          <w:rFonts w:eastAsia="Calibri" w:cs="Times New Roman"/>
          <w:color w:val="auto"/>
          <w:sz w:val="28"/>
          <w:szCs w:val="28"/>
        </w:rPr>
        <w:t>ộ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và h</w:t>
      </w:r>
      <w:r w:rsidRPr="00B66CC6">
        <w:rPr>
          <w:rFonts w:eastAsia="Calibri" w:cs="Times New Roman"/>
          <w:color w:val="auto"/>
          <w:sz w:val="28"/>
          <w:szCs w:val="28"/>
        </w:rPr>
        <w:t>ệ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th</w:t>
      </w:r>
      <w:r w:rsidRPr="00B66CC6">
        <w:rPr>
          <w:rFonts w:eastAsia="Calibri" w:cs="Times New Roman"/>
          <w:color w:val="auto"/>
          <w:sz w:val="28"/>
          <w:szCs w:val="28"/>
        </w:rPr>
        <w:t>ố</w:t>
      </w:r>
      <w:r w:rsidRPr="00B66CC6">
        <w:rPr>
          <w:rFonts w:eastAsia="Calibri" w:cs="Times New Roman"/>
          <w:color w:val="auto"/>
          <w:sz w:val="28"/>
          <w:szCs w:val="28"/>
        </w:rPr>
        <w:t>ng Kho b</w:t>
      </w:r>
      <w:r w:rsidRPr="00B66CC6">
        <w:rPr>
          <w:rFonts w:eastAsia="Calibri" w:cs="Times New Roman"/>
          <w:color w:val="auto"/>
          <w:sz w:val="28"/>
          <w:szCs w:val="28"/>
        </w:rPr>
        <w:t>ạ</w:t>
      </w:r>
      <w:r w:rsidRPr="00B66CC6">
        <w:rPr>
          <w:rFonts w:eastAsia="Calibri" w:cs="Times New Roman"/>
          <w:color w:val="auto"/>
          <w:sz w:val="28"/>
          <w:szCs w:val="28"/>
        </w:rPr>
        <w:t>c Nhà nư</w:t>
      </w:r>
      <w:r w:rsidRPr="00B66CC6">
        <w:rPr>
          <w:rFonts w:eastAsia="Calibri" w:cs="Times New Roman"/>
          <w:color w:val="auto"/>
          <w:sz w:val="28"/>
          <w:szCs w:val="28"/>
        </w:rPr>
        <w:t>ớ</w:t>
      </w:r>
      <w:r w:rsidRPr="00B66CC6">
        <w:rPr>
          <w:rFonts w:eastAsia="Calibri" w:cs="Times New Roman"/>
          <w:color w:val="auto"/>
          <w:sz w:val="28"/>
          <w:szCs w:val="28"/>
        </w:rPr>
        <w:t>c, b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o đ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m có đ</w:t>
      </w:r>
      <w:r w:rsidRPr="00B66CC6">
        <w:rPr>
          <w:rFonts w:eastAsia="Calibri" w:cs="Times New Roman"/>
          <w:color w:val="auto"/>
          <w:sz w:val="28"/>
          <w:szCs w:val="28"/>
        </w:rPr>
        <w:t>ầ</w:t>
      </w:r>
      <w:r w:rsidRPr="00B66CC6">
        <w:rPr>
          <w:rFonts w:eastAsia="Calibri" w:cs="Times New Roman"/>
          <w:color w:val="auto"/>
          <w:sz w:val="28"/>
          <w:szCs w:val="28"/>
        </w:rPr>
        <w:t>y đ</w:t>
      </w:r>
      <w:r w:rsidRPr="00B66CC6">
        <w:rPr>
          <w:rFonts w:eastAsia="Calibri" w:cs="Times New Roman"/>
          <w:color w:val="auto"/>
          <w:sz w:val="28"/>
          <w:szCs w:val="28"/>
        </w:rPr>
        <w:t>ủ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hóa đơn, ch</w:t>
      </w:r>
      <w:r w:rsidRPr="00B66CC6">
        <w:rPr>
          <w:rFonts w:eastAsia="Calibri" w:cs="Times New Roman"/>
          <w:color w:val="auto"/>
          <w:sz w:val="28"/>
          <w:szCs w:val="28"/>
        </w:rPr>
        <w:t>ứ</w:t>
      </w:r>
      <w:r w:rsidRPr="00B66CC6">
        <w:rPr>
          <w:rFonts w:eastAsia="Calibri" w:cs="Times New Roman"/>
          <w:color w:val="auto"/>
          <w:sz w:val="28"/>
          <w:szCs w:val="28"/>
        </w:rPr>
        <w:t>ng t</w:t>
      </w:r>
      <w:r w:rsidRPr="00B66CC6">
        <w:rPr>
          <w:rFonts w:eastAsia="Calibri" w:cs="Times New Roman"/>
          <w:color w:val="auto"/>
          <w:sz w:val="28"/>
          <w:szCs w:val="28"/>
        </w:rPr>
        <w:t>ừ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h</w:t>
      </w:r>
      <w:r w:rsidRPr="00B66CC6">
        <w:rPr>
          <w:rFonts w:eastAsia="Calibri" w:cs="Times New Roman"/>
          <w:color w:val="auto"/>
          <w:sz w:val="28"/>
          <w:szCs w:val="28"/>
        </w:rPr>
        <w:t>ợ</w:t>
      </w:r>
      <w:r w:rsidRPr="00B66CC6">
        <w:rPr>
          <w:rFonts w:eastAsia="Calibri" w:cs="Times New Roman"/>
          <w:color w:val="auto"/>
          <w:sz w:val="28"/>
          <w:szCs w:val="28"/>
        </w:rPr>
        <w:t>p pháp; phân đ</w:t>
      </w:r>
      <w:r w:rsidRPr="00B66CC6">
        <w:rPr>
          <w:rFonts w:eastAsia="Calibri" w:cs="Times New Roman"/>
          <w:color w:val="auto"/>
          <w:sz w:val="28"/>
          <w:szCs w:val="28"/>
        </w:rPr>
        <w:t>ị</w:t>
      </w:r>
      <w:r w:rsidRPr="00B66CC6">
        <w:rPr>
          <w:rFonts w:eastAsia="Calibri" w:cs="Times New Roman"/>
          <w:color w:val="auto"/>
          <w:sz w:val="28"/>
          <w:szCs w:val="28"/>
        </w:rPr>
        <w:t>nh rõ gi</w:t>
      </w:r>
      <w:r w:rsidRPr="00B66CC6">
        <w:rPr>
          <w:rFonts w:eastAsia="Calibri" w:cs="Times New Roman"/>
          <w:color w:val="auto"/>
          <w:sz w:val="28"/>
          <w:szCs w:val="28"/>
        </w:rPr>
        <w:t>ữ</w:t>
      </w:r>
      <w:r w:rsidRPr="00B66CC6">
        <w:rPr>
          <w:rFonts w:eastAsia="Calibri" w:cs="Times New Roman"/>
          <w:color w:val="auto"/>
          <w:sz w:val="28"/>
          <w:szCs w:val="28"/>
        </w:rPr>
        <w:t>a ngu</w:t>
      </w:r>
      <w:r w:rsidRPr="00B66CC6">
        <w:rPr>
          <w:rFonts w:eastAsia="Calibri" w:cs="Times New Roman"/>
          <w:color w:val="auto"/>
          <w:sz w:val="28"/>
          <w:szCs w:val="28"/>
        </w:rPr>
        <w:t>ồ</w:t>
      </w:r>
      <w:r w:rsidRPr="00B66CC6">
        <w:rPr>
          <w:rFonts w:eastAsia="Calibri" w:cs="Times New Roman"/>
          <w:color w:val="auto"/>
          <w:sz w:val="28"/>
          <w:szCs w:val="28"/>
        </w:rPr>
        <w:t>n chi thư</w:t>
      </w:r>
      <w:r w:rsidRPr="00B66CC6">
        <w:rPr>
          <w:rFonts w:eastAsia="Calibri" w:cs="Times New Roman"/>
          <w:color w:val="auto"/>
          <w:sz w:val="28"/>
          <w:szCs w:val="28"/>
        </w:rPr>
        <w:t>ờ</w:t>
      </w:r>
      <w:r w:rsidRPr="00B66CC6">
        <w:rPr>
          <w:rFonts w:eastAsia="Calibri" w:cs="Times New Roman"/>
          <w:color w:val="auto"/>
          <w:sz w:val="28"/>
          <w:szCs w:val="28"/>
        </w:rPr>
        <w:t>ng xuyên v</w:t>
      </w:r>
      <w:r w:rsidRPr="00B66CC6">
        <w:rPr>
          <w:rFonts w:eastAsia="Calibri" w:cs="Times New Roman"/>
          <w:color w:val="auto"/>
          <w:sz w:val="28"/>
          <w:szCs w:val="28"/>
        </w:rPr>
        <w:t>ớ</w:t>
      </w:r>
      <w:r w:rsidRPr="00B66CC6">
        <w:rPr>
          <w:rFonts w:eastAsia="Calibri" w:cs="Times New Roman"/>
          <w:color w:val="auto"/>
          <w:sz w:val="28"/>
          <w:szCs w:val="28"/>
        </w:rPr>
        <w:t>i ngu</w:t>
      </w:r>
      <w:r w:rsidRPr="00B66CC6">
        <w:rPr>
          <w:rFonts w:eastAsia="Calibri" w:cs="Times New Roman"/>
          <w:color w:val="auto"/>
          <w:sz w:val="28"/>
          <w:szCs w:val="28"/>
        </w:rPr>
        <w:t>ồ</w:t>
      </w:r>
      <w:r w:rsidRPr="00B66CC6">
        <w:rPr>
          <w:rFonts w:eastAsia="Calibri" w:cs="Times New Roman"/>
          <w:color w:val="auto"/>
          <w:sz w:val="28"/>
          <w:szCs w:val="28"/>
        </w:rPr>
        <w:t>n kinh phí th</w:t>
      </w:r>
      <w:r w:rsidRPr="00B66CC6">
        <w:rPr>
          <w:rFonts w:eastAsia="Calibri" w:cs="Times New Roman"/>
          <w:color w:val="auto"/>
          <w:sz w:val="28"/>
          <w:szCs w:val="28"/>
        </w:rPr>
        <w:t>ự</w:t>
      </w:r>
      <w:r w:rsidRPr="00B66CC6">
        <w:rPr>
          <w:rFonts w:eastAsia="Calibri" w:cs="Times New Roman"/>
          <w:color w:val="auto"/>
          <w:sz w:val="28"/>
          <w:szCs w:val="28"/>
        </w:rPr>
        <w:t>c h</w:t>
      </w:r>
      <w:r w:rsidRPr="00B66CC6">
        <w:rPr>
          <w:rFonts w:eastAsia="Calibri" w:cs="Times New Roman"/>
          <w:color w:val="auto"/>
          <w:sz w:val="28"/>
          <w:szCs w:val="28"/>
        </w:rPr>
        <w:t>i</w:t>
      </w:r>
      <w:r w:rsidRPr="00B66CC6">
        <w:rPr>
          <w:rFonts w:eastAsia="Calibri" w:cs="Times New Roman"/>
          <w:color w:val="auto"/>
          <w:sz w:val="28"/>
          <w:szCs w:val="28"/>
        </w:rPr>
        <w:t>ệ</w:t>
      </w:r>
      <w:r w:rsidRPr="00B66CC6">
        <w:rPr>
          <w:rFonts w:eastAsia="Calibri" w:cs="Times New Roman"/>
          <w:color w:val="auto"/>
          <w:sz w:val="28"/>
          <w:szCs w:val="28"/>
        </w:rPr>
        <w:t>n các Chương trình m</w:t>
      </w:r>
      <w:r w:rsidRPr="00B66CC6">
        <w:rPr>
          <w:rFonts w:eastAsia="Calibri" w:cs="Times New Roman"/>
          <w:color w:val="auto"/>
          <w:sz w:val="28"/>
          <w:szCs w:val="28"/>
        </w:rPr>
        <w:t>ụ</w:t>
      </w:r>
      <w:r w:rsidRPr="00B66CC6">
        <w:rPr>
          <w:rFonts w:eastAsia="Calibri" w:cs="Times New Roman"/>
          <w:color w:val="auto"/>
          <w:sz w:val="28"/>
          <w:szCs w:val="28"/>
        </w:rPr>
        <w:t>c tiêu qu</w:t>
      </w:r>
      <w:r w:rsidRPr="00B66CC6">
        <w:rPr>
          <w:rFonts w:eastAsia="Calibri" w:cs="Times New Roman"/>
          <w:color w:val="auto"/>
          <w:sz w:val="28"/>
          <w:szCs w:val="28"/>
        </w:rPr>
        <w:t>ố</w:t>
      </w:r>
      <w:r w:rsidRPr="00B66CC6">
        <w:rPr>
          <w:rFonts w:eastAsia="Calibri" w:cs="Times New Roman"/>
          <w:color w:val="auto"/>
          <w:sz w:val="28"/>
          <w:szCs w:val="28"/>
        </w:rPr>
        <w:t>c gia giai đo</w:t>
      </w:r>
      <w:r w:rsidRPr="00B66CC6">
        <w:rPr>
          <w:rFonts w:eastAsia="Calibri" w:cs="Times New Roman"/>
          <w:color w:val="auto"/>
          <w:sz w:val="28"/>
          <w:szCs w:val="28"/>
        </w:rPr>
        <w:t>ạ</w:t>
      </w:r>
      <w:r w:rsidRPr="00B66CC6">
        <w:rPr>
          <w:rFonts w:eastAsia="Calibri" w:cs="Times New Roman"/>
          <w:color w:val="auto"/>
          <w:sz w:val="28"/>
          <w:szCs w:val="28"/>
        </w:rPr>
        <w:t>n 2021-2025.</w:t>
      </w:r>
    </w:p>
    <w:p w:rsidR="0081002A" w:rsidRPr="0051677C" w:rsidRDefault="00442FE1" w:rsidP="0051677C">
      <w:pPr>
        <w:spacing w:after="60" w:line="288" w:lineRule="auto"/>
        <w:ind w:firstLine="720"/>
        <w:jc w:val="both"/>
        <w:rPr>
          <w:rFonts w:eastAsia="Calibri" w:cs="Times New Roman"/>
          <w:b/>
          <w:color w:val="auto"/>
          <w:sz w:val="28"/>
          <w:szCs w:val="28"/>
        </w:rPr>
      </w:pPr>
      <w:r w:rsidRPr="0051677C">
        <w:rPr>
          <w:rFonts w:eastAsia="Calibri" w:cs="Times New Roman"/>
          <w:b/>
          <w:color w:val="auto"/>
          <w:sz w:val="28"/>
          <w:szCs w:val="28"/>
        </w:rPr>
        <w:t>4. Công tác ki</w:t>
      </w:r>
      <w:r w:rsidRPr="0051677C">
        <w:rPr>
          <w:rFonts w:eastAsia="Calibri" w:cs="Times New Roman"/>
          <w:b/>
          <w:color w:val="auto"/>
          <w:sz w:val="28"/>
          <w:szCs w:val="28"/>
        </w:rPr>
        <w:t>ể</w:t>
      </w:r>
      <w:r w:rsidRPr="0051677C">
        <w:rPr>
          <w:rFonts w:eastAsia="Calibri" w:cs="Times New Roman"/>
          <w:b/>
          <w:color w:val="auto"/>
          <w:sz w:val="28"/>
          <w:szCs w:val="28"/>
        </w:rPr>
        <w:t>m tra, giám sát và quy</w:t>
      </w:r>
      <w:r w:rsidRPr="0051677C">
        <w:rPr>
          <w:rFonts w:eastAsia="Calibri" w:cs="Times New Roman"/>
          <w:b/>
          <w:color w:val="auto"/>
          <w:sz w:val="28"/>
          <w:szCs w:val="28"/>
        </w:rPr>
        <w:t>ế</w:t>
      </w:r>
      <w:r w:rsidRPr="0051677C">
        <w:rPr>
          <w:rFonts w:eastAsia="Calibri" w:cs="Times New Roman"/>
          <w:b/>
          <w:color w:val="auto"/>
          <w:sz w:val="28"/>
          <w:szCs w:val="28"/>
        </w:rPr>
        <w:t>t toán kinh phí</w:t>
      </w:r>
    </w:p>
    <w:p w:rsidR="0081002A" w:rsidRPr="00B66CC6" w:rsidRDefault="00442FE1" w:rsidP="0051677C">
      <w:pPr>
        <w:spacing w:after="80" w:line="288" w:lineRule="auto"/>
        <w:ind w:firstLine="720"/>
        <w:jc w:val="both"/>
        <w:rPr>
          <w:rFonts w:eastAsia="Calibri" w:cs="Times New Roman"/>
          <w:color w:val="auto"/>
          <w:sz w:val="28"/>
          <w:szCs w:val="28"/>
        </w:rPr>
      </w:pPr>
      <w:proofErr w:type="spellStart"/>
      <w:proofErr w:type="gramStart"/>
      <w:r w:rsidRPr="00B66CC6">
        <w:rPr>
          <w:rFonts w:eastAsia="Calibri" w:cs="Times New Roman"/>
          <w:color w:val="auto"/>
          <w:sz w:val="28"/>
          <w:szCs w:val="28"/>
        </w:rPr>
        <w:t>Công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tác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ki</w:t>
      </w:r>
      <w:r w:rsidRPr="00B66CC6">
        <w:rPr>
          <w:rFonts w:eastAsia="Calibri" w:cs="Times New Roman"/>
          <w:color w:val="auto"/>
          <w:sz w:val="28"/>
          <w:szCs w:val="28"/>
        </w:rPr>
        <w:t>ể</w:t>
      </w:r>
      <w:r w:rsidRPr="00B66CC6">
        <w:rPr>
          <w:rFonts w:eastAsia="Calibri" w:cs="Times New Roman"/>
          <w:color w:val="auto"/>
          <w:sz w:val="28"/>
          <w:szCs w:val="28"/>
        </w:rPr>
        <w:t>m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tra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>, thanh tra vi</w:t>
      </w:r>
      <w:r w:rsidRPr="00B66CC6">
        <w:rPr>
          <w:rFonts w:eastAsia="Calibri" w:cs="Times New Roman"/>
          <w:color w:val="auto"/>
          <w:sz w:val="28"/>
          <w:szCs w:val="28"/>
        </w:rPr>
        <w:t>ệ</w:t>
      </w:r>
      <w:r w:rsidRPr="00B66CC6">
        <w:rPr>
          <w:rFonts w:eastAsia="Calibri" w:cs="Times New Roman"/>
          <w:color w:val="auto"/>
          <w:sz w:val="28"/>
          <w:szCs w:val="28"/>
        </w:rPr>
        <w:t>c qu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n lý, s</w:t>
      </w:r>
      <w:r w:rsidRPr="00B66CC6">
        <w:rPr>
          <w:rFonts w:eastAsia="Calibri" w:cs="Times New Roman"/>
          <w:color w:val="auto"/>
          <w:sz w:val="28"/>
          <w:szCs w:val="28"/>
        </w:rPr>
        <w:t>ử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d</w:t>
      </w:r>
      <w:r w:rsidRPr="00B66CC6">
        <w:rPr>
          <w:rFonts w:eastAsia="Calibri" w:cs="Times New Roman"/>
          <w:color w:val="auto"/>
          <w:sz w:val="28"/>
          <w:szCs w:val="28"/>
        </w:rPr>
        <w:t>ụ</w:t>
      </w:r>
      <w:r w:rsidRPr="00B66CC6">
        <w:rPr>
          <w:rFonts w:eastAsia="Calibri" w:cs="Times New Roman"/>
          <w:color w:val="auto"/>
          <w:sz w:val="28"/>
          <w:szCs w:val="28"/>
        </w:rPr>
        <w:t>ng kinh phí đư</w:t>
      </w:r>
      <w:r w:rsidRPr="00B66CC6">
        <w:rPr>
          <w:rFonts w:eastAsia="Calibri" w:cs="Times New Roman"/>
          <w:color w:val="auto"/>
          <w:sz w:val="28"/>
          <w:szCs w:val="28"/>
        </w:rPr>
        <w:t>ợ</w:t>
      </w:r>
      <w:r w:rsidRPr="00B66CC6">
        <w:rPr>
          <w:rFonts w:eastAsia="Calibri" w:cs="Times New Roman"/>
          <w:color w:val="auto"/>
          <w:sz w:val="28"/>
          <w:szCs w:val="28"/>
        </w:rPr>
        <w:t>c th</w:t>
      </w:r>
      <w:r w:rsidRPr="00B66CC6">
        <w:rPr>
          <w:rFonts w:eastAsia="Calibri" w:cs="Times New Roman"/>
          <w:color w:val="auto"/>
          <w:sz w:val="28"/>
          <w:szCs w:val="28"/>
        </w:rPr>
        <w:t>ự</w:t>
      </w:r>
      <w:r w:rsidRPr="00B66CC6">
        <w:rPr>
          <w:rFonts w:eastAsia="Calibri" w:cs="Times New Roman"/>
          <w:color w:val="auto"/>
          <w:sz w:val="28"/>
          <w:szCs w:val="28"/>
        </w:rPr>
        <w:t>c hi</w:t>
      </w:r>
      <w:r w:rsidRPr="00B66CC6">
        <w:rPr>
          <w:rFonts w:eastAsia="Calibri" w:cs="Times New Roman"/>
          <w:color w:val="auto"/>
          <w:sz w:val="28"/>
          <w:szCs w:val="28"/>
        </w:rPr>
        <w:t>ệ</w:t>
      </w:r>
      <w:r w:rsidRPr="00B66CC6">
        <w:rPr>
          <w:rFonts w:eastAsia="Calibri" w:cs="Times New Roman"/>
          <w:color w:val="auto"/>
          <w:sz w:val="28"/>
          <w:szCs w:val="28"/>
        </w:rPr>
        <w:t>n thư</w:t>
      </w:r>
      <w:r w:rsidRPr="00B66CC6">
        <w:rPr>
          <w:rFonts w:eastAsia="Calibri" w:cs="Times New Roman"/>
          <w:color w:val="auto"/>
          <w:sz w:val="28"/>
          <w:szCs w:val="28"/>
        </w:rPr>
        <w:t>ờ</w:t>
      </w:r>
      <w:r w:rsidRPr="00B66CC6">
        <w:rPr>
          <w:rFonts w:eastAsia="Calibri" w:cs="Times New Roman"/>
          <w:color w:val="auto"/>
          <w:sz w:val="28"/>
          <w:szCs w:val="28"/>
        </w:rPr>
        <w:t>ng xuyên qua công tác t</w:t>
      </w:r>
      <w:r w:rsidRPr="00B66CC6">
        <w:rPr>
          <w:rFonts w:eastAsia="Calibri" w:cs="Times New Roman"/>
          <w:color w:val="auto"/>
          <w:sz w:val="28"/>
          <w:szCs w:val="28"/>
        </w:rPr>
        <w:t>ự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ki</w:t>
      </w:r>
      <w:r w:rsidRPr="00B66CC6">
        <w:rPr>
          <w:rFonts w:eastAsia="Calibri" w:cs="Times New Roman"/>
          <w:color w:val="auto"/>
          <w:sz w:val="28"/>
          <w:szCs w:val="28"/>
        </w:rPr>
        <w:t>ể</w:t>
      </w:r>
      <w:r w:rsidRPr="00B66CC6">
        <w:rPr>
          <w:rFonts w:eastAsia="Calibri" w:cs="Times New Roman"/>
          <w:color w:val="auto"/>
          <w:sz w:val="28"/>
          <w:szCs w:val="28"/>
        </w:rPr>
        <w:t>m tra n</w:t>
      </w:r>
      <w:r w:rsidRPr="00B66CC6">
        <w:rPr>
          <w:rFonts w:eastAsia="Calibri" w:cs="Times New Roman"/>
          <w:color w:val="auto"/>
          <w:sz w:val="28"/>
          <w:szCs w:val="28"/>
        </w:rPr>
        <w:t>ộ</w:t>
      </w:r>
      <w:r w:rsidRPr="00B66CC6">
        <w:rPr>
          <w:rFonts w:eastAsia="Calibri" w:cs="Times New Roman"/>
          <w:color w:val="auto"/>
          <w:sz w:val="28"/>
          <w:szCs w:val="28"/>
        </w:rPr>
        <w:t>i b</w:t>
      </w:r>
      <w:r w:rsidRPr="00B66CC6">
        <w:rPr>
          <w:rFonts w:eastAsia="Calibri" w:cs="Times New Roman"/>
          <w:color w:val="auto"/>
          <w:sz w:val="28"/>
          <w:szCs w:val="28"/>
        </w:rPr>
        <w:t>ộ</w:t>
      </w:r>
      <w:r w:rsidRPr="00B66CC6">
        <w:rPr>
          <w:rFonts w:eastAsia="Calibri" w:cs="Times New Roman"/>
          <w:color w:val="auto"/>
          <w:sz w:val="28"/>
          <w:szCs w:val="28"/>
        </w:rPr>
        <w:t>, thanh tra tài chính v</w:t>
      </w:r>
      <w:r w:rsidRPr="00B66CC6">
        <w:rPr>
          <w:rFonts w:eastAsia="Calibri" w:cs="Times New Roman"/>
          <w:color w:val="auto"/>
          <w:sz w:val="28"/>
          <w:szCs w:val="28"/>
        </w:rPr>
        <w:t>à giám sát liên ngành đ</w:t>
      </w:r>
      <w:r w:rsidRPr="00B66CC6">
        <w:rPr>
          <w:rFonts w:eastAsia="Calibri" w:cs="Times New Roman"/>
          <w:color w:val="auto"/>
          <w:sz w:val="28"/>
          <w:szCs w:val="28"/>
        </w:rPr>
        <w:t>ị</w:t>
      </w:r>
      <w:r w:rsidRPr="00B66CC6">
        <w:rPr>
          <w:rFonts w:eastAsia="Calibri" w:cs="Times New Roman"/>
          <w:color w:val="auto"/>
          <w:sz w:val="28"/>
          <w:szCs w:val="28"/>
        </w:rPr>
        <w:t>nh k</w:t>
      </w:r>
      <w:r w:rsidRPr="00B66CC6">
        <w:rPr>
          <w:rFonts w:eastAsia="Calibri" w:cs="Times New Roman"/>
          <w:color w:val="auto"/>
          <w:sz w:val="28"/>
          <w:szCs w:val="28"/>
        </w:rPr>
        <w:t>ỳ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h</w:t>
      </w:r>
      <w:r w:rsidRPr="00B66CC6">
        <w:rPr>
          <w:rFonts w:eastAsia="Calibri" w:cs="Times New Roman"/>
          <w:color w:val="auto"/>
          <w:sz w:val="28"/>
          <w:szCs w:val="28"/>
        </w:rPr>
        <w:t>ằ</w:t>
      </w:r>
      <w:r w:rsidRPr="00B66CC6">
        <w:rPr>
          <w:rFonts w:eastAsia="Calibri" w:cs="Times New Roman"/>
          <w:color w:val="auto"/>
          <w:sz w:val="28"/>
          <w:szCs w:val="28"/>
        </w:rPr>
        <w:t>ng năm.</w:t>
      </w:r>
      <w:proofErr w:type="gramEnd"/>
    </w:p>
    <w:p w:rsidR="0081002A" w:rsidRPr="00B66CC6" w:rsidRDefault="00442FE1" w:rsidP="0051677C">
      <w:pPr>
        <w:spacing w:after="80" w:line="288" w:lineRule="auto"/>
        <w:ind w:firstLine="720"/>
        <w:jc w:val="both"/>
        <w:rPr>
          <w:rFonts w:eastAsia="Calibri" w:cs="Times New Roman"/>
          <w:color w:val="auto"/>
          <w:sz w:val="28"/>
          <w:szCs w:val="28"/>
        </w:rPr>
      </w:pP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Công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tác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quy</w:t>
      </w:r>
      <w:r w:rsidRPr="00B66CC6">
        <w:rPr>
          <w:rFonts w:eastAsia="Calibri" w:cs="Times New Roman"/>
          <w:color w:val="auto"/>
          <w:sz w:val="28"/>
          <w:szCs w:val="28"/>
        </w:rPr>
        <w:t>ế</w:t>
      </w:r>
      <w:r w:rsidRPr="00B66CC6">
        <w:rPr>
          <w:rFonts w:eastAsia="Calibri" w:cs="Times New Roman"/>
          <w:color w:val="auto"/>
          <w:sz w:val="28"/>
          <w:szCs w:val="28"/>
        </w:rPr>
        <w:t>t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toán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kinh phí h</w:t>
      </w:r>
      <w:r w:rsidRPr="00B66CC6">
        <w:rPr>
          <w:rFonts w:eastAsia="Calibri" w:cs="Times New Roman"/>
          <w:color w:val="auto"/>
          <w:sz w:val="28"/>
          <w:szCs w:val="28"/>
        </w:rPr>
        <w:t>ằ</w:t>
      </w:r>
      <w:r w:rsidRPr="00B66CC6">
        <w:rPr>
          <w:rFonts w:eastAsia="Calibri" w:cs="Times New Roman"/>
          <w:color w:val="auto"/>
          <w:sz w:val="28"/>
          <w:szCs w:val="28"/>
        </w:rPr>
        <w:t>ng năm đư</w:t>
      </w:r>
      <w:r w:rsidRPr="00B66CC6">
        <w:rPr>
          <w:rFonts w:eastAsia="Calibri" w:cs="Times New Roman"/>
          <w:color w:val="auto"/>
          <w:sz w:val="28"/>
          <w:szCs w:val="28"/>
        </w:rPr>
        <w:t>ợ</w:t>
      </w:r>
      <w:r w:rsidRPr="00B66CC6">
        <w:rPr>
          <w:rFonts w:eastAsia="Calibri" w:cs="Times New Roman"/>
          <w:color w:val="auto"/>
          <w:sz w:val="28"/>
          <w:szCs w:val="28"/>
        </w:rPr>
        <w:t>c các cơ quan, đơn v</w:t>
      </w:r>
      <w:r w:rsidRPr="00B66CC6">
        <w:rPr>
          <w:rFonts w:eastAsia="Calibri" w:cs="Times New Roman"/>
          <w:color w:val="auto"/>
          <w:sz w:val="28"/>
          <w:szCs w:val="28"/>
        </w:rPr>
        <w:t>ị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l</w:t>
      </w:r>
      <w:r w:rsidRPr="00B66CC6">
        <w:rPr>
          <w:rFonts w:eastAsia="Calibri" w:cs="Times New Roman"/>
          <w:color w:val="auto"/>
          <w:sz w:val="28"/>
          <w:szCs w:val="28"/>
        </w:rPr>
        <w:t>ậ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p </w:t>
      </w:r>
      <w:proofErr w:type="gramStart"/>
      <w:r w:rsidRPr="00B66CC6">
        <w:rPr>
          <w:rFonts w:eastAsia="Calibri" w:cs="Times New Roman"/>
          <w:color w:val="auto"/>
          <w:sz w:val="28"/>
          <w:szCs w:val="28"/>
        </w:rPr>
        <w:t>theo</w:t>
      </w:r>
      <w:proofErr w:type="gramEnd"/>
      <w:r w:rsidRPr="00B66CC6">
        <w:rPr>
          <w:rFonts w:eastAsia="Calibri" w:cs="Times New Roman"/>
          <w:color w:val="auto"/>
          <w:sz w:val="28"/>
          <w:szCs w:val="28"/>
        </w:rPr>
        <w:t xml:space="preserve"> đúng M</w:t>
      </w:r>
      <w:r w:rsidRPr="00B66CC6">
        <w:rPr>
          <w:rFonts w:eastAsia="Calibri" w:cs="Times New Roman"/>
          <w:color w:val="auto"/>
          <w:sz w:val="28"/>
          <w:szCs w:val="28"/>
        </w:rPr>
        <w:t>ụ</w:t>
      </w:r>
      <w:r w:rsidRPr="00B66CC6">
        <w:rPr>
          <w:rFonts w:eastAsia="Calibri" w:cs="Times New Roman"/>
          <w:color w:val="auto"/>
          <w:sz w:val="28"/>
          <w:szCs w:val="28"/>
        </w:rPr>
        <w:t>c l</w:t>
      </w:r>
      <w:r w:rsidRPr="00B66CC6">
        <w:rPr>
          <w:rFonts w:eastAsia="Calibri" w:cs="Times New Roman"/>
          <w:color w:val="auto"/>
          <w:sz w:val="28"/>
          <w:szCs w:val="28"/>
        </w:rPr>
        <w:t>ụ</w:t>
      </w:r>
      <w:r w:rsidRPr="00B66CC6">
        <w:rPr>
          <w:rFonts w:eastAsia="Calibri" w:cs="Times New Roman"/>
          <w:color w:val="auto"/>
          <w:sz w:val="28"/>
          <w:szCs w:val="28"/>
        </w:rPr>
        <w:t>c ngân sách nhà nư</w:t>
      </w:r>
      <w:r w:rsidRPr="00B66CC6">
        <w:rPr>
          <w:rFonts w:eastAsia="Calibri" w:cs="Times New Roman"/>
          <w:color w:val="auto"/>
          <w:sz w:val="28"/>
          <w:szCs w:val="28"/>
        </w:rPr>
        <w:t>ớ</w:t>
      </w:r>
      <w:r w:rsidRPr="00B66CC6">
        <w:rPr>
          <w:rFonts w:eastAsia="Calibri" w:cs="Times New Roman"/>
          <w:color w:val="auto"/>
          <w:sz w:val="28"/>
          <w:szCs w:val="28"/>
        </w:rPr>
        <w:t>c, g</w:t>
      </w:r>
      <w:r w:rsidRPr="00B66CC6">
        <w:rPr>
          <w:rFonts w:eastAsia="Calibri" w:cs="Times New Roman"/>
          <w:color w:val="auto"/>
          <w:sz w:val="28"/>
          <w:szCs w:val="28"/>
        </w:rPr>
        <w:t>ử</w:t>
      </w:r>
      <w:r w:rsidRPr="00B66CC6">
        <w:rPr>
          <w:rFonts w:eastAsia="Calibri" w:cs="Times New Roman"/>
          <w:color w:val="auto"/>
          <w:sz w:val="28"/>
          <w:szCs w:val="28"/>
        </w:rPr>
        <w:t>i cơ quan tài chính cùng c</w:t>
      </w:r>
      <w:r w:rsidRPr="00B66CC6">
        <w:rPr>
          <w:rFonts w:eastAsia="Calibri" w:cs="Times New Roman"/>
          <w:color w:val="auto"/>
          <w:sz w:val="28"/>
          <w:szCs w:val="28"/>
        </w:rPr>
        <w:t>ấ</w:t>
      </w:r>
      <w:r w:rsidRPr="00B66CC6">
        <w:rPr>
          <w:rFonts w:eastAsia="Calibri" w:cs="Times New Roman"/>
          <w:color w:val="auto"/>
          <w:sz w:val="28"/>
          <w:szCs w:val="28"/>
        </w:rPr>
        <w:t>p xét duy</w:t>
      </w:r>
      <w:r w:rsidRPr="00B66CC6">
        <w:rPr>
          <w:rFonts w:eastAsia="Calibri" w:cs="Times New Roman"/>
          <w:color w:val="auto"/>
          <w:sz w:val="28"/>
          <w:szCs w:val="28"/>
        </w:rPr>
        <w:t>ệ</w:t>
      </w:r>
      <w:r w:rsidRPr="00B66CC6">
        <w:rPr>
          <w:rFonts w:eastAsia="Calibri" w:cs="Times New Roman"/>
          <w:color w:val="auto"/>
          <w:sz w:val="28"/>
          <w:szCs w:val="28"/>
        </w:rPr>
        <w:t>t, th</w:t>
      </w:r>
      <w:r w:rsidRPr="00B66CC6">
        <w:rPr>
          <w:rFonts w:eastAsia="Calibri" w:cs="Times New Roman"/>
          <w:color w:val="auto"/>
          <w:sz w:val="28"/>
          <w:szCs w:val="28"/>
        </w:rPr>
        <w:t>ẩ</w:t>
      </w:r>
      <w:r w:rsidRPr="00B66CC6">
        <w:rPr>
          <w:rFonts w:eastAsia="Calibri" w:cs="Times New Roman"/>
          <w:color w:val="auto"/>
          <w:sz w:val="28"/>
          <w:szCs w:val="28"/>
        </w:rPr>
        <w:t>m đ</w:t>
      </w:r>
      <w:r w:rsidRPr="00B66CC6">
        <w:rPr>
          <w:rFonts w:eastAsia="Calibri" w:cs="Times New Roman"/>
          <w:color w:val="auto"/>
          <w:sz w:val="28"/>
          <w:szCs w:val="28"/>
        </w:rPr>
        <w:t>ị</w:t>
      </w:r>
      <w:r w:rsidRPr="00B66CC6">
        <w:rPr>
          <w:rFonts w:eastAsia="Calibri" w:cs="Times New Roman"/>
          <w:color w:val="auto"/>
          <w:sz w:val="28"/>
          <w:szCs w:val="28"/>
        </w:rPr>
        <w:t>nh và t</w:t>
      </w:r>
      <w:r w:rsidRPr="00B66CC6">
        <w:rPr>
          <w:rFonts w:eastAsia="Calibri" w:cs="Times New Roman"/>
          <w:color w:val="auto"/>
          <w:sz w:val="28"/>
          <w:szCs w:val="28"/>
        </w:rPr>
        <w:t>ổ</w:t>
      </w:r>
      <w:r w:rsidRPr="00B66CC6">
        <w:rPr>
          <w:rFonts w:eastAsia="Calibri" w:cs="Times New Roman"/>
          <w:color w:val="auto"/>
          <w:sz w:val="28"/>
          <w:szCs w:val="28"/>
        </w:rPr>
        <w:t>ng h</w:t>
      </w:r>
      <w:r w:rsidRPr="00B66CC6">
        <w:rPr>
          <w:rFonts w:eastAsia="Calibri" w:cs="Times New Roman"/>
          <w:color w:val="auto"/>
          <w:sz w:val="28"/>
          <w:szCs w:val="28"/>
        </w:rPr>
        <w:t>ợ</w:t>
      </w:r>
      <w:r w:rsidRPr="00B66CC6">
        <w:rPr>
          <w:rFonts w:eastAsia="Calibri" w:cs="Times New Roman"/>
          <w:color w:val="auto"/>
          <w:sz w:val="28"/>
          <w:szCs w:val="28"/>
        </w:rPr>
        <w:t>p vào báo cáo quy</w:t>
      </w:r>
      <w:r w:rsidRPr="00B66CC6">
        <w:rPr>
          <w:rFonts w:eastAsia="Calibri" w:cs="Times New Roman"/>
          <w:color w:val="auto"/>
          <w:sz w:val="28"/>
          <w:szCs w:val="28"/>
        </w:rPr>
        <w:t>ế</w:t>
      </w:r>
      <w:r w:rsidRPr="00B66CC6">
        <w:rPr>
          <w:rFonts w:eastAsia="Calibri" w:cs="Times New Roman"/>
          <w:color w:val="auto"/>
          <w:sz w:val="28"/>
          <w:szCs w:val="28"/>
        </w:rPr>
        <w:t>t toán ngân sách nhà nư</w:t>
      </w:r>
      <w:r w:rsidRPr="00B66CC6">
        <w:rPr>
          <w:rFonts w:eastAsia="Calibri" w:cs="Times New Roman"/>
          <w:color w:val="auto"/>
          <w:sz w:val="28"/>
          <w:szCs w:val="28"/>
        </w:rPr>
        <w:t>ớ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c theo </w:t>
      </w:r>
      <w:r w:rsidRPr="00B66CC6">
        <w:rPr>
          <w:rFonts w:eastAsia="Calibri" w:cs="Times New Roman"/>
          <w:color w:val="auto"/>
          <w:sz w:val="28"/>
          <w:szCs w:val="28"/>
        </w:rPr>
        <w:t>quy đ</w:t>
      </w:r>
      <w:r w:rsidRPr="00B66CC6">
        <w:rPr>
          <w:rFonts w:eastAsia="Calibri" w:cs="Times New Roman"/>
          <w:color w:val="auto"/>
          <w:sz w:val="28"/>
          <w:szCs w:val="28"/>
        </w:rPr>
        <w:t>ị</w:t>
      </w:r>
      <w:r w:rsidRPr="00B66CC6">
        <w:rPr>
          <w:rFonts w:eastAsia="Calibri" w:cs="Times New Roman"/>
          <w:color w:val="auto"/>
          <w:sz w:val="28"/>
          <w:szCs w:val="28"/>
        </w:rPr>
        <w:t>nh c</w:t>
      </w:r>
      <w:r w:rsidRPr="00B66CC6">
        <w:rPr>
          <w:rFonts w:eastAsia="Calibri" w:cs="Times New Roman"/>
          <w:color w:val="auto"/>
          <w:sz w:val="28"/>
          <w:szCs w:val="28"/>
        </w:rPr>
        <w:t>ủ</w:t>
      </w:r>
      <w:r w:rsidRPr="00B66CC6">
        <w:rPr>
          <w:rFonts w:eastAsia="Calibri" w:cs="Times New Roman"/>
          <w:color w:val="auto"/>
          <w:sz w:val="28"/>
          <w:szCs w:val="28"/>
        </w:rPr>
        <w:t>a Lu</w:t>
      </w:r>
      <w:r w:rsidRPr="00B66CC6">
        <w:rPr>
          <w:rFonts w:eastAsia="Calibri" w:cs="Times New Roman"/>
          <w:color w:val="auto"/>
          <w:sz w:val="28"/>
          <w:szCs w:val="28"/>
        </w:rPr>
        <w:t>ậ</w:t>
      </w:r>
      <w:r w:rsidRPr="00B66CC6">
        <w:rPr>
          <w:rFonts w:eastAsia="Calibri" w:cs="Times New Roman"/>
          <w:color w:val="auto"/>
          <w:sz w:val="28"/>
          <w:szCs w:val="28"/>
        </w:rPr>
        <w:t>t Ngân sách nhà nư</w:t>
      </w:r>
      <w:r w:rsidRPr="00B66CC6">
        <w:rPr>
          <w:rFonts w:eastAsia="Calibri" w:cs="Times New Roman"/>
          <w:color w:val="auto"/>
          <w:sz w:val="28"/>
          <w:szCs w:val="28"/>
        </w:rPr>
        <w:t>ớ</w:t>
      </w:r>
      <w:r w:rsidRPr="00B66CC6">
        <w:rPr>
          <w:rFonts w:eastAsia="Calibri" w:cs="Times New Roman"/>
          <w:color w:val="auto"/>
          <w:sz w:val="28"/>
          <w:szCs w:val="28"/>
        </w:rPr>
        <w:t>c. Qua quy</w:t>
      </w:r>
      <w:r w:rsidRPr="00B66CC6">
        <w:rPr>
          <w:rFonts w:eastAsia="Calibri" w:cs="Times New Roman"/>
          <w:color w:val="auto"/>
          <w:sz w:val="28"/>
          <w:szCs w:val="28"/>
        </w:rPr>
        <w:t>ế</w:t>
      </w:r>
      <w:r w:rsidRPr="00B66CC6">
        <w:rPr>
          <w:rFonts w:eastAsia="Calibri" w:cs="Times New Roman"/>
          <w:color w:val="auto"/>
          <w:sz w:val="28"/>
          <w:szCs w:val="28"/>
        </w:rPr>
        <w:t>t toán cho th</w:t>
      </w:r>
      <w:r w:rsidRPr="00B66CC6">
        <w:rPr>
          <w:rFonts w:eastAsia="Calibri" w:cs="Times New Roman"/>
          <w:color w:val="auto"/>
          <w:sz w:val="28"/>
          <w:szCs w:val="28"/>
        </w:rPr>
        <w:t>ấ</w:t>
      </w:r>
      <w:r w:rsidRPr="00B66CC6">
        <w:rPr>
          <w:rFonts w:eastAsia="Calibri" w:cs="Times New Roman"/>
          <w:color w:val="auto"/>
          <w:sz w:val="28"/>
          <w:szCs w:val="28"/>
        </w:rPr>
        <w:t>y kinh phí cơ b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n đư</w:t>
      </w:r>
      <w:r w:rsidRPr="00B66CC6">
        <w:rPr>
          <w:rFonts w:eastAsia="Calibri" w:cs="Times New Roman"/>
          <w:color w:val="auto"/>
          <w:sz w:val="28"/>
          <w:szCs w:val="28"/>
        </w:rPr>
        <w:t>ợ</w:t>
      </w:r>
      <w:r w:rsidRPr="00B66CC6">
        <w:rPr>
          <w:rFonts w:eastAsia="Calibri" w:cs="Times New Roman"/>
          <w:color w:val="auto"/>
          <w:sz w:val="28"/>
          <w:szCs w:val="28"/>
        </w:rPr>
        <w:t>c s</w:t>
      </w:r>
      <w:r w:rsidRPr="00B66CC6">
        <w:rPr>
          <w:rFonts w:eastAsia="Calibri" w:cs="Times New Roman"/>
          <w:color w:val="auto"/>
          <w:sz w:val="28"/>
          <w:szCs w:val="28"/>
        </w:rPr>
        <w:t>ử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d</w:t>
      </w:r>
      <w:r w:rsidRPr="00B66CC6">
        <w:rPr>
          <w:rFonts w:eastAsia="Calibri" w:cs="Times New Roman"/>
          <w:color w:val="auto"/>
          <w:sz w:val="28"/>
          <w:szCs w:val="28"/>
        </w:rPr>
        <w:t>ụ</w:t>
      </w:r>
      <w:r w:rsidRPr="00B66CC6">
        <w:rPr>
          <w:rFonts w:eastAsia="Calibri" w:cs="Times New Roman"/>
          <w:color w:val="auto"/>
          <w:sz w:val="28"/>
          <w:szCs w:val="28"/>
        </w:rPr>
        <w:t>ng hi</w:t>
      </w:r>
      <w:r w:rsidRPr="00B66CC6">
        <w:rPr>
          <w:rFonts w:eastAsia="Calibri" w:cs="Times New Roman"/>
          <w:color w:val="auto"/>
          <w:sz w:val="28"/>
          <w:szCs w:val="28"/>
        </w:rPr>
        <w:t>ệ</w:t>
      </w:r>
      <w:r w:rsidRPr="00B66CC6">
        <w:rPr>
          <w:rFonts w:eastAsia="Calibri" w:cs="Times New Roman"/>
          <w:color w:val="auto"/>
          <w:sz w:val="28"/>
          <w:szCs w:val="28"/>
        </w:rPr>
        <w:t>u qu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, đúng ch</w:t>
      </w:r>
      <w:r w:rsidRPr="00B66CC6">
        <w:rPr>
          <w:rFonts w:eastAsia="Calibri" w:cs="Times New Roman"/>
          <w:color w:val="auto"/>
          <w:sz w:val="28"/>
          <w:szCs w:val="28"/>
        </w:rPr>
        <w:t>ế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đ</w:t>
      </w:r>
      <w:r w:rsidRPr="00B66CC6">
        <w:rPr>
          <w:rFonts w:eastAsia="Calibri" w:cs="Times New Roman"/>
          <w:color w:val="auto"/>
          <w:sz w:val="28"/>
          <w:szCs w:val="28"/>
        </w:rPr>
        <w:t>ộ</w:t>
      </w:r>
      <w:r w:rsidRPr="00B66CC6">
        <w:rPr>
          <w:rFonts w:eastAsia="Calibri" w:cs="Times New Roman"/>
          <w:color w:val="auto"/>
          <w:sz w:val="28"/>
          <w:szCs w:val="28"/>
        </w:rPr>
        <w:t>, không đ</w:t>
      </w:r>
      <w:r w:rsidRPr="00B66CC6">
        <w:rPr>
          <w:rFonts w:eastAsia="Calibri" w:cs="Times New Roman"/>
          <w:color w:val="auto"/>
          <w:sz w:val="28"/>
          <w:szCs w:val="28"/>
        </w:rPr>
        <w:t>ể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x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y ra th</w:t>
      </w:r>
      <w:r w:rsidRPr="00B66CC6">
        <w:rPr>
          <w:rFonts w:eastAsia="Calibri" w:cs="Times New Roman"/>
          <w:color w:val="auto"/>
          <w:sz w:val="28"/>
          <w:szCs w:val="28"/>
        </w:rPr>
        <w:t>ấ</w:t>
      </w:r>
      <w:r w:rsidRPr="00B66CC6">
        <w:rPr>
          <w:rFonts w:eastAsia="Calibri" w:cs="Times New Roman"/>
          <w:color w:val="auto"/>
          <w:sz w:val="28"/>
          <w:szCs w:val="28"/>
        </w:rPr>
        <w:t>t thoát, lãng phí; các sai sót trong quá trình l</w:t>
      </w:r>
      <w:r w:rsidRPr="00B66CC6">
        <w:rPr>
          <w:rFonts w:eastAsia="Calibri" w:cs="Times New Roman"/>
          <w:color w:val="auto"/>
          <w:sz w:val="28"/>
          <w:szCs w:val="28"/>
        </w:rPr>
        <w:t>ậ</w:t>
      </w:r>
      <w:r w:rsidRPr="00B66CC6">
        <w:rPr>
          <w:rFonts w:eastAsia="Calibri" w:cs="Times New Roman"/>
          <w:color w:val="auto"/>
          <w:sz w:val="28"/>
          <w:szCs w:val="28"/>
        </w:rPr>
        <w:t>p ch</w:t>
      </w:r>
      <w:r w:rsidRPr="00B66CC6">
        <w:rPr>
          <w:rFonts w:eastAsia="Calibri" w:cs="Times New Roman"/>
          <w:color w:val="auto"/>
          <w:sz w:val="28"/>
          <w:szCs w:val="28"/>
        </w:rPr>
        <w:t>ứ</w:t>
      </w:r>
      <w:r w:rsidRPr="00B66CC6">
        <w:rPr>
          <w:rFonts w:eastAsia="Calibri" w:cs="Times New Roman"/>
          <w:color w:val="auto"/>
          <w:sz w:val="28"/>
          <w:szCs w:val="28"/>
        </w:rPr>
        <w:t>ng t</w:t>
      </w:r>
      <w:r w:rsidRPr="00B66CC6">
        <w:rPr>
          <w:rFonts w:eastAsia="Calibri" w:cs="Times New Roman"/>
          <w:color w:val="auto"/>
          <w:sz w:val="28"/>
          <w:szCs w:val="28"/>
        </w:rPr>
        <w:t>ừ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thanh toán đư</w:t>
      </w:r>
      <w:r w:rsidRPr="00B66CC6">
        <w:rPr>
          <w:rFonts w:eastAsia="Calibri" w:cs="Times New Roman"/>
          <w:color w:val="auto"/>
          <w:sz w:val="28"/>
          <w:szCs w:val="28"/>
        </w:rPr>
        <w:t>ợ</w:t>
      </w:r>
      <w:r w:rsidRPr="00B66CC6">
        <w:rPr>
          <w:rFonts w:eastAsia="Calibri" w:cs="Times New Roman"/>
          <w:color w:val="auto"/>
          <w:sz w:val="28"/>
          <w:szCs w:val="28"/>
        </w:rPr>
        <w:t>c phát hi</w:t>
      </w:r>
      <w:r w:rsidRPr="00B66CC6">
        <w:rPr>
          <w:rFonts w:eastAsia="Calibri" w:cs="Times New Roman"/>
          <w:color w:val="auto"/>
          <w:sz w:val="28"/>
          <w:szCs w:val="28"/>
        </w:rPr>
        <w:t>ệ</w:t>
      </w:r>
      <w:r w:rsidRPr="00B66CC6">
        <w:rPr>
          <w:rFonts w:eastAsia="Calibri" w:cs="Times New Roman"/>
          <w:color w:val="auto"/>
          <w:sz w:val="28"/>
          <w:szCs w:val="28"/>
        </w:rPr>
        <w:t>n và ch</w:t>
      </w:r>
      <w:r w:rsidRPr="00B66CC6">
        <w:rPr>
          <w:rFonts w:eastAsia="Calibri" w:cs="Times New Roman"/>
          <w:color w:val="auto"/>
          <w:sz w:val="28"/>
          <w:szCs w:val="28"/>
        </w:rPr>
        <w:t>ấ</w:t>
      </w:r>
      <w:r w:rsidRPr="00B66CC6">
        <w:rPr>
          <w:rFonts w:eastAsia="Calibri" w:cs="Times New Roman"/>
          <w:color w:val="auto"/>
          <w:sz w:val="28"/>
          <w:szCs w:val="28"/>
        </w:rPr>
        <w:t>n ch</w:t>
      </w:r>
      <w:r w:rsidRPr="00B66CC6">
        <w:rPr>
          <w:rFonts w:eastAsia="Calibri" w:cs="Times New Roman"/>
          <w:color w:val="auto"/>
          <w:sz w:val="28"/>
          <w:szCs w:val="28"/>
        </w:rPr>
        <w:t>ỉ</w:t>
      </w:r>
      <w:r w:rsidRPr="00B66CC6">
        <w:rPr>
          <w:rFonts w:eastAsia="Calibri" w:cs="Times New Roman"/>
          <w:color w:val="auto"/>
          <w:sz w:val="28"/>
          <w:szCs w:val="28"/>
        </w:rPr>
        <w:t>nh k</w:t>
      </w:r>
      <w:r w:rsidRPr="00B66CC6">
        <w:rPr>
          <w:rFonts w:eastAsia="Calibri" w:cs="Times New Roman"/>
          <w:color w:val="auto"/>
          <w:sz w:val="28"/>
          <w:szCs w:val="28"/>
        </w:rPr>
        <w:t>ị</w:t>
      </w:r>
      <w:r w:rsidRPr="00B66CC6">
        <w:rPr>
          <w:rFonts w:eastAsia="Calibri" w:cs="Times New Roman"/>
          <w:color w:val="auto"/>
          <w:sz w:val="28"/>
          <w:szCs w:val="28"/>
        </w:rPr>
        <w:t>p th</w:t>
      </w:r>
      <w:r w:rsidRPr="00B66CC6">
        <w:rPr>
          <w:rFonts w:eastAsia="Calibri" w:cs="Times New Roman"/>
          <w:color w:val="auto"/>
          <w:sz w:val="28"/>
          <w:szCs w:val="28"/>
        </w:rPr>
        <w:t>ờ</w:t>
      </w:r>
      <w:r w:rsidRPr="00B66CC6">
        <w:rPr>
          <w:rFonts w:eastAsia="Calibri" w:cs="Times New Roman"/>
          <w:color w:val="auto"/>
          <w:sz w:val="28"/>
          <w:szCs w:val="28"/>
        </w:rPr>
        <w:t>i.</w:t>
      </w:r>
    </w:p>
    <w:p w:rsidR="0081002A" w:rsidRPr="0051677C" w:rsidRDefault="00442FE1" w:rsidP="0051677C">
      <w:pPr>
        <w:spacing w:after="80" w:line="288" w:lineRule="auto"/>
        <w:ind w:firstLine="720"/>
        <w:jc w:val="both"/>
        <w:rPr>
          <w:rFonts w:eastAsia="Calibri" w:cs="Times New Roman"/>
          <w:b/>
          <w:color w:val="auto"/>
          <w:sz w:val="28"/>
          <w:szCs w:val="28"/>
        </w:rPr>
      </w:pPr>
      <w:r w:rsidRPr="0051677C">
        <w:rPr>
          <w:rFonts w:eastAsia="Calibri" w:cs="Times New Roman"/>
          <w:b/>
          <w:color w:val="auto"/>
          <w:sz w:val="28"/>
          <w:szCs w:val="28"/>
        </w:rPr>
        <w:t xml:space="preserve">II. ĐÁNH GIÁ </w:t>
      </w:r>
      <w:r w:rsidRPr="0051677C">
        <w:rPr>
          <w:rFonts w:eastAsia="Calibri" w:cs="Times New Roman"/>
          <w:b/>
          <w:color w:val="auto"/>
          <w:sz w:val="28"/>
          <w:szCs w:val="28"/>
        </w:rPr>
        <w:t>CHUNG</w:t>
      </w:r>
    </w:p>
    <w:p w:rsidR="0081002A" w:rsidRPr="0051677C" w:rsidRDefault="00442FE1" w:rsidP="0051677C">
      <w:pPr>
        <w:spacing w:after="60" w:line="288" w:lineRule="auto"/>
        <w:ind w:firstLine="720"/>
        <w:jc w:val="both"/>
        <w:rPr>
          <w:rFonts w:eastAsia="Calibri" w:cs="Times New Roman"/>
          <w:b/>
          <w:color w:val="auto"/>
          <w:sz w:val="28"/>
          <w:szCs w:val="28"/>
        </w:rPr>
      </w:pPr>
      <w:r w:rsidRPr="0051677C">
        <w:rPr>
          <w:rFonts w:eastAsia="Calibri" w:cs="Times New Roman"/>
          <w:b/>
          <w:color w:val="auto"/>
          <w:sz w:val="28"/>
          <w:szCs w:val="28"/>
        </w:rPr>
        <w:t>1. Nh</w:t>
      </w:r>
      <w:r w:rsidRPr="0051677C">
        <w:rPr>
          <w:rFonts w:eastAsia="Calibri" w:cs="Times New Roman"/>
          <w:b/>
          <w:color w:val="auto"/>
          <w:sz w:val="28"/>
          <w:szCs w:val="28"/>
        </w:rPr>
        <w:t>ữ</w:t>
      </w:r>
      <w:r w:rsidRPr="0051677C">
        <w:rPr>
          <w:rFonts w:eastAsia="Calibri" w:cs="Times New Roman"/>
          <w:b/>
          <w:color w:val="auto"/>
          <w:sz w:val="28"/>
          <w:szCs w:val="28"/>
        </w:rPr>
        <w:t>ng k</w:t>
      </w:r>
      <w:r w:rsidRPr="0051677C">
        <w:rPr>
          <w:rFonts w:eastAsia="Calibri" w:cs="Times New Roman"/>
          <w:b/>
          <w:color w:val="auto"/>
          <w:sz w:val="28"/>
          <w:szCs w:val="28"/>
        </w:rPr>
        <w:t>ế</w:t>
      </w:r>
      <w:r w:rsidRPr="0051677C">
        <w:rPr>
          <w:rFonts w:eastAsia="Calibri" w:cs="Times New Roman"/>
          <w:b/>
          <w:color w:val="auto"/>
          <w:sz w:val="28"/>
          <w:szCs w:val="28"/>
        </w:rPr>
        <w:t>t qu</w:t>
      </w:r>
      <w:r w:rsidRPr="0051677C">
        <w:rPr>
          <w:rFonts w:eastAsia="Calibri" w:cs="Times New Roman"/>
          <w:b/>
          <w:color w:val="auto"/>
          <w:sz w:val="28"/>
          <w:szCs w:val="28"/>
        </w:rPr>
        <w:t>ả</w:t>
      </w:r>
      <w:r w:rsidRPr="0051677C">
        <w:rPr>
          <w:rFonts w:eastAsia="Calibri" w:cs="Times New Roman"/>
          <w:b/>
          <w:color w:val="auto"/>
          <w:sz w:val="28"/>
          <w:szCs w:val="28"/>
        </w:rPr>
        <w:t xml:space="preserve"> đ</w:t>
      </w:r>
      <w:r w:rsidRPr="0051677C">
        <w:rPr>
          <w:rFonts w:eastAsia="Calibri" w:cs="Times New Roman"/>
          <w:b/>
          <w:color w:val="auto"/>
          <w:sz w:val="28"/>
          <w:szCs w:val="28"/>
        </w:rPr>
        <w:t>ạ</w:t>
      </w:r>
      <w:r w:rsidRPr="0051677C">
        <w:rPr>
          <w:rFonts w:eastAsia="Calibri" w:cs="Times New Roman"/>
          <w:b/>
          <w:color w:val="auto"/>
          <w:sz w:val="28"/>
          <w:szCs w:val="28"/>
        </w:rPr>
        <w:t>t đư</w:t>
      </w:r>
      <w:r w:rsidRPr="0051677C">
        <w:rPr>
          <w:rFonts w:eastAsia="Calibri" w:cs="Times New Roman"/>
          <w:b/>
          <w:color w:val="auto"/>
          <w:sz w:val="28"/>
          <w:szCs w:val="28"/>
        </w:rPr>
        <w:t>ợ</w:t>
      </w:r>
      <w:r w:rsidRPr="0051677C">
        <w:rPr>
          <w:rFonts w:eastAsia="Calibri" w:cs="Times New Roman"/>
          <w:b/>
          <w:color w:val="auto"/>
          <w:sz w:val="28"/>
          <w:szCs w:val="28"/>
        </w:rPr>
        <w:t>c</w:t>
      </w:r>
    </w:p>
    <w:p w:rsidR="0081002A" w:rsidRPr="00B66CC6" w:rsidRDefault="00442FE1" w:rsidP="0051677C">
      <w:pPr>
        <w:spacing w:after="80" w:line="288" w:lineRule="auto"/>
        <w:ind w:firstLine="720"/>
        <w:jc w:val="both"/>
        <w:rPr>
          <w:rFonts w:eastAsia="Calibri" w:cs="Times New Roman"/>
          <w:color w:val="auto"/>
          <w:sz w:val="28"/>
          <w:szCs w:val="28"/>
        </w:rPr>
      </w:pPr>
      <w:r w:rsidRPr="00B66CC6">
        <w:rPr>
          <w:rFonts w:eastAsia="Calibri" w:cs="Times New Roman"/>
          <w:color w:val="auto"/>
          <w:sz w:val="28"/>
          <w:szCs w:val="28"/>
        </w:rPr>
        <w:t xml:space="preserve">Qua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hơn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03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năm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tri</w:t>
      </w:r>
      <w:r w:rsidRPr="00B66CC6">
        <w:rPr>
          <w:rFonts w:eastAsia="Calibri" w:cs="Times New Roman"/>
          <w:color w:val="auto"/>
          <w:sz w:val="28"/>
          <w:szCs w:val="28"/>
        </w:rPr>
        <w:t>ể</w:t>
      </w:r>
      <w:r w:rsidRPr="00B66CC6">
        <w:rPr>
          <w:rFonts w:eastAsia="Calibri" w:cs="Times New Roman"/>
          <w:color w:val="auto"/>
          <w:sz w:val="28"/>
          <w:szCs w:val="28"/>
        </w:rPr>
        <w:t>n khai th</w:t>
      </w:r>
      <w:r w:rsidRPr="00B66CC6">
        <w:rPr>
          <w:rFonts w:eastAsia="Calibri" w:cs="Times New Roman"/>
          <w:color w:val="auto"/>
          <w:sz w:val="28"/>
          <w:szCs w:val="28"/>
        </w:rPr>
        <w:t>ự</w:t>
      </w:r>
      <w:r w:rsidRPr="00B66CC6">
        <w:rPr>
          <w:rFonts w:eastAsia="Calibri" w:cs="Times New Roman"/>
          <w:color w:val="auto"/>
          <w:sz w:val="28"/>
          <w:szCs w:val="28"/>
        </w:rPr>
        <w:t>c hi</w:t>
      </w:r>
      <w:r w:rsidRPr="00B66CC6">
        <w:rPr>
          <w:rFonts w:eastAsia="Calibri" w:cs="Times New Roman"/>
          <w:color w:val="auto"/>
          <w:sz w:val="28"/>
          <w:szCs w:val="28"/>
        </w:rPr>
        <w:t>ệ</w:t>
      </w:r>
      <w:r w:rsidRPr="00B66CC6">
        <w:rPr>
          <w:rFonts w:eastAsia="Calibri" w:cs="Times New Roman"/>
          <w:color w:val="auto"/>
          <w:sz w:val="28"/>
          <w:szCs w:val="28"/>
        </w:rPr>
        <w:t>n, Thông tư s</w:t>
      </w:r>
      <w:r w:rsidRPr="00B66CC6">
        <w:rPr>
          <w:rFonts w:eastAsia="Calibri" w:cs="Times New Roman"/>
          <w:color w:val="auto"/>
          <w:sz w:val="28"/>
          <w:szCs w:val="28"/>
        </w:rPr>
        <w:t>ố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56/2023/TT-BTC đã mang l</w:t>
      </w:r>
      <w:r w:rsidRPr="00B66CC6">
        <w:rPr>
          <w:rFonts w:eastAsia="Calibri" w:cs="Times New Roman"/>
          <w:color w:val="auto"/>
          <w:sz w:val="28"/>
          <w:szCs w:val="28"/>
        </w:rPr>
        <w:t>ạ</w:t>
      </w:r>
      <w:r w:rsidRPr="00B66CC6">
        <w:rPr>
          <w:rFonts w:eastAsia="Calibri" w:cs="Times New Roman"/>
          <w:color w:val="auto"/>
          <w:sz w:val="28"/>
          <w:szCs w:val="28"/>
        </w:rPr>
        <w:t>i nhi</w:t>
      </w:r>
      <w:r w:rsidRPr="00B66CC6">
        <w:rPr>
          <w:rFonts w:eastAsia="Calibri" w:cs="Times New Roman"/>
          <w:color w:val="auto"/>
          <w:sz w:val="28"/>
          <w:szCs w:val="28"/>
        </w:rPr>
        <w:t>ề</w:t>
      </w:r>
      <w:r w:rsidRPr="00B66CC6">
        <w:rPr>
          <w:rFonts w:eastAsia="Calibri" w:cs="Times New Roman"/>
          <w:color w:val="auto"/>
          <w:sz w:val="28"/>
          <w:szCs w:val="28"/>
        </w:rPr>
        <w:t>u k</w:t>
      </w:r>
      <w:r w:rsidRPr="00B66CC6">
        <w:rPr>
          <w:rFonts w:eastAsia="Calibri" w:cs="Times New Roman"/>
          <w:color w:val="auto"/>
          <w:sz w:val="28"/>
          <w:szCs w:val="28"/>
        </w:rPr>
        <w:t>ế</w:t>
      </w:r>
      <w:r w:rsidRPr="00B66CC6">
        <w:rPr>
          <w:rFonts w:eastAsia="Calibri" w:cs="Times New Roman"/>
          <w:color w:val="auto"/>
          <w:sz w:val="28"/>
          <w:szCs w:val="28"/>
        </w:rPr>
        <w:t>t qu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tích c</w:t>
      </w:r>
      <w:r w:rsidRPr="00B66CC6">
        <w:rPr>
          <w:rFonts w:eastAsia="Calibri" w:cs="Times New Roman"/>
          <w:color w:val="auto"/>
          <w:sz w:val="28"/>
          <w:szCs w:val="28"/>
        </w:rPr>
        <w:t>ự</w:t>
      </w:r>
      <w:r w:rsidRPr="00B66CC6">
        <w:rPr>
          <w:rFonts w:eastAsia="Calibri" w:cs="Times New Roman"/>
          <w:color w:val="auto"/>
          <w:sz w:val="28"/>
          <w:szCs w:val="28"/>
        </w:rPr>
        <w:t>c, c</w:t>
      </w:r>
      <w:r w:rsidRPr="00B66CC6">
        <w:rPr>
          <w:rFonts w:eastAsia="Calibri" w:cs="Times New Roman"/>
          <w:color w:val="auto"/>
          <w:sz w:val="28"/>
          <w:szCs w:val="28"/>
        </w:rPr>
        <w:t>ụ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th</w:t>
      </w:r>
      <w:r w:rsidRPr="00B66CC6">
        <w:rPr>
          <w:rFonts w:eastAsia="Calibri" w:cs="Times New Roman"/>
          <w:color w:val="auto"/>
          <w:sz w:val="28"/>
          <w:szCs w:val="28"/>
        </w:rPr>
        <w:t>ể</w:t>
      </w:r>
      <w:r w:rsidRPr="00B66CC6">
        <w:rPr>
          <w:rFonts w:eastAsia="Calibri" w:cs="Times New Roman"/>
          <w:color w:val="auto"/>
          <w:sz w:val="28"/>
          <w:szCs w:val="28"/>
        </w:rPr>
        <w:t>:</w:t>
      </w:r>
    </w:p>
    <w:p w:rsidR="0081002A" w:rsidRPr="00B66CC6" w:rsidRDefault="00442FE1" w:rsidP="0051677C">
      <w:pPr>
        <w:spacing w:after="80" w:line="288" w:lineRule="auto"/>
        <w:ind w:firstLine="720"/>
        <w:jc w:val="both"/>
        <w:rPr>
          <w:rFonts w:eastAsia="Calibri" w:cs="Times New Roman"/>
          <w:color w:val="auto"/>
          <w:sz w:val="28"/>
          <w:szCs w:val="28"/>
        </w:rPr>
      </w:pP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Th</w:t>
      </w:r>
      <w:r w:rsidRPr="00B66CC6">
        <w:rPr>
          <w:rFonts w:eastAsia="Calibri" w:cs="Times New Roman"/>
          <w:color w:val="auto"/>
          <w:sz w:val="28"/>
          <w:szCs w:val="28"/>
        </w:rPr>
        <w:t>ứ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nh</w:t>
      </w:r>
      <w:r w:rsidRPr="00B66CC6">
        <w:rPr>
          <w:rFonts w:eastAsia="Calibri" w:cs="Times New Roman"/>
          <w:color w:val="auto"/>
          <w:sz w:val="28"/>
          <w:szCs w:val="28"/>
        </w:rPr>
        <w:t>ấ</w:t>
      </w:r>
      <w:r w:rsidRPr="00B66CC6">
        <w:rPr>
          <w:rFonts w:eastAsia="Calibri" w:cs="Times New Roman"/>
          <w:color w:val="auto"/>
          <w:sz w:val="28"/>
          <w:szCs w:val="28"/>
        </w:rPr>
        <w:t>t, t</w:t>
      </w:r>
      <w:r w:rsidRPr="00B66CC6">
        <w:rPr>
          <w:rFonts w:eastAsia="Calibri" w:cs="Times New Roman"/>
          <w:color w:val="auto"/>
          <w:sz w:val="28"/>
          <w:szCs w:val="28"/>
        </w:rPr>
        <w:t>ạ</w:t>
      </w:r>
      <w:r w:rsidRPr="00B66CC6">
        <w:rPr>
          <w:rFonts w:eastAsia="Calibri" w:cs="Times New Roman"/>
          <w:color w:val="auto"/>
          <w:sz w:val="28"/>
          <w:szCs w:val="28"/>
        </w:rPr>
        <w:t>o hành lang pháp lý th</w:t>
      </w:r>
      <w:r w:rsidRPr="00B66CC6">
        <w:rPr>
          <w:rFonts w:eastAsia="Calibri" w:cs="Times New Roman"/>
          <w:color w:val="auto"/>
          <w:sz w:val="28"/>
          <w:szCs w:val="28"/>
        </w:rPr>
        <w:t>ố</w:t>
      </w:r>
      <w:r w:rsidRPr="00B66CC6">
        <w:rPr>
          <w:rFonts w:eastAsia="Calibri" w:cs="Times New Roman"/>
          <w:color w:val="auto"/>
          <w:sz w:val="28"/>
          <w:szCs w:val="28"/>
        </w:rPr>
        <w:t>ng nh</w:t>
      </w:r>
      <w:r w:rsidRPr="00B66CC6">
        <w:rPr>
          <w:rFonts w:eastAsia="Calibri" w:cs="Times New Roman"/>
          <w:color w:val="auto"/>
          <w:sz w:val="28"/>
          <w:szCs w:val="28"/>
        </w:rPr>
        <w:t>ấ</w:t>
      </w:r>
      <w:r w:rsidRPr="00B66CC6">
        <w:rPr>
          <w:rFonts w:eastAsia="Calibri" w:cs="Times New Roman"/>
          <w:color w:val="auto"/>
          <w:sz w:val="28"/>
          <w:szCs w:val="28"/>
        </w:rPr>
        <w:t>t, toàn di</w:t>
      </w:r>
      <w:r w:rsidRPr="00B66CC6">
        <w:rPr>
          <w:rFonts w:eastAsia="Calibri" w:cs="Times New Roman"/>
          <w:color w:val="auto"/>
          <w:sz w:val="28"/>
          <w:szCs w:val="28"/>
        </w:rPr>
        <w:t>ệ</w:t>
      </w:r>
      <w:r w:rsidRPr="00B66CC6">
        <w:rPr>
          <w:rFonts w:eastAsia="Calibri" w:cs="Times New Roman"/>
          <w:color w:val="auto"/>
          <w:sz w:val="28"/>
          <w:szCs w:val="28"/>
        </w:rPr>
        <w:t>n: Vi</w:t>
      </w:r>
      <w:r w:rsidRPr="00B66CC6">
        <w:rPr>
          <w:rFonts w:eastAsia="Calibri" w:cs="Times New Roman"/>
          <w:color w:val="auto"/>
          <w:sz w:val="28"/>
          <w:szCs w:val="28"/>
        </w:rPr>
        <w:t>ệ</w:t>
      </w:r>
      <w:r w:rsidRPr="00B66CC6">
        <w:rPr>
          <w:rFonts w:eastAsia="Calibri" w:cs="Times New Roman"/>
          <w:color w:val="auto"/>
          <w:sz w:val="28"/>
          <w:szCs w:val="28"/>
        </w:rPr>
        <w:t>c tích h</w:t>
      </w:r>
      <w:r w:rsidRPr="00B66CC6">
        <w:rPr>
          <w:rFonts w:eastAsia="Calibri" w:cs="Times New Roman"/>
          <w:color w:val="auto"/>
          <w:sz w:val="28"/>
          <w:szCs w:val="28"/>
        </w:rPr>
        <w:t>ợ</w:t>
      </w:r>
      <w:r w:rsidRPr="00B66CC6">
        <w:rPr>
          <w:rFonts w:eastAsia="Calibri" w:cs="Times New Roman"/>
          <w:color w:val="auto"/>
          <w:sz w:val="28"/>
          <w:szCs w:val="28"/>
        </w:rPr>
        <w:t>p, thay th</w:t>
      </w:r>
      <w:r w:rsidRPr="00B66CC6">
        <w:rPr>
          <w:rFonts w:eastAsia="Calibri" w:cs="Times New Roman"/>
          <w:color w:val="auto"/>
          <w:sz w:val="28"/>
          <w:szCs w:val="28"/>
        </w:rPr>
        <w:t>ế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hai Thông tư liên t</w:t>
      </w:r>
      <w:r w:rsidRPr="00B66CC6">
        <w:rPr>
          <w:rFonts w:eastAsia="Calibri" w:cs="Times New Roman"/>
          <w:color w:val="auto"/>
          <w:sz w:val="28"/>
          <w:szCs w:val="28"/>
        </w:rPr>
        <w:t>ị</w:t>
      </w:r>
      <w:r w:rsidRPr="00B66CC6">
        <w:rPr>
          <w:rFonts w:eastAsia="Calibri" w:cs="Times New Roman"/>
          <w:color w:val="auto"/>
          <w:sz w:val="28"/>
          <w:szCs w:val="28"/>
        </w:rPr>
        <w:t>ch trư</w:t>
      </w:r>
      <w:r w:rsidRPr="00B66CC6">
        <w:rPr>
          <w:rFonts w:eastAsia="Calibri" w:cs="Times New Roman"/>
          <w:color w:val="auto"/>
          <w:sz w:val="28"/>
          <w:szCs w:val="28"/>
        </w:rPr>
        <w:t>ớ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c đây </w:t>
      </w:r>
      <w:r w:rsidRPr="00B66CC6">
        <w:rPr>
          <w:rFonts w:eastAsia="Calibri" w:cs="Times New Roman"/>
          <w:color w:val="auto"/>
          <w:sz w:val="28"/>
          <w:szCs w:val="28"/>
        </w:rPr>
        <w:t>(TTLT s</w:t>
      </w:r>
      <w:r w:rsidRPr="00B66CC6">
        <w:rPr>
          <w:rFonts w:eastAsia="Calibri" w:cs="Times New Roman"/>
          <w:color w:val="auto"/>
          <w:sz w:val="28"/>
          <w:szCs w:val="28"/>
        </w:rPr>
        <w:t>ố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14/2014 và TTLT s</w:t>
      </w:r>
      <w:r w:rsidRPr="00B66CC6">
        <w:rPr>
          <w:rFonts w:eastAsia="Calibri" w:cs="Times New Roman"/>
          <w:color w:val="auto"/>
          <w:sz w:val="28"/>
          <w:szCs w:val="28"/>
        </w:rPr>
        <w:t>ố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100/2014) b</w:t>
      </w:r>
      <w:r w:rsidRPr="00B66CC6">
        <w:rPr>
          <w:rFonts w:eastAsia="Calibri" w:cs="Times New Roman"/>
          <w:color w:val="auto"/>
          <w:sz w:val="28"/>
          <w:szCs w:val="28"/>
        </w:rPr>
        <w:t>ằ</w:t>
      </w:r>
      <w:r w:rsidRPr="00B66CC6">
        <w:rPr>
          <w:rFonts w:eastAsia="Calibri" w:cs="Times New Roman"/>
          <w:color w:val="auto"/>
          <w:sz w:val="28"/>
          <w:szCs w:val="28"/>
        </w:rPr>
        <w:t>ng m</w:t>
      </w:r>
      <w:r w:rsidRPr="00B66CC6">
        <w:rPr>
          <w:rFonts w:eastAsia="Calibri" w:cs="Times New Roman"/>
          <w:color w:val="auto"/>
          <w:sz w:val="28"/>
          <w:szCs w:val="28"/>
        </w:rPr>
        <w:t>ộ</w:t>
      </w:r>
      <w:r w:rsidRPr="00B66CC6">
        <w:rPr>
          <w:rFonts w:eastAsia="Calibri" w:cs="Times New Roman"/>
          <w:color w:val="auto"/>
          <w:sz w:val="28"/>
          <w:szCs w:val="28"/>
        </w:rPr>
        <w:t>t văn b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n th</w:t>
      </w:r>
      <w:r w:rsidRPr="00B66CC6">
        <w:rPr>
          <w:rFonts w:eastAsia="Calibri" w:cs="Times New Roman"/>
          <w:color w:val="auto"/>
          <w:sz w:val="28"/>
          <w:szCs w:val="28"/>
        </w:rPr>
        <w:t>ố</w:t>
      </w:r>
      <w:r w:rsidRPr="00B66CC6">
        <w:rPr>
          <w:rFonts w:eastAsia="Calibri" w:cs="Times New Roman"/>
          <w:color w:val="auto"/>
          <w:sz w:val="28"/>
          <w:szCs w:val="28"/>
        </w:rPr>
        <w:t>ng nh</w:t>
      </w:r>
      <w:r w:rsidRPr="00B66CC6">
        <w:rPr>
          <w:rFonts w:eastAsia="Calibri" w:cs="Times New Roman"/>
          <w:color w:val="auto"/>
          <w:sz w:val="28"/>
          <w:szCs w:val="28"/>
        </w:rPr>
        <w:t>ấ</w:t>
      </w:r>
      <w:r w:rsidRPr="00B66CC6">
        <w:rPr>
          <w:rFonts w:eastAsia="Calibri" w:cs="Times New Roman"/>
          <w:color w:val="auto"/>
          <w:sz w:val="28"/>
          <w:szCs w:val="28"/>
        </w:rPr>
        <w:t>t đã kh</w:t>
      </w:r>
      <w:r w:rsidRPr="00B66CC6">
        <w:rPr>
          <w:rFonts w:eastAsia="Calibri" w:cs="Times New Roman"/>
          <w:color w:val="auto"/>
          <w:sz w:val="28"/>
          <w:szCs w:val="28"/>
        </w:rPr>
        <w:t>ắ</w:t>
      </w:r>
      <w:r w:rsidRPr="00B66CC6">
        <w:rPr>
          <w:rFonts w:eastAsia="Calibri" w:cs="Times New Roman"/>
          <w:color w:val="auto"/>
          <w:sz w:val="28"/>
          <w:szCs w:val="28"/>
        </w:rPr>
        <w:t>c ph</w:t>
      </w:r>
      <w:r w:rsidRPr="00B66CC6">
        <w:rPr>
          <w:rFonts w:eastAsia="Calibri" w:cs="Times New Roman"/>
          <w:color w:val="auto"/>
          <w:sz w:val="28"/>
          <w:szCs w:val="28"/>
        </w:rPr>
        <w:t>ụ</w:t>
      </w:r>
      <w:r w:rsidRPr="00B66CC6">
        <w:rPr>
          <w:rFonts w:eastAsia="Calibri" w:cs="Times New Roman"/>
          <w:color w:val="auto"/>
          <w:sz w:val="28"/>
          <w:szCs w:val="28"/>
        </w:rPr>
        <w:t>c tình tr</w:t>
      </w:r>
      <w:r w:rsidRPr="00B66CC6">
        <w:rPr>
          <w:rFonts w:eastAsia="Calibri" w:cs="Times New Roman"/>
          <w:color w:val="auto"/>
          <w:sz w:val="28"/>
          <w:szCs w:val="28"/>
        </w:rPr>
        <w:t>ạ</w:t>
      </w:r>
      <w:r w:rsidRPr="00B66CC6">
        <w:rPr>
          <w:rFonts w:eastAsia="Calibri" w:cs="Times New Roman"/>
          <w:color w:val="auto"/>
          <w:sz w:val="28"/>
          <w:szCs w:val="28"/>
        </w:rPr>
        <w:t>ng phân tán, ch</w:t>
      </w:r>
      <w:r w:rsidRPr="00B66CC6">
        <w:rPr>
          <w:rFonts w:eastAsia="Calibri" w:cs="Times New Roman"/>
          <w:color w:val="auto"/>
          <w:sz w:val="28"/>
          <w:szCs w:val="28"/>
        </w:rPr>
        <w:t>ồ</w:t>
      </w:r>
      <w:r w:rsidRPr="00B66CC6">
        <w:rPr>
          <w:rFonts w:eastAsia="Calibri" w:cs="Times New Roman"/>
          <w:color w:val="auto"/>
          <w:sz w:val="28"/>
          <w:szCs w:val="28"/>
        </w:rPr>
        <w:t>ng chéo, giúp các cơ quan, đơn v</w:t>
      </w:r>
      <w:r w:rsidRPr="00B66CC6">
        <w:rPr>
          <w:rFonts w:eastAsia="Calibri" w:cs="Times New Roman"/>
          <w:color w:val="auto"/>
          <w:sz w:val="28"/>
          <w:szCs w:val="28"/>
        </w:rPr>
        <w:t>ị</w:t>
      </w:r>
      <w:r w:rsidRPr="00B66CC6">
        <w:rPr>
          <w:rFonts w:eastAsia="Calibri" w:cs="Times New Roman"/>
          <w:color w:val="auto"/>
          <w:sz w:val="28"/>
          <w:szCs w:val="28"/>
        </w:rPr>
        <w:t>, đ</w:t>
      </w:r>
      <w:r w:rsidRPr="00B66CC6">
        <w:rPr>
          <w:rFonts w:eastAsia="Calibri" w:cs="Times New Roman"/>
          <w:color w:val="auto"/>
          <w:sz w:val="28"/>
          <w:szCs w:val="28"/>
        </w:rPr>
        <w:t>ị</w:t>
      </w:r>
      <w:r w:rsidRPr="00B66CC6">
        <w:rPr>
          <w:rFonts w:eastAsia="Calibri" w:cs="Times New Roman"/>
          <w:color w:val="auto"/>
          <w:sz w:val="28"/>
          <w:szCs w:val="28"/>
        </w:rPr>
        <w:t>a phương d</w:t>
      </w:r>
      <w:r w:rsidRPr="00B66CC6">
        <w:rPr>
          <w:rFonts w:eastAsia="Calibri" w:cs="Times New Roman"/>
          <w:color w:val="auto"/>
          <w:sz w:val="28"/>
          <w:szCs w:val="28"/>
        </w:rPr>
        <w:t>ễ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dàng tra c</w:t>
      </w:r>
      <w:r w:rsidRPr="00B66CC6">
        <w:rPr>
          <w:rFonts w:eastAsia="Calibri" w:cs="Times New Roman"/>
          <w:color w:val="auto"/>
          <w:sz w:val="28"/>
          <w:szCs w:val="28"/>
        </w:rPr>
        <w:t>ứ</w:t>
      </w:r>
      <w:r w:rsidRPr="00B66CC6">
        <w:rPr>
          <w:rFonts w:eastAsia="Calibri" w:cs="Times New Roman"/>
          <w:color w:val="auto"/>
          <w:sz w:val="28"/>
          <w:szCs w:val="28"/>
        </w:rPr>
        <w:t>u, áp d</w:t>
      </w:r>
      <w:r w:rsidRPr="00B66CC6">
        <w:rPr>
          <w:rFonts w:eastAsia="Calibri" w:cs="Times New Roman"/>
          <w:color w:val="auto"/>
          <w:sz w:val="28"/>
          <w:szCs w:val="28"/>
        </w:rPr>
        <w:t>ụ</w:t>
      </w:r>
      <w:r w:rsidRPr="00B66CC6">
        <w:rPr>
          <w:rFonts w:eastAsia="Calibri" w:cs="Times New Roman"/>
          <w:color w:val="auto"/>
          <w:sz w:val="28"/>
          <w:szCs w:val="28"/>
        </w:rPr>
        <w:t>ng th</w:t>
      </w:r>
      <w:r w:rsidRPr="00B66CC6">
        <w:rPr>
          <w:rFonts w:eastAsia="Calibri" w:cs="Times New Roman"/>
          <w:color w:val="auto"/>
          <w:sz w:val="28"/>
          <w:szCs w:val="28"/>
        </w:rPr>
        <w:t>ố</w:t>
      </w:r>
      <w:r w:rsidRPr="00B66CC6">
        <w:rPr>
          <w:rFonts w:eastAsia="Calibri" w:cs="Times New Roman"/>
          <w:color w:val="auto"/>
          <w:sz w:val="28"/>
          <w:szCs w:val="28"/>
        </w:rPr>
        <w:t>ng nh</w:t>
      </w:r>
      <w:r w:rsidRPr="00B66CC6">
        <w:rPr>
          <w:rFonts w:eastAsia="Calibri" w:cs="Times New Roman"/>
          <w:color w:val="auto"/>
          <w:sz w:val="28"/>
          <w:szCs w:val="28"/>
        </w:rPr>
        <w:t>ấ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t các quy </w:t>
      </w:r>
      <w:r w:rsidRPr="00B66CC6">
        <w:rPr>
          <w:rFonts w:eastAsia="Calibri" w:cs="Times New Roman"/>
          <w:color w:val="auto"/>
          <w:sz w:val="28"/>
          <w:szCs w:val="28"/>
        </w:rPr>
        <w:lastRenderedPageBreak/>
        <w:t>đ</w:t>
      </w:r>
      <w:r w:rsidRPr="00B66CC6">
        <w:rPr>
          <w:rFonts w:eastAsia="Calibri" w:cs="Times New Roman"/>
          <w:color w:val="auto"/>
          <w:sz w:val="28"/>
          <w:szCs w:val="28"/>
        </w:rPr>
        <w:t>ị</w:t>
      </w:r>
      <w:r w:rsidRPr="00B66CC6">
        <w:rPr>
          <w:rFonts w:eastAsia="Calibri" w:cs="Times New Roman"/>
          <w:color w:val="auto"/>
          <w:sz w:val="28"/>
          <w:szCs w:val="28"/>
        </w:rPr>
        <w:t>nh qu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n lý tài chính cho c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03 lĩnh v</w:t>
      </w:r>
      <w:r w:rsidRPr="00B66CC6">
        <w:rPr>
          <w:rFonts w:eastAsia="Calibri" w:cs="Times New Roman"/>
          <w:color w:val="auto"/>
          <w:sz w:val="28"/>
          <w:szCs w:val="28"/>
        </w:rPr>
        <w:t>ự</w:t>
      </w:r>
      <w:r w:rsidRPr="00B66CC6">
        <w:rPr>
          <w:rFonts w:eastAsia="Calibri" w:cs="Times New Roman"/>
          <w:color w:val="auto"/>
          <w:sz w:val="28"/>
          <w:szCs w:val="28"/>
        </w:rPr>
        <w:t>c: PBGDPL, chu</w:t>
      </w:r>
      <w:r w:rsidRPr="00B66CC6">
        <w:rPr>
          <w:rFonts w:eastAsia="Calibri" w:cs="Times New Roman"/>
          <w:color w:val="auto"/>
          <w:sz w:val="28"/>
          <w:szCs w:val="28"/>
        </w:rPr>
        <w:t>ẩ</w:t>
      </w:r>
      <w:r w:rsidRPr="00B66CC6">
        <w:rPr>
          <w:rFonts w:eastAsia="Calibri" w:cs="Times New Roman"/>
          <w:color w:val="auto"/>
          <w:sz w:val="28"/>
          <w:szCs w:val="28"/>
        </w:rPr>
        <w:t>n ti</w:t>
      </w:r>
      <w:r w:rsidRPr="00B66CC6">
        <w:rPr>
          <w:rFonts w:eastAsia="Calibri" w:cs="Times New Roman"/>
          <w:color w:val="auto"/>
          <w:sz w:val="28"/>
          <w:szCs w:val="28"/>
        </w:rPr>
        <w:t>ế</w:t>
      </w:r>
      <w:r w:rsidRPr="00B66CC6">
        <w:rPr>
          <w:rFonts w:eastAsia="Calibri" w:cs="Times New Roman"/>
          <w:color w:val="auto"/>
          <w:sz w:val="28"/>
          <w:szCs w:val="28"/>
        </w:rPr>
        <w:t>p c</w:t>
      </w:r>
      <w:r w:rsidRPr="00B66CC6">
        <w:rPr>
          <w:rFonts w:eastAsia="Calibri" w:cs="Times New Roman"/>
          <w:color w:val="auto"/>
          <w:sz w:val="28"/>
          <w:szCs w:val="28"/>
        </w:rPr>
        <w:t>ậ</w:t>
      </w:r>
      <w:r w:rsidRPr="00B66CC6">
        <w:rPr>
          <w:rFonts w:eastAsia="Calibri" w:cs="Times New Roman"/>
          <w:color w:val="auto"/>
          <w:sz w:val="28"/>
          <w:szCs w:val="28"/>
        </w:rPr>
        <w:t>n pháp lu</w:t>
      </w:r>
      <w:r w:rsidRPr="00B66CC6">
        <w:rPr>
          <w:rFonts w:eastAsia="Calibri" w:cs="Times New Roman"/>
          <w:color w:val="auto"/>
          <w:sz w:val="28"/>
          <w:szCs w:val="28"/>
        </w:rPr>
        <w:t>ậ</w:t>
      </w:r>
      <w:r w:rsidRPr="00B66CC6">
        <w:rPr>
          <w:rFonts w:eastAsia="Calibri" w:cs="Times New Roman"/>
          <w:color w:val="auto"/>
          <w:sz w:val="28"/>
          <w:szCs w:val="28"/>
        </w:rPr>
        <w:t>t và hòa gi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i </w:t>
      </w:r>
      <w:r w:rsidRPr="00B66CC6">
        <w:rPr>
          <w:rFonts w:eastAsia="Calibri" w:cs="Times New Roman"/>
          <w:color w:val="auto"/>
          <w:sz w:val="28"/>
          <w:szCs w:val="28"/>
        </w:rPr>
        <w:t>ở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cơ s</w:t>
      </w:r>
      <w:r w:rsidRPr="00B66CC6">
        <w:rPr>
          <w:rFonts w:eastAsia="Calibri" w:cs="Times New Roman"/>
          <w:color w:val="auto"/>
          <w:sz w:val="28"/>
          <w:szCs w:val="28"/>
        </w:rPr>
        <w:t>ở</w:t>
      </w:r>
      <w:r w:rsidRPr="00B66CC6">
        <w:rPr>
          <w:rFonts w:eastAsia="Calibri" w:cs="Times New Roman"/>
          <w:color w:val="auto"/>
          <w:sz w:val="28"/>
          <w:szCs w:val="28"/>
        </w:rPr>
        <w:t>.</w:t>
      </w:r>
    </w:p>
    <w:p w:rsidR="0081002A" w:rsidRPr="00B66CC6" w:rsidRDefault="00442FE1">
      <w:pPr>
        <w:spacing w:after="80" w:line="288" w:lineRule="auto"/>
        <w:ind w:firstLine="504"/>
        <w:jc w:val="both"/>
        <w:rPr>
          <w:rFonts w:eastAsia="Calibri" w:cs="Times New Roman"/>
          <w:color w:val="auto"/>
          <w:sz w:val="28"/>
          <w:szCs w:val="28"/>
        </w:rPr>
      </w:pPr>
      <w:r w:rsidRPr="00B66CC6">
        <w:rPr>
          <w:rFonts w:eastAsia="Calibri" w:cs="Times New Roman"/>
          <w:color w:val="auto"/>
          <w:sz w:val="28"/>
          <w:szCs w:val="28"/>
        </w:rPr>
        <w:t>Th</w:t>
      </w:r>
      <w:r w:rsidRPr="00B66CC6">
        <w:rPr>
          <w:rFonts w:eastAsia="Calibri" w:cs="Times New Roman"/>
          <w:color w:val="auto"/>
          <w:sz w:val="28"/>
          <w:szCs w:val="28"/>
        </w:rPr>
        <w:t>ứ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hai, đ</w:t>
      </w:r>
      <w:r w:rsidRPr="00B66CC6">
        <w:rPr>
          <w:rFonts w:eastAsia="Calibri" w:cs="Times New Roman"/>
          <w:color w:val="auto"/>
          <w:sz w:val="28"/>
          <w:szCs w:val="28"/>
        </w:rPr>
        <w:t>ị</w:t>
      </w:r>
      <w:r w:rsidRPr="00B66CC6">
        <w:rPr>
          <w:rFonts w:eastAsia="Calibri" w:cs="Times New Roman"/>
          <w:color w:val="auto"/>
          <w:sz w:val="28"/>
          <w:szCs w:val="28"/>
        </w:rPr>
        <w:t>nh m</w:t>
      </w:r>
      <w:r w:rsidRPr="00B66CC6">
        <w:rPr>
          <w:rFonts w:eastAsia="Calibri" w:cs="Times New Roman"/>
          <w:color w:val="auto"/>
          <w:sz w:val="28"/>
          <w:szCs w:val="28"/>
        </w:rPr>
        <w:t>ứ</w:t>
      </w:r>
      <w:r w:rsidRPr="00B66CC6">
        <w:rPr>
          <w:rFonts w:eastAsia="Calibri" w:cs="Times New Roman"/>
          <w:color w:val="auto"/>
          <w:sz w:val="28"/>
          <w:szCs w:val="28"/>
        </w:rPr>
        <w:t>c chi đư</w:t>
      </w:r>
      <w:r w:rsidRPr="00B66CC6">
        <w:rPr>
          <w:rFonts w:eastAsia="Calibri" w:cs="Times New Roman"/>
          <w:color w:val="auto"/>
          <w:sz w:val="28"/>
          <w:szCs w:val="28"/>
        </w:rPr>
        <w:t>ợ</w:t>
      </w:r>
      <w:r w:rsidRPr="00B66CC6">
        <w:rPr>
          <w:rFonts w:eastAsia="Calibri" w:cs="Times New Roman"/>
          <w:color w:val="auto"/>
          <w:sz w:val="28"/>
          <w:szCs w:val="28"/>
        </w:rPr>
        <w:t>c nâng lên phù h</w:t>
      </w:r>
      <w:r w:rsidRPr="00B66CC6">
        <w:rPr>
          <w:rFonts w:eastAsia="Calibri" w:cs="Times New Roman"/>
          <w:color w:val="auto"/>
          <w:sz w:val="28"/>
          <w:szCs w:val="28"/>
        </w:rPr>
        <w:t>ợ</w:t>
      </w:r>
      <w:r w:rsidRPr="00B66CC6">
        <w:rPr>
          <w:rFonts w:eastAsia="Calibri" w:cs="Times New Roman"/>
          <w:color w:val="auto"/>
          <w:sz w:val="28"/>
          <w:szCs w:val="28"/>
        </w:rPr>
        <w:t>p v</w:t>
      </w:r>
      <w:r w:rsidRPr="00B66CC6">
        <w:rPr>
          <w:rFonts w:eastAsia="Calibri" w:cs="Times New Roman"/>
          <w:color w:val="auto"/>
          <w:sz w:val="28"/>
          <w:szCs w:val="28"/>
        </w:rPr>
        <w:t>ớ</w:t>
      </w:r>
      <w:r w:rsidRPr="00B66CC6">
        <w:rPr>
          <w:rFonts w:eastAsia="Calibri" w:cs="Times New Roman"/>
          <w:color w:val="auto"/>
          <w:sz w:val="28"/>
          <w:szCs w:val="28"/>
        </w:rPr>
        <w:t>i bi</w:t>
      </w:r>
      <w:r w:rsidRPr="00B66CC6">
        <w:rPr>
          <w:rFonts w:eastAsia="Calibri" w:cs="Times New Roman"/>
          <w:color w:val="auto"/>
          <w:sz w:val="28"/>
          <w:szCs w:val="28"/>
        </w:rPr>
        <w:t>ế</w:t>
      </w:r>
      <w:r w:rsidRPr="00B66CC6">
        <w:rPr>
          <w:rFonts w:eastAsia="Calibri" w:cs="Times New Roman"/>
          <w:color w:val="auto"/>
          <w:sz w:val="28"/>
          <w:szCs w:val="28"/>
        </w:rPr>
        <w:t>n đ</w:t>
      </w:r>
      <w:r w:rsidRPr="00B66CC6">
        <w:rPr>
          <w:rFonts w:eastAsia="Calibri" w:cs="Times New Roman"/>
          <w:color w:val="auto"/>
          <w:sz w:val="28"/>
          <w:szCs w:val="28"/>
        </w:rPr>
        <w:t>ộ</w:t>
      </w:r>
      <w:r w:rsidRPr="00B66CC6">
        <w:rPr>
          <w:rFonts w:eastAsia="Calibri" w:cs="Times New Roman"/>
          <w:color w:val="auto"/>
          <w:sz w:val="28"/>
          <w:szCs w:val="28"/>
        </w:rPr>
        <w:t>ng giá c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và t</w:t>
      </w:r>
      <w:r w:rsidRPr="00B66CC6">
        <w:rPr>
          <w:rFonts w:eastAsia="Calibri" w:cs="Times New Roman"/>
          <w:color w:val="auto"/>
          <w:sz w:val="28"/>
          <w:szCs w:val="28"/>
        </w:rPr>
        <w:t>ạ</w:t>
      </w:r>
      <w:r w:rsidRPr="00B66CC6">
        <w:rPr>
          <w:rFonts w:eastAsia="Calibri" w:cs="Times New Roman"/>
          <w:color w:val="auto"/>
          <w:sz w:val="28"/>
          <w:szCs w:val="28"/>
        </w:rPr>
        <w:t>o đ</w:t>
      </w:r>
      <w:r w:rsidRPr="00B66CC6">
        <w:rPr>
          <w:rFonts w:eastAsia="Calibri" w:cs="Times New Roman"/>
          <w:color w:val="auto"/>
          <w:sz w:val="28"/>
          <w:szCs w:val="28"/>
        </w:rPr>
        <w:t>ộ</w:t>
      </w:r>
      <w:r w:rsidRPr="00B66CC6">
        <w:rPr>
          <w:rFonts w:eastAsia="Calibri" w:cs="Times New Roman"/>
          <w:color w:val="auto"/>
          <w:sz w:val="28"/>
          <w:szCs w:val="28"/>
        </w:rPr>
        <w:t>ng l</w:t>
      </w:r>
      <w:r w:rsidRPr="00B66CC6">
        <w:rPr>
          <w:rFonts w:eastAsia="Calibri" w:cs="Times New Roman"/>
          <w:color w:val="auto"/>
          <w:sz w:val="28"/>
          <w:szCs w:val="28"/>
        </w:rPr>
        <w:t>ự</w:t>
      </w:r>
      <w:r w:rsidRPr="00B66CC6">
        <w:rPr>
          <w:rFonts w:eastAsia="Calibri" w:cs="Times New Roman"/>
          <w:color w:val="auto"/>
          <w:sz w:val="28"/>
          <w:szCs w:val="28"/>
        </w:rPr>
        <w:t>c cho cơ s</w:t>
      </w:r>
      <w:r w:rsidRPr="00B66CC6">
        <w:rPr>
          <w:rFonts w:eastAsia="Calibri" w:cs="Times New Roman"/>
          <w:color w:val="auto"/>
          <w:sz w:val="28"/>
          <w:szCs w:val="28"/>
        </w:rPr>
        <w:t>ở</w:t>
      </w:r>
      <w:r w:rsidRPr="00B66CC6">
        <w:rPr>
          <w:rFonts w:eastAsia="Calibri" w:cs="Times New Roman"/>
          <w:color w:val="auto"/>
          <w:sz w:val="28"/>
          <w:szCs w:val="28"/>
        </w:rPr>
        <w:t>: Thông tư đã k</w:t>
      </w:r>
      <w:r w:rsidRPr="00B66CC6">
        <w:rPr>
          <w:rFonts w:eastAsia="Calibri" w:cs="Times New Roman"/>
          <w:color w:val="auto"/>
          <w:sz w:val="28"/>
          <w:szCs w:val="28"/>
        </w:rPr>
        <w:t>ị</w:t>
      </w:r>
      <w:r w:rsidRPr="00B66CC6">
        <w:rPr>
          <w:rFonts w:eastAsia="Calibri" w:cs="Times New Roman"/>
          <w:color w:val="auto"/>
          <w:sz w:val="28"/>
          <w:szCs w:val="28"/>
        </w:rPr>
        <w:t>p th</w:t>
      </w:r>
      <w:r w:rsidRPr="00B66CC6">
        <w:rPr>
          <w:rFonts w:eastAsia="Calibri" w:cs="Times New Roman"/>
          <w:color w:val="auto"/>
          <w:sz w:val="28"/>
          <w:szCs w:val="28"/>
        </w:rPr>
        <w:t>ờ</w:t>
      </w:r>
      <w:r w:rsidRPr="00B66CC6">
        <w:rPr>
          <w:rFonts w:eastAsia="Calibri" w:cs="Times New Roman"/>
          <w:color w:val="auto"/>
          <w:sz w:val="28"/>
          <w:szCs w:val="28"/>
        </w:rPr>
        <w:t>i đi</w:t>
      </w:r>
      <w:r w:rsidRPr="00B66CC6">
        <w:rPr>
          <w:rFonts w:eastAsia="Calibri" w:cs="Times New Roman"/>
          <w:color w:val="auto"/>
          <w:sz w:val="28"/>
          <w:szCs w:val="28"/>
        </w:rPr>
        <w:t>ề</w:t>
      </w:r>
      <w:r w:rsidRPr="00B66CC6">
        <w:rPr>
          <w:rFonts w:eastAsia="Calibri" w:cs="Times New Roman"/>
          <w:color w:val="auto"/>
          <w:sz w:val="28"/>
          <w:szCs w:val="28"/>
        </w:rPr>
        <w:t>u ch</w:t>
      </w:r>
      <w:r w:rsidRPr="00B66CC6">
        <w:rPr>
          <w:rFonts w:eastAsia="Calibri" w:cs="Times New Roman"/>
          <w:color w:val="auto"/>
          <w:sz w:val="28"/>
          <w:szCs w:val="28"/>
        </w:rPr>
        <w:t>ỉ</w:t>
      </w:r>
      <w:r w:rsidRPr="00B66CC6">
        <w:rPr>
          <w:rFonts w:eastAsia="Calibri" w:cs="Times New Roman"/>
          <w:color w:val="auto"/>
          <w:sz w:val="28"/>
          <w:szCs w:val="28"/>
        </w:rPr>
        <w:t>nh tăng nhi</w:t>
      </w:r>
      <w:r w:rsidRPr="00B66CC6">
        <w:rPr>
          <w:rFonts w:eastAsia="Calibri" w:cs="Times New Roman"/>
          <w:color w:val="auto"/>
          <w:sz w:val="28"/>
          <w:szCs w:val="28"/>
        </w:rPr>
        <w:t>ề</w:t>
      </w:r>
      <w:r w:rsidRPr="00B66CC6">
        <w:rPr>
          <w:rFonts w:eastAsia="Calibri" w:cs="Times New Roman"/>
          <w:color w:val="auto"/>
          <w:sz w:val="28"/>
          <w:szCs w:val="28"/>
        </w:rPr>
        <w:t>u đ</w:t>
      </w:r>
      <w:r w:rsidRPr="00B66CC6">
        <w:rPr>
          <w:rFonts w:eastAsia="Calibri" w:cs="Times New Roman"/>
          <w:color w:val="auto"/>
          <w:sz w:val="28"/>
          <w:szCs w:val="28"/>
        </w:rPr>
        <w:t>ị</w:t>
      </w:r>
      <w:r w:rsidRPr="00B66CC6">
        <w:rPr>
          <w:rFonts w:eastAsia="Calibri" w:cs="Times New Roman"/>
          <w:color w:val="auto"/>
          <w:sz w:val="28"/>
          <w:szCs w:val="28"/>
        </w:rPr>
        <w:t>nh m</w:t>
      </w:r>
      <w:r w:rsidRPr="00B66CC6">
        <w:rPr>
          <w:rFonts w:eastAsia="Calibri" w:cs="Times New Roman"/>
          <w:color w:val="auto"/>
          <w:sz w:val="28"/>
          <w:szCs w:val="28"/>
        </w:rPr>
        <w:t>ứ</w:t>
      </w:r>
      <w:r w:rsidRPr="00B66CC6">
        <w:rPr>
          <w:rFonts w:eastAsia="Calibri" w:cs="Times New Roman"/>
          <w:color w:val="auto"/>
          <w:sz w:val="28"/>
          <w:szCs w:val="28"/>
        </w:rPr>
        <w:t>c chi quan tr</w:t>
      </w:r>
      <w:r w:rsidRPr="00B66CC6">
        <w:rPr>
          <w:rFonts w:eastAsia="Calibri" w:cs="Times New Roman"/>
          <w:color w:val="auto"/>
          <w:sz w:val="28"/>
          <w:szCs w:val="28"/>
        </w:rPr>
        <w:t>ọ</w:t>
      </w:r>
      <w:r w:rsidRPr="00B66CC6">
        <w:rPr>
          <w:rFonts w:eastAsia="Calibri" w:cs="Times New Roman"/>
          <w:color w:val="auto"/>
          <w:sz w:val="28"/>
          <w:szCs w:val="28"/>
        </w:rPr>
        <w:t>ng so v</w:t>
      </w:r>
      <w:r w:rsidRPr="00B66CC6">
        <w:rPr>
          <w:rFonts w:eastAsia="Calibri" w:cs="Times New Roman"/>
          <w:color w:val="auto"/>
          <w:sz w:val="28"/>
          <w:szCs w:val="28"/>
        </w:rPr>
        <w:t>ớ</w:t>
      </w:r>
      <w:r w:rsidRPr="00B66CC6">
        <w:rPr>
          <w:rFonts w:eastAsia="Calibri" w:cs="Times New Roman"/>
          <w:color w:val="auto"/>
          <w:sz w:val="28"/>
          <w:szCs w:val="28"/>
        </w:rPr>
        <w:t>i quy đ</w:t>
      </w:r>
      <w:r w:rsidRPr="00B66CC6">
        <w:rPr>
          <w:rFonts w:eastAsia="Calibri" w:cs="Times New Roman"/>
          <w:color w:val="auto"/>
          <w:sz w:val="28"/>
          <w:szCs w:val="28"/>
        </w:rPr>
        <w:t>ị</w:t>
      </w:r>
      <w:r w:rsidRPr="00B66CC6">
        <w:rPr>
          <w:rFonts w:eastAsia="Calibri" w:cs="Times New Roman"/>
          <w:color w:val="auto"/>
          <w:sz w:val="28"/>
          <w:szCs w:val="28"/>
        </w:rPr>
        <w:t>nh cũ:</w:t>
      </w:r>
    </w:p>
    <w:p w:rsidR="0081002A" w:rsidRPr="00B66CC6" w:rsidRDefault="00442FE1">
      <w:pPr>
        <w:spacing w:after="80" w:line="288" w:lineRule="auto"/>
        <w:ind w:firstLine="504"/>
        <w:jc w:val="both"/>
        <w:rPr>
          <w:rFonts w:eastAsia="Calibri" w:cs="Times New Roman"/>
          <w:color w:val="auto"/>
          <w:sz w:val="28"/>
          <w:szCs w:val="28"/>
        </w:rPr>
      </w:pPr>
      <w:r w:rsidRPr="00B66CC6">
        <w:rPr>
          <w:rFonts w:eastAsia="Calibri" w:cs="Times New Roman"/>
          <w:color w:val="auto"/>
          <w:sz w:val="28"/>
          <w:szCs w:val="28"/>
        </w:rPr>
        <w:t>+ Chi thù lao cho hòa gi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i viên tr</w:t>
      </w:r>
      <w:r w:rsidRPr="00B66CC6">
        <w:rPr>
          <w:rFonts w:eastAsia="Calibri" w:cs="Times New Roman"/>
          <w:color w:val="auto"/>
          <w:sz w:val="28"/>
          <w:szCs w:val="28"/>
        </w:rPr>
        <w:t>ự</w:t>
      </w:r>
      <w:r w:rsidRPr="00B66CC6">
        <w:rPr>
          <w:rFonts w:eastAsia="Calibri" w:cs="Times New Roman"/>
          <w:color w:val="auto"/>
          <w:sz w:val="28"/>
          <w:szCs w:val="28"/>
        </w:rPr>
        <w:t>c ti</w:t>
      </w:r>
      <w:r w:rsidRPr="00B66CC6">
        <w:rPr>
          <w:rFonts w:eastAsia="Calibri" w:cs="Times New Roman"/>
          <w:color w:val="auto"/>
          <w:sz w:val="28"/>
          <w:szCs w:val="28"/>
        </w:rPr>
        <w:t>ế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p </w:t>
      </w:r>
      <w:r w:rsidRPr="00B66CC6">
        <w:rPr>
          <w:rFonts w:eastAsia="Calibri" w:cs="Times New Roman"/>
          <w:color w:val="auto"/>
          <w:sz w:val="28"/>
          <w:szCs w:val="28"/>
        </w:rPr>
        <w:t>tham gia v</w:t>
      </w:r>
      <w:r w:rsidRPr="00B66CC6">
        <w:rPr>
          <w:rFonts w:eastAsia="Calibri" w:cs="Times New Roman"/>
          <w:color w:val="auto"/>
          <w:sz w:val="28"/>
          <w:szCs w:val="28"/>
        </w:rPr>
        <w:t>ụ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vi</w:t>
      </w:r>
      <w:r w:rsidRPr="00B66CC6">
        <w:rPr>
          <w:rFonts w:eastAsia="Calibri" w:cs="Times New Roman"/>
          <w:color w:val="auto"/>
          <w:sz w:val="28"/>
          <w:szCs w:val="28"/>
        </w:rPr>
        <w:t>ệ</w:t>
      </w:r>
      <w:r w:rsidRPr="00B66CC6">
        <w:rPr>
          <w:rFonts w:eastAsia="Calibri" w:cs="Times New Roman"/>
          <w:color w:val="auto"/>
          <w:sz w:val="28"/>
          <w:szCs w:val="28"/>
        </w:rPr>
        <w:t>c hòa gi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i tăng t</w:t>
      </w:r>
      <w:r w:rsidRPr="00B66CC6">
        <w:rPr>
          <w:rFonts w:eastAsia="Calibri" w:cs="Times New Roman"/>
          <w:color w:val="auto"/>
          <w:sz w:val="28"/>
          <w:szCs w:val="28"/>
        </w:rPr>
        <w:t>ừ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200.000 đ</w:t>
      </w:r>
      <w:r w:rsidRPr="00B66CC6">
        <w:rPr>
          <w:rFonts w:eastAsia="Calibri" w:cs="Times New Roman"/>
          <w:color w:val="auto"/>
          <w:sz w:val="28"/>
          <w:szCs w:val="28"/>
        </w:rPr>
        <w:t>ồ</w:t>
      </w:r>
      <w:r w:rsidRPr="00B66CC6">
        <w:rPr>
          <w:rFonts w:eastAsia="Calibri" w:cs="Times New Roman"/>
          <w:color w:val="auto"/>
          <w:sz w:val="28"/>
          <w:szCs w:val="28"/>
        </w:rPr>
        <w:t>ng lên 300.000 đ</w:t>
      </w:r>
      <w:r w:rsidRPr="00B66CC6">
        <w:rPr>
          <w:rFonts w:eastAsia="Calibri" w:cs="Times New Roman"/>
          <w:color w:val="auto"/>
          <w:sz w:val="28"/>
          <w:szCs w:val="28"/>
        </w:rPr>
        <w:t>ồ</w:t>
      </w:r>
      <w:r w:rsidRPr="00B66CC6">
        <w:rPr>
          <w:rFonts w:eastAsia="Calibri" w:cs="Times New Roman"/>
          <w:color w:val="auto"/>
          <w:sz w:val="28"/>
          <w:szCs w:val="28"/>
        </w:rPr>
        <w:t>ng/v</w:t>
      </w:r>
      <w:r w:rsidRPr="00B66CC6">
        <w:rPr>
          <w:rFonts w:eastAsia="Calibri" w:cs="Times New Roman"/>
          <w:color w:val="auto"/>
          <w:sz w:val="28"/>
          <w:szCs w:val="28"/>
        </w:rPr>
        <w:t>ụ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vi</w:t>
      </w:r>
      <w:r w:rsidRPr="00B66CC6">
        <w:rPr>
          <w:rFonts w:eastAsia="Calibri" w:cs="Times New Roman"/>
          <w:color w:val="auto"/>
          <w:sz w:val="28"/>
          <w:szCs w:val="28"/>
        </w:rPr>
        <w:t>ệ</w:t>
      </w:r>
      <w:r w:rsidRPr="00B66CC6">
        <w:rPr>
          <w:rFonts w:eastAsia="Calibri" w:cs="Times New Roman"/>
          <w:color w:val="auto"/>
          <w:sz w:val="28"/>
          <w:szCs w:val="28"/>
        </w:rPr>
        <w:t>c; đ</w:t>
      </w:r>
      <w:r w:rsidRPr="00B66CC6">
        <w:rPr>
          <w:rFonts w:eastAsia="Calibri" w:cs="Times New Roman"/>
          <w:color w:val="auto"/>
          <w:sz w:val="28"/>
          <w:szCs w:val="28"/>
        </w:rPr>
        <w:t>ặ</w:t>
      </w:r>
      <w:r w:rsidRPr="00B66CC6">
        <w:rPr>
          <w:rFonts w:eastAsia="Calibri" w:cs="Times New Roman"/>
          <w:color w:val="auto"/>
          <w:sz w:val="28"/>
          <w:szCs w:val="28"/>
        </w:rPr>
        <w:t>c bi</w:t>
      </w:r>
      <w:r w:rsidRPr="00B66CC6">
        <w:rPr>
          <w:rFonts w:eastAsia="Calibri" w:cs="Times New Roman"/>
          <w:color w:val="auto"/>
          <w:sz w:val="28"/>
          <w:szCs w:val="28"/>
        </w:rPr>
        <w:t>ệ</w:t>
      </w:r>
      <w:r w:rsidRPr="00B66CC6">
        <w:rPr>
          <w:rFonts w:eastAsia="Calibri" w:cs="Times New Roman"/>
          <w:color w:val="auto"/>
          <w:sz w:val="28"/>
          <w:szCs w:val="28"/>
        </w:rPr>
        <w:t>t m</w:t>
      </w:r>
      <w:r w:rsidRPr="00B66CC6">
        <w:rPr>
          <w:rFonts w:eastAsia="Calibri" w:cs="Times New Roman"/>
          <w:color w:val="auto"/>
          <w:sz w:val="28"/>
          <w:szCs w:val="28"/>
        </w:rPr>
        <w:t>ứ</w:t>
      </w:r>
      <w:r w:rsidRPr="00B66CC6">
        <w:rPr>
          <w:rFonts w:eastAsia="Calibri" w:cs="Times New Roman"/>
          <w:color w:val="auto"/>
          <w:sz w:val="28"/>
          <w:szCs w:val="28"/>
        </w:rPr>
        <w:t>c chi v</w:t>
      </w:r>
      <w:r w:rsidRPr="00B66CC6">
        <w:rPr>
          <w:rFonts w:eastAsia="Calibri" w:cs="Times New Roman"/>
          <w:color w:val="auto"/>
          <w:sz w:val="28"/>
          <w:szCs w:val="28"/>
        </w:rPr>
        <w:t>ụ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vi</w:t>
      </w:r>
      <w:r w:rsidRPr="00B66CC6">
        <w:rPr>
          <w:rFonts w:eastAsia="Calibri" w:cs="Times New Roman"/>
          <w:color w:val="auto"/>
          <w:sz w:val="28"/>
          <w:szCs w:val="28"/>
        </w:rPr>
        <w:t>ệ</w:t>
      </w:r>
      <w:r w:rsidRPr="00B66CC6">
        <w:rPr>
          <w:rFonts w:eastAsia="Calibri" w:cs="Times New Roman"/>
          <w:color w:val="auto"/>
          <w:sz w:val="28"/>
          <w:szCs w:val="28"/>
        </w:rPr>
        <w:t>c hòa gi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i thành tăng t</w:t>
      </w:r>
      <w:r w:rsidRPr="00B66CC6">
        <w:rPr>
          <w:rFonts w:eastAsia="Calibri" w:cs="Times New Roman"/>
          <w:color w:val="auto"/>
          <w:sz w:val="28"/>
          <w:szCs w:val="28"/>
        </w:rPr>
        <w:t>ừ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300.000 đ</w:t>
      </w:r>
      <w:r w:rsidRPr="00B66CC6">
        <w:rPr>
          <w:rFonts w:eastAsia="Calibri" w:cs="Times New Roman"/>
          <w:color w:val="auto"/>
          <w:sz w:val="28"/>
          <w:szCs w:val="28"/>
        </w:rPr>
        <w:t>ồ</w:t>
      </w:r>
      <w:r w:rsidRPr="00B66CC6">
        <w:rPr>
          <w:rFonts w:eastAsia="Calibri" w:cs="Times New Roman"/>
          <w:color w:val="auto"/>
          <w:sz w:val="28"/>
          <w:szCs w:val="28"/>
        </w:rPr>
        <w:t>ng lên 400.000 đ</w:t>
      </w:r>
      <w:r w:rsidRPr="00B66CC6">
        <w:rPr>
          <w:rFonts w:eastAsia="Calibri" w:cs="Times New Roman"/>
          <w:color w:val="auto"/>
          <w:sz w:val="28"/>
          <w:szCs w:val="28"/>
        </w:rPr>
        <w:t>ồ</w:t>
      </w:r>
      <w:r w:rsidRPr="00B66CC6">
        <w:rPr>
          <w:rFonts w:eastAsia="Calibri" w:cs="Times New Roman"/>
          <w:color w:val="auto"/>
          <w:sz w:val="28"/>
          <w:szCs w:val="28"/>
        </w:rPr>
        <w:t>ng/v</w:t>
      </w:r>
      <w:r w:rsidRPr="00B66CC6">
        <w:rPr>
          <w:rFonts w:eastAsia="Calibri" w:cs="Times New Roman"/>
          <w:color w:val="auto"/>
          <w:sz w:val="28"/>
          <w:szCs w:val="28"/>
        </w:rPr>
        <w:t>ụ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vi</w:t>
      </w:r>
      <w:r w:rsidRPr="00B66CC6">
        <w:rPr>
          <w:rFonts w:eastAsia="Calibri" w:cs="Times New Roman"/>
          <w:color w:val="auto"/>
          <w:sz w:val="28"/>
          <w:szCs w:val="28"/>
        </w:rPr>
        <w:t>ệ</w:t>
      </w:r>
      <w:r w:rsidRPr="00B66CC6">
        <w:rPr>
          <w:rFonts w:eastAsia="Calibri" w:cs="Times New Roman"/>
          <w:color w:val="auto"/>
          <w:sz w:val="28"/>
          <w:szCs w:val="28"/>
        </w:rPr>
        <w:t>c (đi</w:t>
      </w:r>
      <w:r w:rsidRPr="00B66CC6">
        <w:rPr>
          <w:rFonts w:eastAsia="Calibri" w:cs="Times New Roman"/>
          <w:color w:val="auto"/>
          <w:sz w:val="28"/>
          <w:szCs w:val="28"/>
        </w:rPr>
        <w:t>ể</w:t>
      </w:r>
      <w:r w:rsidRPr="00B66CC6">
        <w:rPr>
          <w:rFonts w:eastAsia="Calibri" w:cs="Times New Roman"/>
          <w:color w:val="auto"/>
          <w:sz w:val="28"/>
          <w:szCs w:val="28"/>
        </w:rPr>
        <w:t>m a kho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n 17 Đi</w:t>
      </w:r>
      <w:r w:rsidRPr="00B66CC6">
        <w:rPr>
          <w:rFonts w:eastAsia="Calibri" w:cs="Times New Roman"/>
          <w:color w:val="auto"/>
          <w:sz w:val="28"/>
          <w:szCs w:val="28"/>
        </w:rPr>
        <w:t>ề</w:t>
      </w:r>
      <w:r w:rsidRPr="00B66CC6">
        <w:rPr>
          <w:rFonts w:eastAsia="Calibri" w:cs="Times New Roman"/>
          <w:color w:val="auto"/>
          <w:sz w:val="28"/>
          <w:szCs w:val="28"/>
        </w:rPr>
        <w:t>u 3);</w:t>
      </w:r>
    </w:p>
    <w:p w:rsidR="0081002A" w:rsidRPr="00B66CC6" w:rsidRDefault="00442FE1">
      <w:pPr>
        <w:spacing w:after="80" w:line="288" w:lineRule="auto"/>
        <w:ind w:firstLine="504"/>
        <w:jc w:val="both"/>
        <w:rPr>
          <w:rFonts w:eastAsia="Calibri" w:cs="Times New Roman"/>
          <w:color w:val="auto"/>
          <w:sz w:val="28"/>
          <w:szCs w:val="28"/>
        </w:rPr>
      </w:pPr>
      <w:r w:rsidRPr="00B66CC6">
        <w:rPr>
          <w:rFonts w:eastAsia="Calibri" w:cs="Times New Roman"/>
          <w:color w:val="auto"/>
          <w:sz w:val="28"/>
          <w:szCs w:val="28"/>
        </w:rPr>
        <w:t>+ M</w:t>
      </w:r>
      <w:r w:rsidRPr="00B66CC6">
        <w:rPr>
          <w:rFonts w:eastAsia="Calibri" w:cs="Times New Roman"/>
          <w:color w:val="auto"/>
          <w:sz w:val="28"/>
          <w:szCs w:val="28"/>
        </w:rPr>
        <w:t>ứ</w:t>
      </w:r>
      <w:r w:rsidRPr="00B66CC6">
        <w:rPr>
          <w:rFonts w:eastAsia="Calibri" w:cs="Times New Roman"/>
          <w:color w:val="auto"/>
          <w:sz w:val="28"/>
          <w:szCs w:val="28"/>
        </w:rPr>
        <w:t>c chi h</w:t>
      </w:r>
      <w:r w:rsidRPr="00B66CC6">
        <w:rPr>
          <w:rFonts w:eastAsia="Calibri" w:cs="Times New Roman"/>
          <w:color w:val="auto"/>
          <w:sz w:val="28"/>
          <w:szCs w:val="28"/>
        </w:rPr>
        <w:t>ỗ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tr</w:t>
      </w:r>
      <w:r w:rsidRPr="00B66CC6">
        <w:rPr>
          <w:rFonts w:eastAsia="Calibri" w:cs="Times New Roman"/>
          <w:color w:val="auto"/>
          <w:sz w:val="28"/>
          <w:szCs w:val="28"/>
        </w:rPr>
        <w:t>ợ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ho</w:t>
      </w:r>
      <w:r w:rsidRPr="00B66CC6">
        <w:rPr>
          <w:rFonts w:eastAsia="Calibri" w:cs="Times New Roman"/>
          <w:color w:val="auto"/>
          <w:sz w:val="28"/>
          <w:szCs w:val="28"/>
        </w:rPr>
        <w:t>ạ</w:t>
      </w:r>
      <w:r w:rsidRPr="00B66CC6">
        <w:rPr>
          <w:rFonts w:eastAsia="Calibri" w:cs="Times New Roman"/>
          <w:color w:val="auto"/>
          <w:sz w:val="28"/>
          <w:szCs w:val="28"/>
        </w:rPr>
        <w:t>t đ</w:t>
      </w:r>
      <w:r w:rsidRPr="00B66CC6">
        <w:rPr>
          <w:rFonts w:eastAsia="Calibri" w:cs="Times New Roman"/>
          <w:color w:val="auto"/>
          <w:sz w:val="28"/>
          <w:szCs w:val="28"/>
        </w:rPr>
        <w:t>ộ</w:t>
      </w:r>
      <w:r w:rsidRPr="00B66CC6">
        <w:rPr>
          <w:rFonts w:eastAsia="Calibri" w:cs="Times New Roman"/>
          <w:color w:val="auto"/>
          <w:sz w:val="28"/>
          <w:szCs w:val="28"/>
        </w:rPr>
        <w:t>ng c</w:t>
      </w:r>
      <w:r w:rsidRPr="00B66CC6">
        <w:rPr>
          <w:rFonts w:eastAsia="Calibri" w:cs="Times New Roman"/>
          <w:color w:val="auto"/>
          <w:sz w:val="28"/>
          <w:szCs w:val="28"/>
        </w:rPr>
        <w:t>ủ</w:t>
      </w:r>
      <w:r w:rsidRPr="00B66CC6">
        <w:rPr>
          <w:rFonts w:eastAsia="Calibri" w:cs="Times New Roman"/>
          <w:color w:val="auto"/>
          <w:sz w:val="28"/>
          <w:szCs w:val="28"/>
        </w:rPr>
        <w:t>a t</w:t>
      </w:r>
      <w:r w:rsidRPr="00B66CC6">
        <w:rPr>
          <w:rFonts w:eastAsia="Calibri" w:cs="Times New Roman"/>
          <w:color w:val="auto"/>
          <w:sz w:val="28"/>
          <w:szCs w:val="28"/>
        </w:rPr>
        <w:t>ổ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hòa gi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i tăng t</w:t>
      </w:r>
      <w:r w:rsidRPr="00B66CC6">
        <w:rPr>
          <w:rFonts w:eastAsia="Calibri" w:cs="Times New Roman"/>
          <w:color w:val="auto"/>
          <w:sz w:val="28"/>
          <w:szCs w:val="28"/>
        </w:rPr>
        <w:t>ừ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100.000 đ</w:t>
      </w:r>
      <w:r w:rsidRPr="00B66CC6">
        <w:rPr>
          <w:rFonts w:eastAsia="Calibri" w:cs="Times New Roman"/>
          <w:color w:val="auto"/>
          <w:sz w:val="28"/>
          <w:szCs w:val="28"/>
        </w:rPr>
        <w:t>ồ</w:t>
      </w:r>
      <w:r w:rsidRPr="00B66CC6">
        <w:rPr>
          <w:rFonts w:eastAsia="Calibri" w:cs="Times New Roman"/>
          <w:color w:val="auto"/>
          <w:sz w:val="28"/>
          <w:szCs w:val="28"/>
        </w:rPr>
        <w:t>ng lên 150</w:t>
      </w:r>
      <w:r w:rsidRPr="00B66CC6">
        <w:rPr>
          <w:rFonts w:eastAsia="Calibri" w:cs="Times New Roman"/>
          <w:color w:val="auto"/>
          <w:sz w:val="28"/>
          <w:szCs w:val="28"/>
        </w:rPr>
        <w:t>.000 đ</w:t>
      </w:r>
      <w:r w:rsidRPr="00B66CC6">
        <w:rPr>
          <w:rFonts w:eastAsia="Calibri" w:cs="Times New Roman"/>
          <w:color w:val="auto"/>
          <w:sz w:val="28"/>
          <w:szCs w:val="28"/>
        </w:rPr>
        <w:t>ồ</w:t>
      </w:r>
      <w:r w:rsidRPr="00B66CC6">
        <w:rPr>
          <w:rFonts w:eastAsia="Calibri" w:cs="Times New Roman"/>
          <w:color w:val="auto"/>
          <w:sz w:val="28"/>
          <w:szCs w:val="28"/>
        </w:rPr>
        <w:t>ng/t</w:t>
      </w:r>
      <w:r w:rsidRPr="00B66CC6">
        <w:rPr>
          <w:rFonts w:eastAsia="Calibri" w:cs="Times New Roman"/>
          <w:color w:val="auto"/>
          <w:sz w:val="28"/>
          <w:szCs w:val="28"/>
        </w:rPr>
        <w:t>ổ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hòa gi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i/tháng (đi</w:t>
      </w:r>
      <w:r w:rsidRPr="00B66CC6">
        <w:rPr>
          <w:rFonts w:eastAsia="Calibri" w:cs="Times New Roman"/>
          <w:color w:val="auto"/>
          <w:sz w:val="28"/>
          <w:szCs w:val="28"/>
        </w:rPr>
        <w:t>ể</w:t>
      </w:r>
      <w:r w:rsidRPr="00B66CC6">
        <w:rPr>
          <w:rFonts w:eastAsia="Calibri" w:cs="Times New Roman"/>
          <w:color w:val="auto"/>
          <w:sz w:val="28"/>
          <w:szCs w:val="28"/>
        </w:rPr>
        <w:t>m đ kho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n 17 Đi</w:t>
      </w:r>
      <w:r w:rsidRPr="00B66CC6">
        <w:rPr>
          <w:rFonts w:eastAsia="Calibri" w:cs="Times New Roman"/>
          <w:color w:val="auto"/>
          <w:sz w:val="28"/>
          <w:szCs w:val="28"/>
        </w:rPr>
        <w:t>ề</w:t>
      </w:r>
      <w:r w:rsidRPr="00B66CC6">
        <w:rPr>
          <w:rFonts w:eastAsia="Calibri" w:cs="Times New Roman"/>
          <w:color w:val="auto"/>
          <w:sz w:val="28"/>
          <w:szCs w:val="28"/>
        </w:rPr>
        <w:t>u 3);</w:t>
      </w:r>
    </w:p>
    <w:p w:rsidR="0081002A" w:rsidRPr="00B66CC6" w:rsidRDefault="00442FE1">
      <w:pPr>
        <w:spacing w:after="80" w:line="288" w:lineRule="auto"/>
        <w:ind w:firstLine="504"/>
        <w:jc w:val="both"/>
        <w:rPr>
          <w:rFonts w:eastAsia="Calibri" w:cs="Times New Roman"/>
          <w:color w:val="auto"/>
          <w:sz w:val="28"/>
          <w:szCs w:val="28"/>
        </w:rPr>
      </w:pPr>
      <w:r w:rsidRPr="00B66CC6">
        <w:rPr>
          <w:rFonts w:eastAsia="Calibri" w:cs="Times New Roman"/>
          <w:color w:val="auto"/>
          <w:sz w:val="28"/>
          <w:szCs w:val="28"/>
        </w:rPr>
        <w:t>+ Tăng đ</w:t>
      </w:r>
      <w:r w:rsidRPr="00B66CC6">
        <w:rPr>
          <w:rFonts w:eastAsia="Calibri" w:cs="Times New Roman"/>
          <w:color w:val="auto"/>
          <w:sz w:val="28"/>
          <w:szCs w:val="28"/>
        </w:rPr>
        <w:t>ị</w:t>
      </w:r>
      <w:r w:rsidRPr="00B66CC6">
        <w:rPr>
          <w:rFonts w:eastAsia="Calibri" w:cs="Times New Roman"/>
          <w:color w:val="auto"/>
          <w:sz w:val="28"/>
          <w:szCs w:val="28"/>
        </w:rPr>
        <w:t>nh m</w:t>
      </w:r>
      <w:r w:rsidRPr="00B66CC6">
        <w:rPr>
          <w:rFonts w:eastAsia="Calibri" w:cs="Times New Roman"/>
          <w:color w:val="auto"/>
          <w:sz w:val="28"/>
          <w:szCs w:val="28"/>
        </w:rPr>
        <w:t>ứ</w:t>
      </w:r>
      <w:r w:rsidRPr="00B66CC6">
        <w:rPr>
          <w:rFonts w:eastAsia="Calibri" w:cs="Times New Roman"/>
          <w:color w:val="auto"/>
          <w:sz w:val="28"/>
          <w:szCs w:val="28"/>
        </w:rPr>
        <w:t>c biên so</w:t>
      </w:r>
      <w:r w:rsidRPr="00B66CC6">
        <w:rPr>
          <w:rFonts w:eastAsia="Calibri" w:cs="Times New Roman"/>
          <w:color w:val="auto"/>
          <w:sz w:val="28"/>
          <w:szCs w:val="28"/>
        </w:rPr>
        <w:t>ạ</w:t>
      </w:r>
      <w:r w:rsidRPr="00B66CC6">
        <w:rPr>
          <w:rFonts w:eastAsia="Calibri" w:cs="Times New Roman"/>
          <w:color w:val="auto"/>
          <w:sz w:val="28"/>
          <w:szCs w:val="28"/>
        </w:rPr>
        <w:t>n các tài li</w:t>
      </w:r>
      <w:r w:rsidRPr="00B66CC6">
        <w:rPr>
          <w:rFonts w:eastAsia="Calibri" w:cs="Times New Roman"/>
          <w:color w:val="auto"/>
          <w:sz w:val="28"/>
          <w:szCs w:val="28"/>
        </w:rPr>
        <w:t>ệ</w:t>
      </w:r>
      <w:r w:rsidRPr="00B66CC6">
        <w:rPr>
          <w:rFonts w:eastAsia="Calibri" w:cs="Times New Roman"/>
          <w:color w:val="auto"/>
          <w:sz w:val="28"/>
          <w:szCs w:val="28"/>
        </w:rPr>
        <w:t>u đ</w:t>
      </w:r>
      <w:r w:rsidRPr="00B66CC6">
        <w:rPr>
          <w:rFonts w:eastAsia="Calibri" w:cs="Times New Roman"/>
          <w:color w:val="auto"/>
          <w:sz w:val="28"/>
          <w:szCs w:val="28"/>
        </w:rPr>
        <w:t>ặ</w:t>
      </w:r>
      <w:r w:rsidRPr="00B66CC6">
        <w:rPr>
          <w:rFonts w:eastAsia="Calibri" w:cs="Times New Roman"/>
          <w:color w:val="auto"/>
          <w:sz w:val="28"/>
          <w:szCs w:val="28"/>
        </w:rPr>
        <w:t>c thù: t</w:t>
      </w:r>
      <w:r w:rsidRPr="00B66CC6">
        <w:rPr>
          <w:rFonts w:eastAsia="Calibri" w:cs="Times New Roman"/>
          <w:color w:val="auto"/>
          <w:sz w:val="28"/>
          <w:szCs w:val="28"/>
        </w:rPr>
        <w:t>ờ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g</w:t>
      </w:r>
      <w:r w:rsidRPr="00B66CC6">
        <w:rPr>
          <w:rFonts w:eastAsia="Calibri" w:cs="Times New Roman"/>
          <w:color w:val="auto"/>
          <w:sz w:val="28"/>
          <w:szCs w:val="28"/>
        </w:rPr>
        <w:t>ấ</w:t>
      </w:r>
      <w:r w:rsidRPr="00B66CC6">
        <w:rPr>
          <w:rFonts w:eastAsia="Calibri" w:cs="Times New Roman"/>
          <w:color w:val="auto"/>
          <w:sz w:val="28"/>
          <w:szCs w:val="28"/>
        </w:rPr>
        <w:t>p pháp lu</w:t>
      </w:r>
      <w:r w:rsidRPr="00B66CC6">
        <w:rPr>
          <w:rFonts w:eastAsia="Calibri" w:cs="Times New Roman"/>
          <w:color w:val="auto"/>
          <w:sz w:val="28"/>
          <w:szCs w:val="28"/>
        </w:rPr>
        <w:t>ậ</w:t>
      </w:r>
      <w:r w:rsidRPr="00B66CC6">
        <w:rPr>
          <w:rFonts w:eastAsia="Calibri" w:cs="Times New Roman"/>
          <w:color w:val="auto"/>
          <w:sz w:val="28"/>
          <w:szCs w:val="28"/>
        </w:rPr>
        <w:t>t đ</w:t>
      </w:r>
      <w:r w:rsidRPr="00B66CC6">
        <w:rPr>
          <w:rFonts w:eastAsia="Calibri" w:cs="Times New Roman"/>
          <w:color w:val="auto"/>
          <w:sz w:val="28"/>
          <w:szCs w:val="28"/>
        </w:rPr>
        <w:t>ạ</w:t>
      </w:r>
      <w:r w:rsidRPr="00B66CC6">
        <w:rPr>
          <w:rFonts w:eastAsia="Calibri" w:cs="Times New Roman"/>
          <w:color w:val="auto"/>
          <w:sz w:val="28"/>
          <w:szCs w:val="28"/>
        </w:rPr>
        <w:t>t 1.500.000 đ</w:t>
      </w:r>
      <w:r w:rsidRPr="00B66CC6">
        <w:rPr>
          <w:rFonts w:eastAsia="Calibri" w:cs="Times New Roman"/>
          <w:color w:val="auto"/>
          <w:sz w:val="28"/>
          <w:szCs w:val="28"/>
        </w:rPr>
        <w:t>ồ</w:t>
      </w:r>
      <w:r w:rsidRPr="00B66CC6">
        <w:rPr>
          <w:rFonts w:eastAsia="Calibri" w:cs="Times New Roman"/>
          <w:color w:val="auto"/>
          <w:sz w:val="28"/>
          <w:szCs w:val="28"/>
        </w:rPr>
        <w:t>ng/t</w:t>
      </w:r>
      <w:r w:rsidRPr="00B66CC6">
        <w:rPr>
          <w:rFonts w:eastAsia="Calibri" w:cs="Times New Roman"/>
          <w:color w:val="auto"/>
          <w:sz w:val="28"/>
          <w:szCs w:val="28"/>
        </w:rPr>
        <w:t>ờ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g</w:t>
      </w:r>
      <w:r w:rsidRPr="00B66CC6">
        <w:rPr>
          <w:rFonts w:eastAsia="Calibri" w:cs="Times New Roman"/>
          <w:color w:val="auto"/>
          <w:sz w:val="28"/>
          <w:szCs w:val="28"/>
        </w:rPr>
        <w:t>ấ</w:t>
      </w:r>
      <w:r w:rsidRPr="00B66CC6">
        <w:rPr>
          <w:rFonts w:eastAsia="Calibri" w:cs="Times New Roman"/>
          <w:color w:val="auto"/>
          <w:sz w:val="28"/>
          <w:szCs w:val="28"/>
        </w:rPr>
        <w:t>p; câu chuy</w:t>
      </w:r>
      <w:r w:rsidRPr="00B66CC6">
        <w:rPr>
          <w:rFonts w:eastAsia="Calibri" w:cs="Times New Roman"/>
          <w:color w:val="auto"/>
          <w:sz w:val="28"/>
          <w:szCs w:val="28"/>
        </w:rPr>
        <w:t>ệ</w:t>
      </w:r>
      <w:r w:rsidRPr="00B66CC6">
        <w:rPr>
          <w:rFonts w:eastAsia="Calibri" w:cs="Times New Roman"/>
          <w:color w:val="auto"/>
          <w:sz w:val="28"/>
          <w:szCs w:val="28"/>
        </w:rPr>
        <w:t>n pháp lu</w:t>
      </w:r>
      <w:r w:rsidRPr="00B66CC6">
        <w:rPr>
          <w:rFonts w:eastAsia="Calibri" w:cs="Times New Roman"/>
          <w:color w:val="auto"/>
          <w:sz w:val="28"/>
          <w:szCs w:val="28"/>
        </w:rPr>
        <w:t>ậ</w:t>
      </w:r>
      <w:r w:rsidRPr="00B66CC6">
        <w:rPr>
          <w:rFonts w:eastAsia="Calibri" w:cs="Times New Roman"/>
          <w:color w:val="auto"/>
          <w:sz w:val="28"/>
          <w:szCs w:val="28"/>
        </w:rPr>
        <w:t>t 2.250.000 đ</w:t>
      </w:r>
      <w:r w:rsidRPr="00B66CC6">
        <w:rPr>
          <w:rFonts w:eastAsia="Calibri" w:cs="Times New Roman"/>
          <w:color w:val="auto"/>
          <w:sz w:val="28"/>
          <w:szCs w:val="28"/>
        </w:rPr>
        <w:t>ồ</w:t>
      </w:r>
      <w:r w:rsidRPr="00B66CC6">
        <w:rPr>
          <w:rFonts w:eastAsia="Calibri" w:cs="Times New Roman"/>
          <w:color w:val="auto"/>
          <w:sz w:val="28"/>
          <w:szCs w:val="28"/>
        </w:rPr>
        <w:t>ng/câu chuy</w:t>
      </w:r>
      <w:r w:rsidRPr="00B66CC6">
        <w:rPr>
          <w:rFonts w:eastAsia="Calibri" w:cs="Times New Roman"/>
          <w:color w:val="auto"/>
          <w:sz w:val="28"/>
          <w:szCs w:val="28"/>
        </w:rPr>
        <w:t>ệ</w:t>
      </w:r>
      <w:r w:rsidRPr="00B66CC6">
        <w:rPr>
          <w:rFonts w:eastAsia="Calibri" w:cs="Times New Roman"/>
          <w:color w:val="auto"/>
          <w:sz w:val="28"/>
          <w:szCs w:val="28"/>
        </w:rPr>
        <w:t>n; ti</w:t>
      </w:r>
      <w:r w:rsidRPr="00B66CC6">
        <w:rPr>
          <w:rFonts w:eastAsia="Calibri" w:cs="Times New Roman"/>
          <w:color w:val="auto"/>
          <w:sz w:val="28"/>
          <w:szCs w:val="28"/>
        </w:rPr>
        <w:t>ể</w:t>
      </w:r>
      <w:r w:rsidRPr="00B66CC6">
        <w:rPr>
          <w:rFonts w:eastAsia="Calibri" w:cs="Times New Roman"/>
          <w:color w:val="auto"/>
          <w:sz w:val="28"/>
          <w:szCs w:val="28"/>
        </w:rPr>
        <w:t>u ph</w:t>
      </w:r>
      <w:r w:rsidRPr="00B66CC6">
        <w:rPr>
          <w:rFonts w:eastAsia="Calibri" w:cs="Times New Roman"/>
          <w:color w:val="auto"/>
          <w:sz w:val="28"/>
          <w:szCs w:val="28"/>
        </w:rPr>
        <w:t>ẩ</w:t>
      </w:r>
      <w:r w:rsidRPr="00B66CC6">
        <w:rPr>
          <w:rFonts w:eastAsia="Calibri" w:cs="Times New Roman"/>
          <w:color w:val="auto"/>
          <w:sz w:val="28"/>
          <w:szCs w:val="28"/>
        </w:rPr>
        <w:t>m pháp lu</w:t>
      </w:r>
      <w:r w:rsidRPr="00B66CC6">
        <w:rPr>
          <w:rFonts w:eastAsia="Calibri" w:cs="Times New Roman"/>
          <w:color w:val="auto"/>
          <w:sz w:val="28"/>
          <w:szCs w:val="28"/>
        </w:rPr>
        <w:t>ậ</w:t>
      </w:r>
      <w:r w:rsidRPr="00B66CC6">
        <w:rPr>
          <w:rFonts w:eastAsia="Calibri" w:cs="Times New Roman"/>
          <w:color w:val="auto"/>
          <w:sz w:val="28"/>
          <w:szCs w:val="28"/>
        </w:rPr>
        <w:t>t 7.500.000 đ</w:t>
      </w:r>
      <w:r w:rsidRPr="00B66CC6">
        <w:rPr>
          <w:rFonts w:eastAsia="Calibri" w:cs="Times New Roman"/>
          <w:color w:val="auto"/>
          <w:sz w:val="28"/>
          <w:szCs w:val="28"/>
        </w:rPr>
        <w:t>ồ</w:t>
      </w:r>
      <w:r w:rsidRPr="00B66CC6">
        <w:rPr>
          <w:rFonts w:eastAsia="Calibri" w:cs="Times New Roman"/>
          <w:color w:val="auto"/>
          <w:sz w:val="28"/>
          <w:szCs w:val="28"/>
        </w:rPr>
        <w:t>ng/ti</w:t>
      </w:r>
      <w:r w:rsidRPr="00B66CC6">
        <w:rPr>
          <w:rFonts w:eastAsia="Calibri" w:cs="Times New Roman"/>
          <w:color w:val="auto"/>
          <w:sz w:val="28"/>
          <w:szCs w:val="28"/>
        </w:rPr>
        <w:t>ể</w:t>
      </w:r>
      <w:r w:rsidRPr="00B66CC6">
        <w:rPr>
          <w:rFonts w:eastAsia="Calibri" w:cs="Times New Roman"/>
          <w:color w:val="auto"/>
          <w:sz w:val="28"/>
          <w:szCs w:val="28"/>
        </w:rPr>
        <w:t>u ph</w:t>
      </w:r>
      <w:r w:rsidRPr="00B66CC6">
        <w:rPr>
          <w:rFonts w:eastAsia="Calibri" w:cs="Times New Roman"/>
          <w:color w:val="auto"/>
          <w:sz w:val="28"/>
          <w:szCs w:val="28"/>
        </w:rPr>
        <w:t>ẩ</w:t>
      </w:r>
      <w:r w:rsidRPr="00B66CC6">
        <w:rPr>
          <w:rFonts w:eastAsia="Calibri" w:cs="Times New Roman"/>
          <w:color w:val="auto"/>
          <w:sz w:val="28"/>
          <w:szCs w:val="28"/>
        </w:rPr>
        <w:t>m (kho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n 6 Đi</w:t>
      </w:r>
      <w:r w:rsidRPr="00B66CC6">
        <w:rPr>
          <w:rFonts w:eastAsia="Calibri" w:cs="Times New Roman"/>
          <w:color w:val="auto"/>
          <w:sz w:val="28"/>
          <w:szCs w:val="28"/>
        </w:rPr>
        <w:t>ề</w:t>
      </w:r>
      <w:r w:rsidRPr="00B66CC6">
        <w:rPr>
          <w:rFonts w:eastAsia="Calibri" w:cs="Times New Roman"/>
          <w:color w:val="auto"/>
          <w:sz w:val="28"/>
          <w:szCs w:val="28"/>
        </w:rPr>
        <w:t>u 3);</w:t>
      </w:r>
    </w:p>
    <w:p w:rsidR="0081002A" w:rsidRPr="00B66CC6" w:rsidRDefault="00442FE1">
      <w:pPr>
        <w:spacing w:after="80" w:line="288" w:lineRule="auto"/>
        <w:ind w:firstLine="504"/>
        <w:jc w:val="both"/>
        <w:rPr>
          <w:rFonts w:eastAsia="Calibri" w:cs="Times New Roman"/>
          <w:color w:val="auto"/>
          <w:sz w:val="28"/>
          <w:szCs w:val="28"/>
        </w:rPr>
      </w:pPr>
      <w:r w:rsidRPr="00B66CC6">
        <w:rPr>
          <w:rFonts w:eastAsia="Calibri" w:cs="Times New Roman"/>
          <w:color w:val="auto"/>
          <w:sz w:val="28"/>
          <w:szCs w:val="28"/>
        </w:rPr>
        <w:t>+ Cơ c</w:t>
      </w:r>
      <w:r w:rsidRPr="00B66CC6">
        <w:rPr>
          <w:rFonts w:eastAsia="Calibri" w:cs="Times New Roman"/>
          <w:color w:val="auto"/>
          <w:sz w:val="28"/>
          <w:szCs w:val="28"/>
        </w:rPr>
        <w:t>ấ</w:t>
      </w:r>
      <w:r w:rsidRPr="00B66CC6">
        <w:rPr>
          <w:rFonts w:eastAsia="Calibri" w:cs="Times New Roman"/>
          <w:color w:val="auto"/>
          <w:sz w:val="28"/>
          <w:szCs w:val="28"/>
        </w:rPr>
        <w:t>u gi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i thư</w:t>
      </w:r>
      <w:r w:rsidRPr="00B66CC6">
        <w:rPr>
          <w:rFonts w:eastAsia="Calibri" w:cs="Times New Roman"/>
          <w:color w:val="auto"/>
          <w:sz w:val="28"/>
          <w:szCs w:val="28"/>
        </w:rPr>
        <w:t>ở</w:t>
      </w:r>
      <w:r w:rsidRPr="00B66CC6">
        <w:rPr>
          <w:rFonts w:eastAsia="Calibri" w:cs="Times New Roman"/>
          <w:color w:val="auto"/>
          <w:sz w:val="28"/>
          <w:szCs w:val="28"/>
        </w:rPr>
        <w:t>ng cu</w:t>
      </w:r>
      <w:r w:rsidRPr="00B66CC6">
        <w:rPr>
          <w:rFonts w:eastAsia="Calibri" w:cs="Times New Roman"/>
          <w:color w:val="auto"/>
          <w:sz w:val="28"/>
          <w:szCs w:val="28"/>
        </w:rPr>
        <w:t>ộ</w:t>
      </w:r>
      <w:r w:rsidRPr="00B66CC6">
        <w:rPr>
          <w:rFonts w:eastAsia="Calibri" w:cs="Times New Roman"/>
          <w:color w:val="auto"/>
          <w:sz w:val="28"/>
          <w:szCs w:val="28"/>
        </w:rPr>
        <w:t>c thi tìm hi</w:t>
      </w:r>
      <w:r w:rsidRPr="00B66CC6">
        <w:rPr>
          <w:rFonts w:eastAsia="Calibri" w:cs="Times New Roman"/>
          <w:color w:val="auto"/>
          <w:sz w:val="28"/>
          <w:szCs w:val="28"/>
        </w:rPr>
        <w:t>ể</w:t>
      </w:r>
      <w:r w:rsidRPr="00B66CC6">
        <w:rPr>
          <w:rFonts w:eastAsia="Calibri" w:cs="Times New Roman"/>
          <w:color w:val="auto"/>
          <w:sz w:val="28"/>
          <w:szCs w:val="28"/>
        </w:rPr>
        <w:t>u pháp lu</w:t>
      </w:r>
      <w:r w:rsidRPr="00B66CC6">
        <w:rPr>
          <w:rFonts w:eastAsia="Calibri" w:cs="Times New Roman"/>
          <w:color w:val="auto"/>
          <w:sz w:val="28"/>
          <w:szCs w:val="28"/>
        </w:rPr>
        <w:t>ậ</w:t>
      </w:r>
      <w:r w:rsidRPr="00B66CC6">
        <w:rPr>
          <w:rFonts w:eastAsia="Calibri" w:cs="Times New Roman"/>
          <w:color w:val="auto"/>
          <w:sz w:val="28"/>
          <w:szCs w:val="28"/>
        </w:rPr>
        <w:t>t đư</w:t>
      </w:r>
      <w:r w:rsidRPr="00B66CC6">
        <w:rPr>
          <w:rFonts w:eastAsia="Calibri" w:cs="Times New Roman"/>
          <w:color w:val="auto"/>
          <w:sz w:val="28"/>
          <w:szCs w:val="28"/>
        </w:rPr>
        <w:t>ợ</w:t>
      </w:r>
      <w:r w:rsidRPr="00B66CC6">
        <w:rPr>
          <w:rFonts w:eastAsia="Calibri" w:cs="Times New Roman"/>
          <w:color w:val="auto"/>
          <w:sz w:val="28"/>
          <w:szCs w:val="28"/>
        </w:rPr>
        <w:t>c nâng lên rõ r</w:t>
      </w:r>
      <w:r w:rsidRPr="00B66CC6">
        <w:rPr>
          <w:rFonts w:eastAsia="Calibri" w:cs="Times New Roman"/>
          <w:color w:val="auto"/>
          <w:sz w:val="28"/>
          <w:szCs w:val="28"/>
        </w:rPr>
        <w:t>ệ</w:t>
      </w:r>
      <w:r w:rsidRPr="00B66CC6">
        <w:rPr>
          <w:rFonts w:eastAsia="Calibri" w:cs="Times New Roman"/>
          <w:color w:val="auto"/>
          <w:sz w:val="28"/>
          <w:szCs w:val="28"/>
        </w:rPr>
        <w:t>t (gi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i Nh</w:t>
      </w:r>
      <w:r w:rsidRPr="00B66CC6">
        <w:rPr>
          <w:rFonts w:eastAsia="Calibri" w:cs="Times New Roman"/>
          <w:color w:val="auto"/>
          <w:sz w:val="28"/>
          <w:szCs w:val="28"/>
        </w:rPr>
        <w:t>ấ</w:t>
      </w:r>
      <w:r w:rsidRPr="00B66CC6">
        <w:rPr>
          <w:rFonts w:eastAsia="Calibri" w:cs="Times New Roman"/>
          <w:color w:val="auto"/>
          <w:sz w:val="28"/>
          <w:szCs w:val="28"/>
        </w:rPr>
        <w:t>t t</w:t>
      </w:r>
      <w:r w:rsidRPr="00B66CC6">
        <w:rPr>
          <w:rFonts w:eastAsia="Calibri" w:cs="Times New Roman"/>
          <w:color w:val="auto"/>
          <w:sz w:val="28"/>
          <w:szCs w:val="28"/>
        </w:rPr>
        <w:t>ậ</w:t>
      </w:r>
      <w:r w:rsidRPr="00B66CC6">
        <w:rPr>
          <w:rFonts w:eastAsia="Calibri" w:cs="Times New Roman"/>
          <w:color w:val="auto"/>
          <w:sz w:val="28"/>
          <w:szCs w:val="28"/>
        </w:rPr>
        <w:t>p th</w:t>
      </w:r>
      <w:r w:rsidRPr="00B66CC6">
        <w:rPr>
          <w:rFonts w:eastAsia="Calibri" w:cs="Times New Roman"/>
          <w:color w:val="auto"/>
          <w:sz w:val="28"/>
          <w:szCs w:val="28"/>
        </w:rPr>
        <w:t>ể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lên đ</w:t>
      </w:r>
      <w:r w:rsidRPr="00B66CC6">
        <w:rPr>
          <w:rFonts w:eastAsia="Calibri" w:cs="Times New Roman"/>
          <w:color w:val="auto"/>
          <w:sz w:val="28"/>
          <w:szCs w:val="28"/>
        </w:rPr>
        <w:t>ế</w:t>
      </w:r>
      <w:r w:rsidRPr="00B66CC6">
        <w:rPr>
          <w:rFonts w:eastAsia="Calibri" w:cs="Times New Roman"/>
          <w:color w:val="auto"/>
          <w:sz w:val="28"/>
          <w:szCs w:val="28"/>
        </w:rPr>
        <w:t>n 15.000.000 đ</w:t>
      </w:r>
      <w:r w:rsidRPr="00B66CC6">
        <w:rPr>
          <w:rFonts w:eastAsia="Calibri" w:cs="Times New Roman"/>
          <w:color w:val="auto"/>
          <w:sz w:val="28"/>
          <w:szCs w:val="28"/>
        </w:rPr>
        <w:t>ồ</w:t>
      </w:r>
      <w:r w:rsidRPr="00B66CC6">
        <w:rPr>
          <w:rFonts w:eastAsia="Calibri" w:cs="Times New Roman"/>
          <w:color w:val="auto"/>
          <w:sz w:val="28"/>
          <w:szCs w:val="28"/>
        </w:rPr>
        <w:t>ng, cá nhân 9.000.000 đ</w:t>
      </w:r>
      <w:r w:rsidRPr="00B66CC6">
        <w:rPr>
          <w:rFonts w:eastAsia="Calibri" w:cs="Times New Roman"/>
          <w:color w:val="auto"/>
          <w:sz w:val="28"/>
          <w:szCs w:val="28"/>
        </w:rPr>
        <w:t>ồ</w:t>
      </w:r>
      <w:r w:rsidRPr="00B66CC6">
        <w:rPr>
          <w:rFonts w:eastAsia="Calibri" w:cs="Times New Roman"/>
          <w:color w:val="auto"/>
          <w:sz w:val="28"/>
          <w:szCs w:val="28"/>
        </w:rPr>
        <w:t>ng theo quy đ</w:t>
      </w:r>
      <w:r w:rsidRPr="00B66CC6">
        <w:rPr>
          <w:rFonts w:eastAsia="Calibri" w:cs="Times New Roman"/>
          <w:color w:val="auto"/>
          <w:sz w:val="28"/>
          <w:szCs w:val="28"/>
        </w:rPr>
        <w:t>ị</w:t>
      </w:r>
      <w:r w:rsidRPr="00B66CC6">
        <w:rPr>
          <w:rFonts w:eastAsia="Calibri" w:cs="Times New Roman"/>
          <w:color w:val="auto"/>
          <w:sz w:val="28"/>
          <w:szCs w:val="28"/>
        </w:rPr>
        <w:t>nh t</w:t>
      </w:r>
      <w:r w:rsidRPr="00B66CC6">
        <w:rPr>
          <w:rFonts w:eastAsia="Calibri" w:cs="Times New Roman"/>
          <w:color w:val="auto"/>
          <w:sz w:val="28"/>
          <w:szCs w:val="28"/>
        </w:rPr>
        <w:t>ạ</w:t>
      </w:r>
      <w:r w:rsidRPr="00B66CC6">
        <w:rPr>
          <w:rFonts w:eastAsia="Calibri" w:cs="Times New Roman"/>
          <w:color w:val="auto"/>
          <w:sz w:val="28"/>
          <w:szCs w:val="28"/>
        </w:rPr>
        <w:t>i đi</w:t>
      </w:r>
      <w:r w:rsidRPr="00B66CC6">
        <w:rPr>
          <w:rFonts w:eastAsia="Calibri" w:cs="Times New Roman"/>
          <w:color w:val="auto"/>
          <w:sz w:val="28"/>
          <w:szCs w:val="28"/>
        </w:rPr>
        <w:t>ể</w:t>
      </w:r>
      <w:r w:rsidRPr="00B66CC6">
        <w:rPr>
          <w:rFonts w:eastAsia="Calibri" w:cs="Times New Roman"/>
          <w:color w:val="auto"/>
          <w:sz w:val="28"/>
          <w:szCs w:val="28"/>
        </w:rPr>
        <w:t>m d kho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n 13 Đi</w:t>
      </w:r>
      <w:r w:rsidRPr="00B66CC6">
        <w:rPr>
          <w:rFonts w:eastAsia="Calibri" w:cs="Times New Roman"/>
          <w:color w:val="auto"/>
          <w:sz w:val="28"/>
          <w:szCs w:val="28"/>
        </w:rPr>
        <w:t>ề</w:t>
      </w:r>
      <w:r w:rsidRPr="00B66CC6">
        <w:rPr>
          <w:rFonts w:eastAsia="Calibri" w:cs="Times New Roman"/>
          <w:color w:val="auto"/>
          <w:sz w:val="28"/>
          <w:szCs w:val="28"/>
        </w:rPr>
        <w:t>u 3). Qua đó, đã đ</w:t>
      </w:r>
      <w:r w:rsidRPr="00B66CC6">
        <w:rPr>
          <w:rFonts w:eastAsia="Calibri" w:cs="Times New Roman"/>
          <w:color w:val="auto"/>
          <w:sz w:val="28"/>
          <w:szCs w:val="28"/>
        </w:rPr>
        <w:t>ộ</w:t>
      </w:r>
      <w:r w:rsidRPr="00B66CC6">
        <w:rPr>
          <w:rFonts w:eastAsia="Calibri" w:cs="Times New Roman"/>
          <w:color w:val="auto"/>
          <w:sz w:val="28"/>
          <w:szCs w:val="28"/>
        </w:rPr>
        <w:t>ng viên, khích l</w:t>
      </w:r>
      <w:r w:rsidRPr="00B66CC6">
        <w:rPr>
          <w:rFonts w:eastAsia="Calibri" w:cs="Times New Roman"/>
          <w:color w:val="auto"/>
          <w:sz w:val="28"/>
          <w:szCs w:val="28"/>
        </w:rPr>
        <w:t>ệ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r</w:t>
      </w:r>
      <w:r w:rsidRPr="00B66CC6">
        <w:rPr>
          <w:rFonts w:eastAsia="Calibri" w:cs="Times New Roman"/>
          <w:color w:val="auto"/>
          <w:sz w:val="28"/>
          <w:szCs w:val="28"/>
        </w:rPr>
        <w:t>ấ</w:t>
      </w:r>
      <w:r w:rsidRPr="00B66CC6">
        <w:rPr>
          <w:rFonts w:eastAsia="Calibri" w:cs="Times New Roman"/>
          <w:color w:val="auto"/>
          <w:sz w:val="28"/>
          <w:szCs w:val="28"/>
        </w:rPr>
        <w:t>t l</w:t>
      </w:r>
      <w:r w:rsidRPr="00B66CC6">
        <w:rPr>
          <w:rFonts w:eastAsia="Calibri" w:cs="Times New Roman"/>
          <w:color w:val="auto"/>
          <w:sz w:val="28"/>
          <w:szCs w:val="28"/>
        </w:rPr>
        <w:t>ớ</w:t>
      </w:r>
      <w:r w:rsidRPr="00B66CC6">
        <w:rPr>
          <w:rFonts w:eastAsia="Calibri" w:cs="Times New Roman"/>
          <w:color w:val="auto"/>
          <w:sz w:val="28"/>
          <w:szCs w:val="28"/>
        </w:rPr>
        <w:t>n tinh th</w:t>
      </w:r>
      <w:r w:rsidRPr="00B66CC6">
        <w:rPr>
          <w:rFonts w:eastAsia="Calibri" w:cs="Times New Roman"/>
          <w:color w:val="auto"/>
          <w:sz w:val="28"/>
          <w:szCs w:val="28"/>
        </w:rPr>
        <w:t>ầ</w:t>
      </w:r>
      <w:r w:rsidRPr="00B66CC6">
        <w:rPr>
          <w:rFonts w:eastAsia="Calibri" w:cs="Times New Roman"/>
          <w:color w:val="auto"/>
          <w:sz w:val="28"/>
          <w:szCs w:val="28"/>
        </w:rPr>
        <w:t>n trách nhi</w:t>
      </w:r>
      <w:r w:rsidRPr="00B66CC6">
        <w:rPr>
          <w:rFonts w:eastAsia="Calibri" w:cs="Times New Roman"/>
          <w:color w:val="auto"/>
          <w:sz w:val="28"/>
          <w:szCs w:val="28"/>
        </w:rPr>
        <w:t>ệ</w:t>
      </w:r>
      <w:r w:rsidRPr="00B66CC6">
        <w:rPr>
          <w:rFonts w:eastAsia="Calibri" w:cs="Times New Roman"/>
          <w:color w:val="auto"/>
          <w:sz w:val="28"/>
          <w:szCs w:val="28"/>
        </w:rPr>
        <w:t>m c</w:t>
      </w:r>
      <w:r w:rsidRPr="00B66CC6">
        <w:rPr>
          <w:rFonts w:eastAsia="Calibri" w:cs="Times New Roman"/>
          <w:color w:val="auto"/>
          <w:sz w:val="28"/>
          <w:szCs w:val="28"/>
        </w:rPr>
        <w:t>ủ</w:t>
      </w:r>
      <w:r w:rsidRPr="00B66CC6">
        <w:rPr>
          <w:rFonts w:eastAsia="Calibri" w:cs="Times New Roman"/>
          <w:color w:val="auto"/>
          <w:sz w:val="28"/>
          <w:szCs w:val="28"/>
        </w:rPr>
        <w:t>a đ</w:t>
      </w:r>
      <w:r w:rsidRPr="00B66CC6">
        <w:rPr>
          <w:rFonts w:eastAsia="Calibri" w:cs="Times New Roman"/>
          <w:color w:val="auto"/>
          <w:sz w:val="28"/>
          <w:szCs w:val="28"/>
        </w:rPr>
        <w:t>ộ</w:t>
      </w:r>
      <w:r w:rsidRPr="00B66CC6">
        <w:rPr>
          <w:rFonts w:eastAsia="Calibri" w:cs="Times New Roman"/>
          <w:color w:val="auto"/>
          <w:sz w:val="28"/>
          <w:szCs w:val="28"/>
        </w:rPr>
        <w:t>i ngũ bá</w:t>
      </w:r>
      <w:r w:rsidRPr="00B66CC6">
        <w:rPr>
          <w:rFonts w:eastAsia="Calibri" w:cs="Times New Roman"/>
          <w:color w:val="auto"/>
          <w:sz w:val="28"/>
          <w:szCs w:val="28"/>
        </w:rPr>
        <w:t>o cáo viên, tuyên truy</w:t>
      </w:r>
      <w:r w:rsidRPr="00B66CC6">
        <w:rPr>
          <w:rFonts w:eastAsia="Calibri" w:cs="Times New Roman"/>
          <w:color w:val="auto"/>
          <w:sz w:val="28"/>
          <w:szCs w:val="28"/>
        </w:rPr>
        <w:t>ề</w:t>
      </w:r>
      <w:r w:rsidRPr="00B66CC6">
        <w:rPr>
          <w:rFonts w:eastAsia="Calibri" w:cs="Times New Roman"/>
          <w:color w:val="auto"/>
          <w:sz w:val="28"/>
          <w:szCs w:val="28"/>
        </w:rPr>
        <w:t>n viên pháp lu</w:t>
      </w:r>
      <w:r w:rsidRPr="00B66CC6">
        <w:rPr>
          <w:rFonts w:eastAsia="Calibri" w:cs="Times New Roman"/>
          <w:color w:val="auto"/>
          <w:sz w:val="28"/>
          <w:szCs w:val="28"/>
        </w:rPr>
        <w:t>ậ</w:t>
      </w:r>
      <w:r w:rsidRPr="00B66CC6">
        <w:rPr>
          <w:rFonts w:eastAsia="Calibri" w:cs="Times New Roman"/>
          <w:color w:val="auto"/>
          <w:sz w:val="28"/>
          <w:szCs w:val="28"/>
        </w:rPr>
        <w:t>t và hòa gi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i viên cơ s</w:t>
      </w:r>
      <w:r w:rsidRPr="00B66CC6">
        <w:rPr>
          <w:rFonts w:eastAsia="Calibri" w:cs="Times New Roman"/>
          <w:color w:val="auto"/>
          <w:sz w:val="28"/>
          <w:szCs w:val="28"/>
        </w:rPr>
        <w:t>ở</w:t>
      </w:r>
      <w:r w:rsidRPr="00B66CC6">
        <w:rPr>
          <w:rFonts w:eastAsia="Calibri" w:cs="Times New Roman"/>
          <w:color w:val="auto"/>
          <w:sz w:val="28"/>
          <w:szCs w:val="28"/>
        </w:rPr>
        <w:t>.</w:t>
      </w:r>
    </w:p>
    <w:p w:rsidR="0081002A" w:rsidRPr="00B66CC6" w:rsidRDefault="00442FE1">
      <w:pPr>
        <w:spacing w:after="80" w:line="288" w:lineRule="auto"/>
        <w:ind w:firstLine="504"/>
        <w:jc w:val="both"/>
        <w:rPr>
          <w:rFonts w:eastAsia="Calibri" w:cs="Times New Roman"/>
          <w:color w:val="auto"/>
          <w:sz w:val="28"/>
          <w:szCs w:val="28"/>
        </w:rPr>
      </w:pPr>
      <w:r w:rsidRPr="00B66CC6">
        <w:rPr>
          <w:rFonts w:eastAsia="Calibri" w:cs="Times New Roman"/>
          <w:color w:val="auto"/>
          <w:sz w:val="28"/>
          <w:szCs w:val="28"/>
        </w:rPr>
        <w:t>Th</w:t>
      </w:r>
      <w:r w:rsidRPr="00B66CC6">
        <w:rPr>
          <w:rFonts w:eastAsia="Calibri" w:cs="Times New Roman"/>
          <w:color w:val="auto"/>
          <w:sz w:val="28"/>
          <w:szCs w:val="28"/>
        </w:rPr>
        <w:t>ứ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ba, th</w:t>
      </w:r>
      <w:r w:rsidRPr="00B66CC6">
        <w:rPr>
          <w:rFonts w:eastAsia="Calibri" w:cs="Times New Roman"/>
          <w:color w:val="auto"/>
          <w:sz w:val="28"/>
          <w:szCs w:val="28"/>
        </w:rPr>
        <w:t>ể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ch</w:t>
      </w:r>
      <w:r w:rsidRPr="00B66CC6">
        <w:rPr>
          <w:rFonts w:eastAsia="Calibri" w:cs="Times New Roman"/>
          <w:color w:val="auto"/>
          <w:sz w:val="28"/>
          <w:szCs w:val="28"/>
        </w:rPr>
        <w:t>ế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hóa k</w:t>
      </w:r>
      <w:r w:rsidRPr="00B66CC6">
        <w:rPr>
          <w:rFonts w:eastAsia="Calibri" w:cs="Times New Roman"/>
          <w:color w:val="auto"/>
          <w:sz w:val="28"/>
          <w:szCs w:val="28"/>
        </w:rPr>
        <w:t>ị</w:t>
      </w:r>
      <w:r w:rsidRPr="00B66CC6">
        <w:rPr>
          <w:rFonts w:eastAsia="Calibri" w:cs="Times New Roman"/>
          <w:color w:val="auto"/>
          <w:sz w:val="28"/>
          <w:szCs w:val="28"/>
        </w:rPr>
        <w:t>p th</w:t>
      </w:r>
      <w:r w:rsidRPr="00B66CC6">
        <w:rPr>
          <w:rFonts w:eastAsia="Calibri" w:cs="Times New Roman"/>
          <w:color w:val="auto"/>
          <w:sz w:val="28"/>
          <w:szCs w:val="28"/>
        </w:rPr>
        <w:t>ờ</w:t>
      </w:r>
      <w:r w:rsidRPr="00B66CC6">
        <w:rPr>
          <w:rFonts w:eastAsia="Calibri" w:cs="Times New Roman"/>
          <w:color w:val="auto"/>
          <w:sz w:val="28"/>
          <w:szCs w:val="28"/>
        </w:rPr>
        <w:t>i các nhi</w:t>
      </w:r>
      <w:r w:rsidRPr="00B66CC6">
        <w:rPr>
          <w:rFonts w:eastAsia="Calibri" w:cs="Times New Roman"/>
          <w:color w:val="auto"/>
          <w:sz w:val="28"/>
          <w:szCs w:val="28"/>
        </w:rPr>
        <w:t>ệ</w:t>
      </w:r>
      <w:r w:rsidRPr="00B66CC6">
        <w:rPr>
          <w:rFonts w:eastAsia="Calibri" w:cs="Times New Roman"/>
          <w:color w:val="auto"/>
          <w:sz w:val="28"/>
          <w:szCs w:val="28"/>
        </w:rPr>
        <w:t>m v</w:t>
      </w:r>
      <w:r w:rsidRPr="00B66CC6">
        <w:rPr>
          <w:rFonts w:eastAsia="Calibri" w:cs="Times New Roman"/>
          <w:color w:val="auto"/>
          <w:sz w:val="28"/>
          <w:szCs w:val="28"/>
        </w:rPr>
        <w:t>ụ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m</w:t>
      </w:r>
      <w:r w:rsidRPr="00B66CC6">
        <w:rPr>
          <w:rFonts w:eastAsia="Calibri" w:cs="Times New Roman"/>
          <w:color w:val="auto"/>
          <w:sz w:val="28"/>
          <w:szCs w:val="28"/>
        </w:rPr>
        <w:t>ớ</w:t>
      </w:r>
      <w:r w:rsidRPr="00B66CC6">
        <w:rPr>
          <w:rFonts w:eastAsia="Calibri" w:cs="Times New Roman"/>
          <w:color w:val="auto"/>
          <w:sz w:val="28"/>
          <w:szCs w:val="28"/>
        </w:rPr>
        <w:t>i v</w:t>
      </w:r>
      <w:r w:rsidRPr="00B66CC6">
        <w:rPr>
          <w:rFonts w:eastAsia="Calibri" w:cs="Times New Roman"/>
          <w:color w:val="auto"/>
          <w:sz w:val="28"/>
          <w:szCs w:val="28"/>
        </w:rPr>
        <w:t>ề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chuy</w:t>
      </w:r>
      <w:r w:rsidRPr="00B66CC6">
        <w:rPr>
          <w:rFonts w:eastAsia="Calibri" w:cs="Times New Roman"/>
          <w:color w:val="auto"/>
          <w:sz w:val="28"/>
          <w:szCs w:val="28"/>
        </w:rPr>
        <w:t>ể</w:t>
      </w:r>
      <w:r w:rsidRPr="00B66CC6">
        <w:rPr>
          <w:rFonts w:eastAsia="Calibri" w:cs="Times New Roman"/>
          <w:color w:val="auto"/>
          <w:sz w:val="28"/>
          <w:szCs w:val="28"/>
        </w:rPr>
        <w:t>n đ</w:t>
      </w:r>
      <w:r w:rsidRPr="00B66CC6">
        <w:rPr>
          <w:rFonts w:eastAsia="Calibri" w:cs="Times New Roman"/>
          <w:color w:val="auto"/>
          <w:sz w:val="28"/>
          <w:szCs w:val="28"/>
        </w:rPr>
        <w:t>ổ</w:t>
      </w:r>
      <w:r w:rsidRPr="00B66CC6">
        <w:rPr>
          <w:rFonts w:eastAsia="Calibri" w:cs="Times New Roman"/>
          <w:color w:val="auto"/>
          <w:sz w:val="28"/>
          <w:szCs w:val="28"/>
        </w:rPr>
        <w:t>i s</w:t>
      </w:r>
      <w:r w:rsidRPr="00B66CC6">
        <w:rPr>
          <w:rFonts w:eastAsia="Calibri" w:cs="Times New Roman"/>
          <w:color w:val="auto"/>
          <w:sz w:val="28"/>
          <w:szCs w:val="28"/>
        </w:rPr>
        <w:t>ố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và truy</w:t>
      </w:r>
      <w:r w:rsidRPr="00B66CC6">
        <w:rPr>
          <w:rFonts w:eastAsia="Calibri" w:cs="Times New Roman"/>
          <w:color w:val="auto"/>
          <w:sz w:val="28"/>
          <w:szCs w:val="28"/>
        </w:rPr>
        <w:t>ề</w:t>
      </w:r>
      <w:r w:rsidRPr="00B66CC6">
        <w:rPr>
          <w:rFonts w:eastAsia="Calibri" w:cs="Times New Roman"/>
          <w:color w:val="auto"/>
          <w:sz w:val="28"/>
          <w:szCs w:val="28"/>
        </w:rPr>
        <w:t>n thông chính sách: Thông tư đã b</w:t>
      </w:r>
      <w:r w:rsidRPr="00B66CC6">
        <w:rPr>
          <w:rFonts w:eastAsia="Calibri" w:cs="Times New Roman"/>
          <w:color w:val="auto"/>
          <w:sz w:val="28"/>
          <w:szCs w:val="28"/>
        </w:rPr>
        <w:t>ổ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sung khung đ</w:t>
      </w:r>
      <w:r w:rsidRPr="00B66CC6">
        <w:rPr>
          <w:rFonts w:eastAsia="Calibri" w:cs="Times New Roman"/>
          <w:color w:val="auto"/>
          <w:sz w:val="28"/>
          <w:szCs w:val="28"/>
        </w:rPr>
        <w:t>ị</w:t>
      </w:r>
      <w:r w:rsidRPr="00B66CC6">
        <w:rPr>
          <w:rFonts w:eastAsia="Calibri" w:cs="Times New Roman"/>
          <w:color w:val="auto"/>
          <w:sz w:val="28"/>
          <w:szCs w:val="28"/>
        </w:rPr>
        <w:t>nh m</w:t>
      </w:r>
      <w:r w:rsidRPr="00B66CC6">
        <w:rPr>
          <w:rFonts w:eastAsia="Calibri" w:cs="Times New Roman"/>
          <w:color w:val="auto"/>
          <w:sz w:val="28"/>
          <w:szCs w:val="28"/>
        </w:rPr>
        <w:t>ứ</w:t>
      </w:r>
      <w:r w:rsidRPr="00B66CC6">
        <w:rPr>
          <w:rFonts w:eastAsia="Calibri" w:cs="Times New Roman"/>
          <w:color w:val="auto"/>
          <w:sz w:val="28"/>
          <w:szCs w:val="28"/>
        </w:rPr>
        <w:t>c r</w:t>
      </w:r>
      <w:r w:rsidRPr="00B66CC6">
        <w:rPr>
          <w:rFonts w:eastAsia="Calibri" w:cs="Times New Roman"/>
          <w:color w:val="auto"/>
          <w:sz w:val="28"/>
          <w:szCs w:val="28"/>
        </w:rPr>
        <w:t>ấ</w:t>
      </w:r>
      <w:r w:rsidRPr="00B66CC6">
        <w:rPr>
          <w:rFonts w:eastAsia="Calibri" w:cs="Times New Roman"/>
          <w:color w:val="auto"/>
          <w:sz w:val="28"/>
          <w:szCs w:val="28"/>
        </w:rPr>
        <w:t>t sát v</w:t>
      </w:r>
      <w:r w:rsidRPr="00B66CC6">
        <w:rPr>
          <w:rFonts w:eastAsia="Calibri" w:cs="Times New Roman"/>
          <w:color w:val="auto"/>
          <w:sz w:val="28"/>
          <w:szCs w:val="28"/>
        </w:rPr>
        <w:t>ớ</w:t>
      </w:r>
      <w:r w:rsidRPr="00B66CC6">
        <w:rPr>
          <w:rFonts w:eastAsia="Calibri" w:cs="Times New Roman"/>
          <w:color w:val="auto"/>
          <w:sz w:val="28"/>
          <w:szCs w:val="28"/>
        </w:rPr>
        <w:t>i yêu c</w:t>
      </w:r>
      <w:r w:rsidRPr="00B66CC6">
        <w:rPr>
          <w:rFonts w:eastAsia="Calibri" w:cs="Times New Roman"/>
          <w:color w:val="auto"/>
          <w:sz w:val="28"/>
          <w:szCs w:val="28"/>
        </w:rPr>
        <w:t>ầ</w:t>
      </w:r>
      <w:r w:rsidRPr="00B66CC6">
        <w:rPr>
          <w:rFonts w:eastAsia="Calibri" w:cs="Times New Roman"/>
          <w:color w:val="auto"/>
          <w:sz w:val="28"/>
          <w:szCs w:val="28"/>
        </w:rPr>
        <w:t>u đ</w:t>
      </w:r>
      <w:r w:rsidRPr="00B66CC6">
        <w:rPr>
          <w:rFonts w:eastAsia="Calibri" w:cs="Times New Roman"/>
          <w:color w:val="auto"/>
          <w:sz w:val="28"/>
          <w:szCs w:val="28"/>
        </w:rPr>
        <w:t>ổ</w:t>
      </w:r>
      <w:r w:rsidRPr="00B66CC6">
        <w:rPr>
          <w:rFonts w:eastAsia="Calibri" w:cs="Times New Roman"/>
          <w:color w:val="auto"/>
          <w:sz w:val="28"/>
          <w:szCs w:val="28"/>
        </w:rPr>
        <w:t>i m</w:t>
      </w:r>
      <w:r w:rsidRPr="00B66CC6">
        <w:rPr>
          <w:rFonts w:eastAsia="Calibri" w:cs="Times New Roman"/>
          <w:color w:val="auto"/>
          <w:sz w:val="28"/>
          <w:szCs w:val="28"/>
        </w:rPr>
        <w:t>ớ</w:t>
      </w:r>
      <w:r w:rsidRPr="00B66CC6">
        <w:rPr>
          <w:rFonts w:eastAsia="Calibri" w:cs="Times New Roman"/>
          <w:color w:val="auto"/>
          <w:sz w:val="28"/>
          <w:szCs w:val="28"/>
        </w:rPr>
        <w:t>i:</w:t>
      </w:r>
    </w:p>
    <w:p w:rsidR="0081002A" w:rsidRPr="00B66CC6" w:rsidRDefault="00442FE1">
      <w:pPr>
        <w:spacing w:after="80" w:line="288" w:lineRule="auto"/>
        <w:ind w:firstLine="504"/>
        <w:jc w:val="both"/>
        <w:rPr>
          <w:rFonts w:eastAsia="Calibri" w:cs="Times New Roman"/>
          <w:color w:val="auto"/>
          <w:sz w:val="28"/>
          <w:szCs w:val="28"/>
        </w:rPr>
      </w:pPr>
      <w:r w:rsidRPr="00B66CC6">
        <w:rPr>
          <w:rFonts w:eastAsia="Calibri" w:cs="Times New Roman"/>
          <w:color w:val="auto"/>
          <w:sz w:val="28"/>
          <w:szCs w:val="28"/>
        </w:rPr>
        <w:t>+ Quy đ</w:t>
      </w:r>
      <w:r w:rsidRPr="00B66CC6">
        <w:rPr>
          <w:rFonts w:eastAsia="Calibri" w:cs="Times New Roman"/>
          <w:color w:val="auto"/>
          <w:sz w:val="28"/>
          <w:szCs w:val="28"/>
        </w:rPr>
        <w:t>ị</w:t>
      </w:r>
      <w:r w:rsidRPr="00B66CC6">
        <w:rPr>
          <w:rFonts w:eastAsia="Calibri" w:cs="Times New Roman"/>
          <w:color w:val="auto"/>
          <w:sz w:val="28"/>
          <w:szCs w:val="28"/>
        </w:rPr>
        <w:t>nh chi ti</w:t>
      </w:r>
      <w:r w:rsidRPr="00B66CC6">
        <w:rPr>
          <w:rFonts w:eastAsia="Calibri" w:cs="Times New Roman"/>
          <w:color w:val="auto"/>
          <w:sz w:val="28"/>
          <w:szCs w:val="28"/>
        </w:rPr>
        <w:t>ế</w:t>
      </w:r>
      <w:r w:rsidRPr="00B66CC6">
        <w:rPr>
          <w:rFonts w:eastAsia="Calibri" w:cs="Times New Roman"/>
          <w:color w:val="auto"/>
          <w:sz w:val="28"/>
          <w:szCs w:val="28"/>
        </w:rPr>
        <w:t>t các kho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n chi </w:t>
      </w:r>
      <w:r w:rsidRPr="00B66CC6">
        <w:rPr>
          <w:rFonts w:eastAsia="Calibri" w:cs="Times New Roman"/>
          <w:color w:val="auto"/>
          <w:sz w:val="28"/>
          <w:szCs w:val="28"/>
        </w:rPr>
        <w:t>ứ</w:t>
      </w:r>
      <w:r w:rsidRPr="00B66CC6">
        <w:rPr>
          <w:rFonts w:eastAsia="Calibri" w:cs="Times New Roman"/>
          <w:color w:val="auto"/>
          <w:sz w:val="28"/>
          <w:szCs w:val="28"/>
        </w:rPr>
        <w:t>ng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d</w:t>
      </w:r>
      <w:r w:rsidRPr="00B66CC6">
        <w:rPr>
          <w:rFonts w:eastAsia="Calibri" w:cs="Times New Roman"/>
          <w:color w:val="auto"/>
          <w:sz w:val="28"/>
          <w:szCs w:val="28"/>
        </w:rPr>
        <w:t>ụ</w:t>
      </w:r>
      <w:r w:rsidRPr="00B66CC6">
        <w:rPr>
          <w:rFonts w:eastAsia="Calibri" w:cs="Times New Roman"/>
          <w:color w:val="auto"/>
          <w:sz w:val="28"/>
          <w:szCs w:val="28"/>
        </w:rPr>
        <w:t>ng công ngh</w:t>
      </w:r>
      <w:r w:rsidRPr="00B66CC6">
        <w:rPr>
          <w:rFonts w:eastAsia="Calibri" w:cs="Times New Roman"/>
          <w:color w:val="auto"/>
          <w:sz w:val="28"/>
          <w:szCs w:val="28"/>
        </w:rPr>
        <w:t>ệ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thông tin, qu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n tr</w:t>
      </w:r>
      <w:r w:rsidRPr="00B66CC6">
        <w:rPr>
          <w:rFonts w:eastAsia="Calibri" w:cs="Times New Roman"/>
          <w:color w:val="auto"/>
          <w:sz w:val="28"/>
          <w:szCs w:val="28"/>
        </w:rPr>
        <w:t>ị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T</w:t>
      </w:r>
      <w:r w:rsidRPr="00B66CC6">
        <w:rPr>
          <w:rFonts w:eastAsia="Calibri" w:cs="Times New Roman"/>
          <w:color w:val="auto"/>
          <w:sz w:val="28"/>
          <w:szCs w:val="28"/>
        </w:rPr>
        <w:t>ủ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sách pháp lu</w:t>
      </w:r>
      <w:r w:rsidRPr="00B66CC6">
        <w:rPr>
          <w:rFonts w:eastAsia="Calibri" w:cs="Times New Roman"/>
          <w:color w:val="auto"/>
          <w:sz w:val="28"/>
          <w:szCs w:val="28"/>
        </w:rPr>
        <w:t>ậ</w:t>
      </w:r>
      <w:r w:rsidRPr="00B66CC6">
        <w:rPr>
          <w:rFonts w:eastAsia="Calibri" w:cs="Times New Roman"/>
          <w:color w:val="auto"/>
          <w:sz w:val="28"/>
          <w:szCs w:val="28"/>
        </w:rPr>
        <w:t>t đi</w:t>
      </w:r>
      <w:r w:rsidRPr="00B66CC6">
        <w:rPr>
          <w:rFonts w:eastAsia="Calibri" w:cs="Times New Roman"/>
          <w:color w:val="auto"/>
          <w:sz w:val="28"/>
          <w:szCs w:val="28"/>
        </w:rPr>
        <w:t>ệ</w:t>
      </w:r>
      <w:r w:rsidRPr="00B66CC6">
        <w:rPr>
          <w:rFonts w:eastAsia="Calibri" w:cs="Times New Roman"/>
          <w:color w:val="auto"/>
          <w:sz w:val="28"/>
          <w:szCs w:val="28"/>
        </w:rPr>
        <w:t>n t</w:t>
      </w:r>
      <w:r w:rsidRPr="00B66CC6">
        <w:rPr>
          <w:rFonts w:eastAsia="Calibri" w:cs="Times New Roman"/>
          <w:color w:val="auto"/>
          <w:sz w:val="28"/>
          <w:szCs w:val="28"/>
        </w:rPr>
        <w:t>ử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qu</w:t>
      </w:r>
      <w:r w:rsidRPr="00B66CC6">
        <w:rPr>
          <w:rFonts w:eastAsia="Calibri" w:cs="Times New Roman"/>
          <w:color w:val="auto"/>
          <w:sz w:val="28"/>
          <w:szCs w:val="28"/>
        </w:rPr>
        <w:t>ố</w:t>
      </w:r>
      <w:r w:rsidRPr="00B66CC6">
        <w:rPr>
          <w:rFonts w:eastAsia="Calibri" w:cs="Times New Roman"/>
          <w:color w:val="auto"/>
          <w:sz w:val="28"/>
          <w:szCs w:val="28"/>
        </w:rPr>
        <w:t>c gia, s</w:t>
      </w:r>
      <w:r w:rsidRPr="00B66CC6">
        <w:rPr>
          <w:rFonts w:eastAsia="Calibri" w:cs="Times New Roman"/>
          <w:color w:val="auto"/>
          <w:sz w:val="28"/>
          <w:szCs w:val="28"/>
        </w:rPr>
        <w:t>ố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hóa tài li</w:t>
      </w:r>
      <w:r w:rsidRPr="00B66CC6">
        <w:rPr>
          <w:rFonts w:eastAsia="Calibri" w:cs="Times New Roman"/>
          <w:color w:val="auto"/>
          <w:sz w:val="28"/>
          <w:szCs w:val="28"/>
        </w:rPr>
        <w:t>ệ</w:t>
      </w:r>
      <w:r w:rsidRPr="00B66CC6">
        <w:rPr>
          <w:rFonts w:eastAsia="Calibri" w:cs="Times New Roman"/>
          <w:color w:val="auto"/>
          <w:sz w:val="28"/>
          <w:szCs w:val="28"/>
        </w:rPr>
        <w:t>u PBGDPL (kho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n 4 Đi</w:t>
      </w:r>
      <w:r w:rsidRPr="00B66CC6">
        <w:rPr>
          <w:rFonts w:eastAsia="Calibri" w:cs="Times New Roman"/>
          <w:color w:val="auto"/>
          <w:sz w:val="28"/>
          <w:szCs w:val="28"/>
        </w:rPr>
        <w:t>ề</w:t>
      </w:r>
      <w:r w:rsidRPr="00B66CC6">
        <w:rPr>
          <w:rFonts w:eastAsia="Calibri" w:cs="Times New Roman"/>
          <w:color w:val="auto"/>
          <w:sz w:val="28"/>
          <w:szCs w:val="28"/>
        </w:rPr>
        <w:t>u 3);</w:t>
      </w:r>
    </w:p>
    <w:p w:rsidR="0081002A" w:rsidRPr="00B66CC6" w:rsidRDefault="00442FE1">
      <w:pPr>
        <w:spacing w:after="80" w:line="288" w:lineRule="auto"/>
        <w:ind w:firstLine="504"/>
        <w:jc w:val="both"/>
        <w:rPr>
          <w:rFonts w:eastAsia="Calibri" w:cs="Times New Roman"/>
          <w:color w:val="auto"/>
          <w:sz w:val="28"/>
          <w:szCs w:val="28"/>
        </w:rPr>
      </w:pPr>
      <w:r w:rsidRPr="00B66CC6">
        <w:rPr>
          <w:rFonts w:eastAsia="Calibri" w:cs="Times New Roman"/>
          <w:color w:val="auto"/>
          <w:sz w:val="28"/>
          <w:szCs w:val="28"/>
        </w:rPr>
        <w:t>+ Quy đ</w:t>
      </w:r>
      <w:r w:rsidRPr="00B66CC6">
        <w:rPr>
          <w:rFonts w:eastAsia="Calibri" w:cs="Times New Roman"/>
          <w:color w:val="auto"/>
          <w:sz w:val="28"/>
          <w:szCs w:val="28"/>
        </w:rPr>
        <w:t>ị</w:t>
      </w:r>
      <w:r w:rsidRPr="00B66CC6">
        <w:rPr>
          <w:rFonts w:eastAsia="Calibri" w:cs="Times New Roman"/>
          <w:color w:val="auto"/>
          <w:sz w:val="28"/>
          <w:szCs w:val="28"/>
        </w:rPr>
        <w:t>nh đ</w:t>
      </w:r>
      <w:r w:rsidRPr="00B66CC6">
        <w:rPr>
          <w:rFonts w:eastAsia="Calibri" w:cs="Times New Roman"/>
          <w:color w:val="auto"/>
          <w:sz w:val="28"/>
          <w:szCs w:val="28"/>
        </w:rPr>
        <w:t>ị</w:t>
      </w:r>
      <w:r w:rsidRPr="00B66CC6">
        <w:rPr>
          <w:rFonts w:eastAsia="Calibri" w:cs="Times New Roman"/>
          <w:color w:val="auto"/>
          <w:sz w:val="28"/>
          <w:szCs w:val="28"/>
        </w:rPr>
        <w:t>nh m</w:t>
      </w:r>
      <w:r w:rsidRPr="00B66CC6">
        <w:rPr>
          <w:rFonts w:eastAsia="Calibri" w:cs="Times New Roman"/>
          <w:color w:val="auto"/>
          <w:sz w:val="28"/>
          <w:szCs w:val="28"/>
        </w:rPr>
        <w:t>ứ</w:t>
      </w:r>
      <w:r w:rsidRPr="00B66CC6">
        <w:rPr>
          <w:rFonts w:eastAsia="Calibri" w:cs="Times New Roman"/>
          <w:color w:val="auto"/>
          <w:sz w:val="28"/>
          <w:szCs w:val="28"/>
        </w:rPr>
        <w:t>c chi biên so</w:t>
      </w:r>
      <w:r w:rsidRPr="00B66CC6">
        <w:rPr>
          <w:rFonts w:eastAsia="Calibri" w:cs="Times New Roman"/>
          <w:color w:val="auto"/>
          <w:sz w:val="28"/>
          <w:szCs w:val="28"/>
        </w:rPr>
        <w:t>ạ</w:t>
      </w:r>
      <w:r w:rsidRPr="00B66CC6">
        <w:rPr>
          <w:rFonts w:eastAsia="Calibri" w:cs="Times New Roman"/>
          <w:color w:val="auto"/>
          <w:sz w:val="28"/>
          <w:szCs w:val="28"/>
        </w:rPr>
        <w:t>n đ</w:t>
      </w:r>
      <w:r w:rsidRPr="00B66CC6">
        <w:rPr>
          <w:rFonts w:eastAsia="Calibri" w:cs="Times New Roman"/>
          <w:color w:val="auto"/>
          <w:sz w:val="28"/>
          <w:szCs w:val="28"/>
        </w:rPr>
        <w:t>ồ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h</w:t>
      </w:r>
      <w:r w:rsidRPr="00B66CC6">
        <w:rPr>
          <w:rFonts w:eastAsia="Calibri" w:cs="Times New Roman"/>
          <w:color w:val="auto"/>
          <w:sz w:val="28"/>
          <w:szCs w:val="28"/>
        </w:rPr>
        <w:t>ọ</w:t>
      </w:r>
      <w:r w:rsidRPr="00B66CC6">
        <w:rPr>
          <w:rFonts w:eastAsia="Calibri" w:cs="Times New Roman"/>
          <w:color w:val="auto"/>
          <w:sz w:val="28"/>
          <w:szCs w:val="28"/>
        </w:rPr>
        <w:t>a thông tin (infographic), biên so</w:t>
      </w:r>
      <w:r w:rsidRPr="00B66CC6">
        <w:rPr>
          <w:rFonts w:eastAsia="Calibri" w:cs="Times New Roman"/>
          <w:color w:val="auto"/>
          <w:sz w:val="28"/>
          <w:szCs w:val="28"/>
        </w:rPr>
        <w:t>ạ</w:t>
      </w:r>
      <w:r w:rsidRPr="00B66CC6">
        <w:rPr>
          <w:rFonts w:eastAsia="Calibri" w:cs="Times New Roman"/>
          <w:color w:val="auto"/>
          <w:sz w:val="28"/>
          <w:szCs w:val="28"/>
        </w:rPr>
        <w:t>n bài gi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ng đi</w:t>
      </w:r>
      <w:r w:rsidRPr="00B66CC6">
        <w:rPr>
          <w:rFonts w:eastAsia="Calibri" w:cs="Times New Roman"/>
          <w:color w:val="auto"/>
          <w:sz w:val="28"/>
          <w:szCs w:val="28"/>
        </w:rPr>
        <w:t>ệ</w:t>
      </w:r>
      <w:r w:rsidRPr="00B66CC6">
        <w:rPr>
          <w:rFonts w:eastAsia="Calibri" w:cs="Times New Roman"/>
          <w:color w:val="auto"/>
          <w:sz w:val="28"/>
          <w:szCs w:val="28"/>
        </w:rPr>
        <w:t>n t</w:t>
      </w:r>
      <w:r w:rsidRPr="00B66CC6">
        <w:rPr>
          <w:rFonts w:eastAsia="Calibri" w:cs="Times New Roman"/>
          <w:color w:val="auto"/>
          <w:sz w:val="28"/>
          <w:szCs w:val="28"/>
        </w:rPr>
        <w:t>ử</w:t>
      </w:r>
      <w:r w:rsidRPr="00B66CC6">
        <w:rPr>
          <w:rFonts w:eastAsia="Calibri" w:cs="Times New Roman"/>
          <w:color w:val="auto"/>
          <w:sz w:val="28"/>
          <w:szCs w:val="28"/>
        </w:rPr>
        <w:t>, sách nói pháp lu</w:t>
      </w:r>
      <w:r w:rsidRPr="00B66CC6">
        <w:rPr>
          <w:rFonts w:eastAsia="Calibri" w:cs="Times New Roman"/>
          <w:color w:val="auto"/>
          <w:sz w:val="28"/>
          <w:szCs w:val="28"/>
        </w:rPr>
        <w:t>ậ</w:t>
      </w:r>
      <w:r w:rsidRPr="00B66CC6">
        <w:rPr>
          <w:rFonts w:eastAsia="Calibri" w:cs="Times New Roman"/>
          <w:color w:val="auto"/>
          <w:sz w:val="28"/>
          <w:szCs w:val="28"/>
        </w:rPr>
        <w:t>t (kho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n 5 Đi</w:t>
      </w:r>
      <w:r w:rsidRPr="00B66CC6">
        <w:rPr>
          <w:rFonts w:eastAsia="Calibri" w:cs="Times New Roman"/>
          <w:color w:val="auto"/>
          <w:sz w:val="28"/>
          <w:szCs w:val="28"/>
        </w:rPr>
        <w:t>ề</w:t>
      </w:r>
      <w:r w:rsidRPr="00B66CC6">
        <w:rPr>
          <w:rFonts w:eastAsia="Calibri" w:cs="Times New Roman"/>
          <w:color w:val="auto"/>
          <w:sz w:val="28"/>
          <w:szCs w:val="28"/>
        </w:rPr>
        <w:t>u 3);</w:t>
      </w:r>
    </w:p>
    <w:p w:rsidR="0081002A" w:rsidRPr="00B66CC6" w:rsidRDefault="00442FE1">
      <w:pPr>
        <w:spacing w:after="80" w:line="288" w:lineRule="auto"/>
        <w:ind w:firstLine="504"/>
        <w:jc w:val="both"/>
        <w:rPr>
          <w:rFonts w:eastAsia="Calibri" w:cs="Times New Roman"/>
          <w:color w:val="auto"/>
          <w:sz w:val="28"/>
          <w:szCs w:val="28"/>
        </w:rPr>
      </w:pPr>
      <w:r w:rsidRPr="00B66CC6">
        <w:rPr>
          <w:rFonts w:eastAsia="Calibri" w:cs="Times New Roman"/>
          <w:color w:val="auto"/>
          <w:sz w:val="28"/>
          <w:szCs w:val="28"/>
        </w:rPr>
        <w:t xml:space="preserve">+ Cho phép </w:t>
      </w:r>
      <w:r w:rsidRPr="00B66CC6">
        <w:rPr>
          <w:rFonts w:eastAsia="Calibri" w:cs="Times New Roman"/>
          <w:color w:val="auto"/>
          <w:sz w:val="28"/>
          <w:szCs w:val="28"/>
        </w:rPr>
        <w:t>áp d</w:t>
      </w:r>
      <w:r w:rsidRPr="00B66CC6">
        <w:rPr>
          <w:rFonts w:eastAsia="Calibri" w:cs="Times New Roman"/>
          <w:color w:val="auto"/>
          <w:sz w:val="28"/>
          <w:szCs w:val="28"/>
        </w:rPr>
        <w:t>ụ</w:t>
      </w:r>
      <w:r w:rsidRPr="00B66CC6">
        <w:rPr>
          <w:rFonts w:eastAsia="Calibri" w:cs="Times New Roman"/>
          <w:color w:val="auto"/>
          <w:sz w:val="28"/>
          <w:szCs w:val="28"/>
        </w:rPr>
        <w:t>ng các n</w:t>
      </w:r>
      <w:r w:rsidRPr="00B66CC6">
        <w:rPr>
          <w:rFonts w:eastAsia="Calibri" w:cs="Times New Roman"/>
          <w:color w:val="auto"/>
          <w:sz w:val="28"/>
          <w:szCs w:val="28"/>
        </w:rPr>
        <w:t>ộ</w:t>
      </w:r>
      <w:r w:rsidRPr="00B66CC6">
        <w:rPr>
          <w:rFonts w:eastAsia="Calibri" w:cs="Times New Roman"/>
          <w:color w:val="auto"/>
          <w:sz w:val="28"/>
          <w:szCs w:val="28"/>
        </w:rPr>
        <w:t>i dung, m</w:t>
      </w:r>
      <w:r w:rsidRPr="00B66CC6">
        <w:rPr>
          <w:rFonts w:eastAsia="Calibri" w:cs="Times New Roman"/>
          <w:color w:val="auto"/>
          <w:sz w:val="28"/>
          <w:szCs w:val="28"/>
        </w:rPr>
        <w:t>ứ</w:t>
      </w:r>
      <w:r w:rsidRPr="00B66CC6">
        <w:rPr>
          <w:rFonts w:eastAsia="Calibri" w:cs="Times New Roman"/>
          <w:color w:val="auto"/>
          <w:sz w:val="28"/>
          <w:szCs w:val="28"/>
        </w:rPr>
        <w:t>c chi c</w:t>
      </w:r>
      <w:r w:rsidRPr="00B66CC6">
        <w:rPr>
          <w:rFonts w:eastAsia="Calibri" w:cs="Times New Roman"/>
          <w:color w:val="auto"/>
          <w:sz w:val="28"/>
          <w:szCs w:val="28"/>
        </w:rPr>
        <w:t>ủ</w:t>
      </w:r>
      <w:r w:rsidRPr="00B66CC6">
        <w:rPr>
          <w:rFonts w:eastAsia="Calibri" w:cs="Times New Roman"/>
          <w:color w:val="auto"/>
          <w:sz w:val="28"/>
          <w:szCs w:val="28"/>
        </w:rPr>
        <w:t>a Thông tư đ</w:t>
      </w:r>
      <w:r w:rsidRPr="00B66CC6">
        <w:rPr>
          <w:rFonts w:eastAsia="Calibri" w:cs="Times New Roman"/>
          <w:color w:val="auto"/>
          <w:sz w:val="28"/>
          <w:szCs w:val="28"/>
        </w:rPr>
        <w:t>ể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tri</w:t>
      </w:r>
      <w:r w:rsidRPr="00B66CC6">
        <w:rPr>
          <w:rFonts w:eastAsia="Calibri" w:cs="Times New Roman"/>
          <w:color w:val="auto"/>
          <w:sz w:val="28"/>
          <w:szCs w:val="28"/>
        </w:rPr>
        <w:t>ể</w:t>
      </w:r>
      <w:r w:rsidRPr="00B66CC6">
        <w:rPr>
          <w:rFonts w:eastAsia="Calibri" w:cs="Times New Roman"/>
          <w:color w:val="auto"/>
          <w:sz w:val="28"/>
          <w:szCs w:val="28"/>
        </w:rPr>
        <w:t>n khai các nhi</w:t>
      </w:r>
      <w:r w:rsidRPr="00B66CC6">
        <w:rPr>
          <w:rFonts w:eastAsia="Calibri" w:cs="Times New Roman"/>
          <w:color w:val="auto"/>
          <w:sz w:val="28"/>
          <w:szCs w:val="28"/>
        </w:rPr>
        <w:t>ệ</w:t>
      </w:r>
      <w:r w:rsidRPr="00B66CC6">
        <w:rPr>
          <w:rFonts w:eastAsia="Calibri" w:cs="Times New Roman"/>
          <w:color w:val="auto"/>
          <w:sz w:val="28"/>
          <w:szCs w:val="28"/>
        </w:rPr>
        <w:t>m v</w:t>
      </w:r>
      <w:r w:rsidRPr="00B66CC6">
        <w:rPr>
          <w:rFonts w:eastAsia="Calibri" w:cs="Times New Roman"/>
          <w:color w:val="auto"/>
          <w:sz w:val="28"/>
          <w:szCs w:val="28"/>
        </w:rPr>
        <w:t>ụ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truy</w:t>
      </w:r>
      <w:r w:rsidRPr="00B66CC6">
        <w:rPr>
          <w:rFonts w:eastAsia="Calibri" w:cs="Times New Roman"/>
          <w:color w:val="auto"/>
          <w:sz w:val="28"/>
          <w:szCs w:val="28"/>
        </w:rPr>
        <w:t>ề</w:t>
      </w:r>
      <w:r w:rsidRPr="00B66CC6">
        <w:rPr>
          <w:rFonts w:eastAsia="Calibri" w:cs="Times New Roman"/>
          <w:color w:val="auto"/>
          <w:sz w:val="28"/>
          <w:szCs w:val="28"/>
        </w:rPr>
        <w:t>n thông chính sách có tác đ</w:t>
      </w:r>
      <w:r w:rsidRPr="00B66CC6">
        <w:rPr>
          <w:rFonts w:eastAsia="Calibri" w:cs="Times New Roman"/>
          <w:color w:val="auto"/>
          <w:sz w:val="28"/>
          <w:szCs w:val="28"/>
        </w:rPr>
        <w:t>ộ</w:t>
      </w:r>
      <w:r w:rsidRPr="00B66CC6">
        <w:rPr>
          <w:rFonts w:eastAsia="Calibri" w:cs="Times New Roman"/>
          <w:color w:val="auto"/>
          <w:sz w:val="28"/>
          <w:szCs w:val="28"/>
        </w:rPr>
        <w:t>ng l</w:t>
      </w:r>
      <w:r w:rsidRPr="00B66CC6">
        <w:rPr>
          <w:rFonts w:eastAsia="Calibri" w:cs="Times New Roman"/>
          <w:color w:val="auto"/>
          <w:sz w:val="28"/>
          <w:szCs w:val="28"/>
        </w:rPr>
        <w:t>ớ</w:t>
      </w:r>
      <w:r w:rsidRPr="00B66CC6">
        <w:rPr>
          <w:rFonts w:eastAsia="Calibri" w:cs="Times New Roman"/>
          <w:color w:val="auto"/>
          <w:sz w:val="28"/>
          <w:szCs w:val="28"/>
        </w:rPr>
        <w:t>n đ</w:t>
      </w:r>
      <w:r w:rsidRPr="00B66CC6">
        <w:rPr>
          <w:rFonts w:eastAsia="Calibri" w:cs="Times New Roman"/>
          <w:color w:val="auto"/>
          <w:sz w:val="28"/>
          <w:szCs w:val="28"/>
        </w:rPr>
        <w:t>ế</w:t>
      </w:r>
      <w:r w:rsidRPr="00B66CC6">
        <w:rPr>
          <w:rFonts w:eastAsia="Calibri" w:cs="Times New Roman"/>
          <w:color w:val="auto"/>
          <w:sz w:val="28"/>
          <w:szCs w:val="28"/>
        </w:rPr>
        <w:t>n xã h</w:t>
      </w:r>
      <w:r w:rsidRPr="00B66CC6">
        <w:rPr>
          <w:rFonts w:eastAsia="Calibri" w:cs="Times New Roman"/>
          <w:color w:val="auto"/>
          <w:sz w:val="28"/>
          <w:szCs w:val="28"/>
        </w:rPr>
        <w:t>ộ</w:t>
      </w:r>
      <w:r w:rsidRPr="00B66CC6">
        <w:rPr>
          <w:rFonts w:eastAsia="Calibri" w:cs="Times New Roman"/>
          <w:color w:val="auto"/>
          <w:sz w:val="28"/>
          <w:szCs w:val="28"/>
        </w:rPr>
        <w:t>i trong quá trình xây d</w:t>
      </w:r>
      <w:r w:rsidRPr="00B66CC6">
        <w:rPr>
          <w:rFonts w:eastAsia="Calibri" w:cs="Times New Roman"/>
          <w:color w:val="auto"/>
          <w:sz w:val="28"/>
          <w:szCs w:val="28"/>
        </w:rPr>
        <w:t>ự</w:t>
      </w:r>
      <w:r w:rsidRPr="00B66CC6">
        <w:rPr>
          <w:rFonts w:eastAsia="Calibri" w:cs="Times New Roman"/>
          <w:color w:val="auto"/>
          <w:sz w:val="28"/>
          <w:szCs w:val="28"/>
        </w:rPr>
        <w:t>ng văn b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n quy ph</w:t>
      </w:r>
      <w:r w:rsidRPr="00B66CC6">
        <w:rPr>
          <w:rFonts w:eastAsia="Calibri" w:cs="Times New Roman"/>
          <w:color w:val="auto"/>
          <w:sz w:val="28"/>
          <w:szCs w:val="28"/>
        </w:rPr>
        <w:t>ạ</w:t>
      </w:r>
      <w:r w:rsidRPr="00B66CC6">
        <w:rPr>
          <w:rFonts w:eastAsia="Calibri" w:cs="Times New Roman"/>
          <w:color w:val="auto"/>
          <w:sz w:val="28"/>
          <w:szCs w:val="28"/>
        </w:rPr>
        <w:t>m pháp lu</w:t>
      </w:r>
      <w:r w:rsidRPr="00B66CC6">
        <w:rPr>
          <w:rFonts w:eastAsia="Calibri" w:cs="Times New Roman"/>
          <w:color w:val="auto"/>
          <w:sz w:val="28"/>
          <w:szCs w:val="28"/>
        </w:rPr>
        <w:t>ậ</w:t>
      </w:r>
      <w:r w:rsidRPr="00B66CC6">
        <w:rPr>
          <w:rFonts w:eastAsia="Calibri" w:cs="Times New Roman"/>
          <w:color w:val="auto"/>
          <w:sz w:val="28"/>
          <w:szCs w:val="28"/>
        </w:rPr>
        <w:t>t theo Quy</w:t>
      </w:r>
      <w:r w:rsidRPr="00B66CC6">
        <w:rPr>
          <w:rFonts w:eastAsia="Calibri" w:cs="Times New Roman"/>
          <w:color w:val="auto"/>
          <w:sz w:val="28"/>
          <w:szCs w:val="28"/>
        </w:rPr>
        <w:t>ế</w:t>
      </w:r>
      <w:r w:rsidRPr="00B66CC6">
        <w:rPr>
          <w:rFonts w:eastAsia="Calibri" w:cs="Times New Roman"/>
          <w:color w:val="auto"/>
          <w:sz w:val="28"/>
          <w:szCs w:val="28"/>
        </w:rPr>
        <w:t>t đ</w:t>
      </w:r>
      <w:r w:rsidRPr="00B66CC6">
        <w:rPr>
          <w:rFonts w:eastAsia="Calibri" w:cs="Times New Roman"/>
          <w:color w:val="auto"/>
          <w:sz w:val="28"/>
          <w:szCs w:val="28"/>
        </w:rPr>
        <w:t>ị</w:t>
      </w:r>
      <w:r w:rsidRPr="00B66CC6">
        <w:rPr>
          <w:rFonts w:eastAsia="Calibri" w:cs="Times New Roman"/>
          <w:color w:val="auto"/>
          <w:sz w:val="28"/>
          <w:szCs w:val="28"/>
        </w:rPr>
        <w:t>nh s</w:t>
      </w:r>
      <w:r w:rsidRPr="00B66CC6">
        <w:rPr>
          <w:rFonts w:eastAsia="Calibri" w:cs="Times New Roman"/>
          <w:color w:val="auto"/>
          <w:sz w:val="28"/>
          <w:szCs w:val="28"/>
        </w:rPr>
        <w:t>ố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407/QĐ-TTg c</w:t>
      </w:r>
      <w:r w:rsidRPr="00B66CC6">
        <w:rPr>
          <w:rFonts w:eastAsia="Calibri" w:cs="Times New Roman"/>
          <w:color w:val="auto"/>
          <w:sz w:val="28"/>
          <w:szCs w:val="28"/>
        </w:rPr>
        <w:t>ủ</w:t>
      </w:r>
      <w:r w:rsidRPr="00B66CC6">
        <w:rPr>
          <w:rFonts w:eastAsia="Calibri" w:cs="Times New Roman"/>
          <w:color w:val="auto"/>
          <w:sz w:val="28"/>
          <w:szCs w:val="28"/>
        </w:rPr>
        <w:t>a Th</w:t>
      </w:r>
      <w:r w:rsidRPr="00B66CC6">
        <w:rPr>
          <w:rFonts w:eastAsia="Calibri" w:cs="Times New Roman"/>
          <w:color w:val="auto"/>
          <w:sz w:val="28"/>
          <w:szCs w:val="28"/>
        </w:rPr>
        <w:t>ủ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tư</w:t>
      </w:r>
      <w:r w:rsidRPr="00B66CC6">
        <w:rPr>
          <w:rFonts w:eastAsia="Calibri" w:cs="Times New Roman"/>
          <w:color w:val="auto"/>
          <w:sz w:val="28"/>
          <w:szCs w:val="28"/>
        </w:rPr>
        <w:t>ớ</w:t>
      </w:r>
      <w:r w:rsidRPr="00B66CC6">
        <w:rPr>
          <w:rFonts w:eastAsia="Calibri" w:cs="Times New Roman"/>
          <w:color w:val="auto"/>
          <w:sz w:val="28"/>
          <w:szCs w:val="28"/>
        </w:rPr>
        <w:t>ng Chính ph</w:t>
      </w:r>
      <w:r w:rsidRPr="00B66CC6">
        <w:rPr>
          <w:rFonts w:eastAsia="Calibri" w:cs="Times New Roman"/>
          <w:color w:val="auto"/>
          <w:sz w:val="28"/>
          <w:szCs w:val="28"/>
        </w:rPr>
        <w:t>ủ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(kho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n 3 Đi</w:t>
      </w:r>
      <w:r w:rsidRPr="00B66CC6">
        <w:rPr>
          <w:rFonts w:eastAsia="Calibri" w:cs="Times New Roman"/>
          <w:color w:val="auto"/>
          <w:sz w:val="28"/>
          <w:szCs w:val="28"/>
        </w:rPr>
        <w:t>ề</w:t>
      </w:r>
      <w:r w:rsidRPr="00B66CC6">
        <w:rPr>
          <w:rFonts w:eastAsia="Calibri" w:cs="Times New Roman"/>
          <w:color w:val="auto"/>
          <w:sz w:val="28"/>
          <w:szCs w:val="28"/>
        </w:rPr>
        <w:t>u 5).</w:t>
      </w:r>
    </w:p>
    <w:p w:rsidR="0081002A" w:rsidRPr="00B66CC6" w:rsidRDefault="00442FE1">
      <w:pPr>
        <w:spacing w:after="80" w:line="288" w:lineRule="auto"/>
        <w:ind w:firstLine="504"/>
        <w:jc w:val="both"/>
        <w:rPr>
          <w:rFonts w:eastAsia="Calibri" w:cs="Times New Roman"/>
          <w:color w:val="auto"/>
          <w:sz w:val="28"/>
          <w:szCs w:val="28"/>
        </w:rPr>
      </w:pPr>
      <w:r w:rsidRPr="00B66CC6">
        <w:rPr>
          <w:rFonts w:eastAsia="Calibri" w:cs="Times New Roman"/>
          <w:color w:val="auto"/>
          <w:sz w:val="28"/>
          <w:szCs w:val="28"/>
        </w:rPr>
        <w:t>Th</w:t>
      </w:r>
      <w:r w:rsidRPr="00B66CC6">
        <w:rPr>
          <w:rFonts w:eastAsia="Calibri" w:cs="Times New Roman"/>
          <w:color w:val="auto"/>
          <w:sz w:val="28"/>
          <w:szCs w:val="28"/>
        </w:rPr>
        <w:t>ứ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tư, đ</w:t>
      </w:r>
      <w:r w:rsidRPr="00B66CC6">
        <w:rPr>
          <w:rFonts w:eastAsia="Calibri" w:cs="Times New Roman"/>
          <w:color w:val="auto"/>
          <w:sz w:val="28"/>
          <w:szCs w:val="28"/>
        </w:rPr>
        <w:t>ẩ</w:t>
      </w:r>
      <w:r w:rsidRPr="00B66CC6">
        <w:rPr>
          <w:rFonts w:eastAsia="Calibri" w:cs="Times New Roman"/>
          <w:color w:val="auto"/>
          <w:sz w:val="28"/>
          <w:szCs w:val="28"/>
        </w:rPr>
        <w:t>y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m</w:t>
      </w:r>
      <w:r w:rsidRPr="00B66CC6">
        <w:rPr>
          <w:rFonts w:eastAsia="Calibri" w:cs="Times New Roman"/>
          <w:color w:val="auto"/>
          <w:sz w:val="28"/>
          <w:szCs w:val="28"/>
        </w:rPr>
        <w:t>ạ</w:t>
      </w:r>
      <w:r w:rsidRPr="00B66CC6">
        <w:rPr>
          <w:rFonts w:eastAsia="Calibri" w:cs="Times New Roman"/>
          <w:color w:val="auto"/>
          <w:sz w:val="28"/>
          <w:szCs w:val="28"/>
        </w:rPr>
        <w:t>nh phân c</w:t>
      </w:r>
      <w:r w:rsidRPr="00B66CC6">
        <w:rPr>
          <w:rFonts w:eastAsia="Calibri" w:cs="Times New Roman"/>
          <w:color w:val="auto"/>
          <w:sz w:val="28"/>
          <w:szCs w:val="28"/>
        </w:rPr>
        <w:t>ấ</w:t>
      </w:r>
      <w:r w:rsidRPr="00B66CC6">
        <w:rPr>
          <w:rFonts w:eastAsia="Calibri" w:cs="Times New Roman"/>
          <w:color w:val="auto"/>
          <w:sz w:val="28"/>
          <w:szCs w:val="28"/>
        </w:rPr>
        <w:t>p và nâng cao quy</w:t>
      </w:r>
      <w:r w:rsidRPr="00B66CC6">
        <w:rPr>
          <w:rFonts w:eastAsia="Calibri" w:cs="Times New Roman"/>
          <w:color w:val="auto"/>
          <w:sz w:val="28"/>
          <w:szCs w:val="28"/>
        </w:rPr>
        <w:t>ề</w:t>
      </w:r>
      <w:r w:rsidRPr="00B66CC6">
        <w:rPr>
          <w:rFonts w:eastAsia="Calibri" w:cs="Times New Roman"/>
          <w:color w:val="auto"/>
          <w:sz w:val="28"/>
          <w:szCs w:val="28"/>
        </w:rPr>
        <w:t>n ch</w:t>
      </w:r>
      <w:r w:rsidRPr="00B66CC6">
        <w:rPr>
          <w:rFonts w:eastAsia="Calibri" w:cs="Times New Roman"/>
          <w:color w:val="auto"/>
          <w:sz w:val="28"/>
          <w:szCs w:val="28"/>
        </w:rPr>
        <w:t>ủ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đ</w:t>
      </w:r>
      <w:r w:rsidRPr="00B66CC6">
        <w:rPr>
          <w:rFonts w:eastAsia="Calibri" w:cs="Times New Roman"/>
          <w:color w:val="auto"/>
          <w:sz w:val="28"/>
          <w:szCs w:val="28"/>
        </w:rPr>
        <w:t>ộ</w:t>
      </w:r>
      <w:r w:rsidRPr="00B66CC6">
        <w:rPr>
          <w:rFonts w:eastAsia="Calibri" w:cs="Times New Roman"/>
          <w:color w:val="auto"/>
          <w:sz w:val="28"/>
          <w:szCs w:val="28"/>
        </w:rPr>
        <w:t>ng c</w:t>
      </w:r>
      <w:r w:rsidRPr="00B66CC6">
        <w:rPr>
          <w:rFonts w:eastAsia="Calibri" w:cs="Times New Roman"/>
          <w:color w:val="auto"/>
          <w:sz w:val="28"/>
          <w:szCs w:val="28"/>
        </w:rPr>
        <w:t>ủ</w:t>
      </w:r>
      <w:r w:rsidRPr="00B66CC6">
        <w:rPr>
          <w:rFonts w:eastAsia="Calibri" w:cs="Times New Roman"/>
          <w:color w:val="auto"/>
          <w:sz w:val="28"/>
          <w:szCs w:val="28"/>
        </w:rPr>
        <w:t>a đ</w:t>
      </w:r>
      <w:r w:rsidRPr="00B66CC6">
        <w:rPr>
          <w:rFonts w:eastAsia="Calibri" w:cs="Times New Roman"/>
          <w:color w:val="auto"/>
          <w:sz w:val="28"/>
          <w:szCs w:val="28"/>
        </w:rPr>
        <w:t>ị</w:t>
      </w:r>
      <w:r w:rsidRPr="00B66CC6">
        <w:rPr>
          <w:rFonts w:eastAsia="Calibri" w:cs="Times New Roman"/>
          <w:color w:val="auto"/>
          <w:sz w:val="28"/>
          <w:szCs w:val="28"/>
        </w:rPr>
        <w:t>a phương: Cơ ch</w:t>
      </w:r>
      <w:r w:rsidRPr="00B66CC6">
        <w:rPr>
          <w:rFonts w:eastAsia="Calibri" w:cs="Times New Roman"/>
          <w:color w:val="auto"/>
          <w:sz w:val="28"/>
          <w:szCs w:val="28"/>
        </w:rPr>
        <w:t>ế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xác đ</w:t>
      </w:r>
      <w:r w:rsidRPr="00B66CC6">
        <w:rPr>
          <w:rFonts w:eastAsia="Calibri" w:cs="Times New Roman"/>
          <w:color w:val="auto"/>
          <w:sz w:val="28"/>
          <w:szCs w:val="28"/>
        </w:rPr>
        <w:t>ị</w:t>
      </w:r>
      <w:r w:rsidRPr="00B66CC6">
        <w:rPr>
          <w:rFonts w:eastAsia="Calibri" w:cs="Times New Roman"/>
          <w:color w:val="auto"/>
          <w:sz w:val="28"/>
          <w:szCs w:val="28"/>
        </w:rPr>
        <w:t>nh m</w:t>
      </w:r>
      <w:r w:rsidRPr="00B66CC6">
        <w:rPr>
          <w:rFonts w:eastAsia="Calibri" w:cs="Times New Roman"/>
          <w:color w:val="auto"/>
          <w:sz w:val="28"/>
          <w:szCs w:val="28"/>
        </w:rPr>
        <w:t>ứ</w:t>
      </w:r>
      <w:r w:rsidRPr="00B66CC6">
        <w:rPr>
          <w:rFonts w:eastAsia="Calibri" w:cs="Times New Roman"/>
          <w:color w:val="auto"/>
          <w:sz w:val="28"/>
          <w:szCs w:val="28"/>
        </w:rPr>
        <w:t>c chi t</w:t>
      </w:r>
      <w:r w:rsidRPr="00B66CC6">
        <w:rPr>
          <w:rFonts w:eastAsia="Calibri" w:cs="Times New Roman"/>
          <w:color w:val="auto"/>
          <w:sz w:val="28"/>
          <w:szCs w:val="28"/>
        </w:rPr>
        <w:t>ạ</w:t>
      </w:r>
      <w:r w:rsidRPr="00B66CC6">
        <w:rPr>
          <w:rFonts w:eastAsia="Calibri" w:cs="Times New Roman"/>
          <w:color w:val="auto"/>
          <w:sz w:val="28"/>
          <w:szCs w:val="28"/>
        </w:rPr>
        <w:t>i Thông tư là 'm</w:t>
      </w:r>
      <w:r w:rsidRPr="00B66CC6">
        <w:rPr>
          <w:rFonts w:eastAsia="Calibri" w:cs="Times New Roman"/>
          <w:color w:val="auto"/>
          <w:sz w:val="28"/>
          <w:szCs w:val="28"/>
        </w:rPr>
        <w:t>ứ</w:t>
      </w:r>
      <w:r w:rsidRPr="00B66CC6">
        <w:rPr>
          <w:rFonts w:eastAsia="Calibri" w:cs="Times New Roman"/>
          <w:color w:val="auto"/>
          <w:sz w:val="28"/>
          <w:szCs w:val="28"/>
        </w:rPr>
        <w:t>c chi t</w:t>
      </w:r>
      <w:r w:rsidRPr="00B66CC6">
        <w:rPr>
          <w:rFonts w:eastAsia="Calibri" w:cs="Times New Roman"/>
          <w:color w:val="auto"/>
          <w:sz w:val="28"/>
          <w:szCs w:val="28"/>
        </w:rPr>
        <w:t>ố</w:t>
      </w:r>
      <w:r w:rsidRPr="00B66CC6">
        <w:rPr>
          <w:rFonts w:eastAsia="Calibri" w:cs="Times New Roman"/>
          <w:color w:val="auto"/>
          <w:sz w:val="28"/>
          <w:szCs w:val="28"/>
        </w:rPr>
        <w:t>i đa' và giao quy</w:t>
      </w:r>
      <w:r w:rsidRPr="00B66CC6">
        <w:rPr>
          <w:rFonts w:eastAsia="Calibri" w:cs="Times New Roman"/>
          <w:color w:val="auto"/>
          <w:sz w:val="28"/>
          <w:szCs w:val="28"/>
        </w:rPr>
        <w:t>ề</w:t>
      </w:r>
      <w:r w:rsidRPr="00B66CC6">
        <w:rPr>
          <w:rFonts w:eastAsia="Calibri" w:cs="Times New Roman"/>
          <w:color w:val="auto"/>
          <w:sz w:val="28"/>
          <w:szCs w:val="28"/>
        </w:rPr>
        <w:t>n cho HĐND c</w:t>
      </w:r>
      <w:r w:rsidRPr="00B66CC6">
        <w:rPr>
          <w:rFonts w:eastAsia="Calibri" w:cs="Times New Roman"/>
          <w:color w:val="auto"/>
          <w:sz w:val="28"/>
          <w:szCs w:val="28"/>
        </w:rPr>
        <w:t>ấ</w:t>
      </w:r>
      <w:r w:rsidRPr="00B66CC6">
        <w:rPr>
          <w:rFonts w:eastAsia="Calibri" w:cs="Times New Roman"/>
          <w:color w:val="auto"/>
          <w:sz w:val="28"/>
          <w:szCs w:val="28"/>
        </w:rPr>
        <w:t>p t</w:t>
      </w:r>
      <w:r w:rsidRPr="00B66CC6">
        <w:rPr>
          <w:rFonts w:eastAsia="Calibri" w:cs="Times New Roman"/>
          <w:color w:val="auto"/>
          <w:sz w:val="28"/>
          <w:szCs w:val="28"/>
        </w:rPr>
        <w:t>ỉ</w:t>
      </w:r>
      <w:r w:rsidRPr="00B66CC6">
        <w:rPr>
          <w:rFonts w:eastAsia="Calibri" w:cs="Times New Roman"/>
          <w:color w:val="auto"/>
          <w:sz w:val="28"/>
          <w:szCs w:val="28"/>
        </w:rPr>
        <w:t>nh ban hành m</w:t>
      </w:r>
      <w:r w:rsidRPr="00B66CC6">
        <w:rPr>
          <w:rFonts w:eastAsia="Calibri" w:cs="Times New Roman"/>
          <w:color w:val="auto"/>
          <w:sz w:val="28"/>
          <w:szCs w:val="28"/>
        </w:rPr>
        <w:t>ứ</w:t>
      </w:r>
      <w:r w:rsidRPr="00B66CC6">
        <w:rPr>
          <w:rFonts w:eastAsia="Calibri" w:cs="Times New Roman"/>
          <w:color w:val="auto"/>
          <w:sz w:val="28"/>
          <w:szCs w:val="28"/>
        </w:rPr>
        <w:t>c chi c</w:t>
      </w:r>
      <w:r w:rsidRPr="00B66CC6">
        <w:rPr>
          <w:rFonts w:eastAsia="Calibri" w:cs="Times New Roman"/>
          <w:color w:val="auto"/>
          <w:sz w:val="28"/>
          <w:szCs w:val="28"/>
        </w:rPr>
        <w:t>ụ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th</w:t>
      </w:r>
      <w:r w:rsidRPr="00B66CC6">
        <w:rPr>
          <w:rFonts w:eastAsia="Calibri" w:cs="Times New Roman"/>
          <w:color w:val="auto"/>
          <w:sz w:val="28"/>
          <w:szCs w:val="28"/>
        </w:rPr>
        <w:t>ể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(Đi</w:t>
      </w:r>
      <w:r w:rsidRPr="00B66CC6">
        <w:rPr>
          <w:rFonts w:eastAsia="Calibri" w:cs="Times New Roman"/>
          <w:color w:val="auto"/>
          <w:sz w:val="28"/>
          <w:szCs w:val="28"/>
        </w:rPr>
        <w:t>ề</w:t>
      </w:r>
      <w:r w:rsidRPr="00B66CC6">
        <w:rPr>
          <w:rFonts w:eastAsia="Calibri" w:cs="Times New Roman"/>
          <w:color w:val="auto"/>
          <w:sz w:val="28"/>
          <w:szCs w:val="28"/>
        </w:rPr>
        <w:t>u 5) đã t</w:t>
      </w:r>
      <w:r w:rsidRPr="00B66CC6">
        <w:rPr>
          <w:rFonts w:eastAsia="Calibri" w:cs="Times New Roman"/>
          <w:color w:val="auto"/>
          <w:sz w:val="28"/>
          <w:szCs w:val="28"/>
        </w:rPr>
        <w:t>ạ</w:t>
      </w:r>
      <w:r w:rsidRPr="00B66CC6">
        <w:rPr>
          <w:rFonts w:eastAsia="Calibri" w:cs="Times New Roman"/>
          <w:color w:val="auto"/>
          <w:sz w:val="28"/>
          <w:szCs w:val="28"/>
        </w:rPr>
        <w:t>o s</w:t>
      </w:r>
      <w:r w:rsidRPr="00B66CC6">
        <w:rPr>
          <w:rFonts w:eastAsia="Calibri" w:cs="Times New Roman"/>
          <w:color w:val="auto"/>
          <w:sz w:val="28"/>
          <w:szCs w:val="28"/>
        </w:rPr>
        <w:t>ự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linh ho</w:t>
      </w:r>
      <w:r w:rsidRPr="00B66CC6">
        <w:rPr>
          <w:rFonts w:eastAsia="Calibri" w:cs="Times New Roman"/>
          <w:color w:val="auto"/>
          <w:sz w:val="28"/>
          <w:szCs w:val="28"/>
        </w:rPr>
        <w:t>ạ</w:t>
      </w:r>
      <w:r w:rsidRPr="00B66CC6">
        <w:rPr>
          <w:rFonts w:eastAsia="Calibri" w:cs="Times New Roman"/>
          <w:color w:val="auto"/>
          <w:sz w:val="28"/>
          <w:szCs w:val="28"/>
        </w:rPr>
        <w:t>t, b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o đ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m phù h</w:t>
      </w:r>
      <w:r w:rsidRPr="00B66CC6">
        <w:rPr>
          <w:rFonts w:eastAsia="Calibri" w:cs="Times New Roman"/>
          <w:color w:val="auto"/>
          <w:sz w:val="28"/>
          <w:szCs w:val="28"/>
        </w:rPr>
        <w:t>ợ</w:t>
      </w:r>
      <w:r w:rsidRPr="00B66CC6">
        <w:rPr>
          <w:rFonts w:eastAsia="Calibri" w:cs="Times New Roman"/>
          <w:color w:val="auto"/>
          <w:sz w:val="28"/>
          <w:szCs w:val="28"/>
        </w:rPr>
        <w:t>p v</w:t>
      </w:r>
      <w:r w:rsidRPr="00B66CC6">
        <w:rPr>
          <w:rFonts w:eastAsia="Calibri" w:cs="Times New Roman"/>
          <w:color w:val="auto"/>
          <w:sz w:val="28"/>
          <w:szCs w:val="28"/>
        </w:rPr>
        <w:t>ớ</w:t>
      </w:r>
      <w:r w:rsidRPr="00B66CC6">
        <w:rPr>
          <w:rFonts w:eastAsia="Calibri" w:cs="Times New Roman"/>
          <w:color w:val="auto"/>
          <w:sz w:val="28"/>
          <w:szCs w:val="28"/>
        </w:rPr>
        <w:t>i năng l</w:t>
      </w:r>
      <w:r w:rsidRPr="00B66CC6">
        <w:rPr>
          <w:rFonts w:eastAsia="Calibri" w:cs="Times New Roman"/>
          <w:color w:val="auto"/>
          <w:sz w:val="28"/>
          <w:szCs w:val="28"/>
        </w:rPr>
        <w:t>ự</w:t>
      </w:r>
      <w:r w:rsidRPr="00B66CC6">
        <w:rPr>
          <w:rFonts w:eastAsia="Calibri" w:cs="Times New Roman"/>
          <w:color w:val="auto"/>
          <w:sz w:val="28"/>
          <w:szCs w:val="28"/>
        </w:rPr>
        <w:t>c tài chính c</w:t>
      </w:r>
      <w:r w:rsidRPr="00B66CC6">
        <w:rPr>
          <w:rFonts w:eastAsia="Calibri" w:cs="Times New Roman"/>
          <w:color w:val="auto"/>
          <w:sz w:val="28"/>
          <w:szCs w:val="28"/>
        </w:rPr>
        <w:t>ủ</w:t>
      </w:r>
      <w:r w:rsidRPr="00B66CC6">
        <w:rPr>
          <w:rFonts w:eastAsia="Calibri" w:cs="Times New Roman"/>
          <w:color w:val="auto"/>
          <w:sz w:val="28"/>
          <w:szCs w:val="28"/>
        </w:rPr>
        <w:t>a t</w:t>
      </w:r>
      <w:r w:rsidRPr="00B66CC6">
        <w:rPr>
          <w:rFonts w:eastAsia="Calibri" w:cs="Times New Roman"/>
          <w:color w:val="auto"/>
          <w:sz w:val="28"/>
          <w:szCs w:val="28"/>
        </w:rPr>
        <w:t>ừ</w:t>
      </w:r>
      <w:r w:rsidRPr="00B66CC6">
        <w:rPr>
          <w:rFonts w:eastAsia="Calibri" w:cs="Times New Roman"/>
          <w:color w:val="auto"/>
          <w:sz w:val="28"/>
          <w:szCs w:val="28"/>
        </w:rPr>
        <w:t>ng đ</w:t>
      </w:r>
      <w:r w:rsidRPr="00B66CC6">
        <w:rPr>
          <w:rFonts w:eastAsia="Calibri" w:cs="Times New Roman"/>
          <w:color w:val="auto"/>
          <w:sz w:val="28"/>
          <w:szCs w:val="28"/>
        </w:rPr>
        <w:t>ị</w:t>
      </w:r>
      <w:r w:rsidRPr="00B66CC6">
        <w:rPr>
          <w:rFonts w:eastAsia="Calibri" w:cs="Times New Roman"/>
          <w:color w:val="auto"/>
          <w:sz w:val="28"/>
          <w:szCs w:val="28"/>
        </w:rPr>
        <w:t>a phư</w:t>
      </w:r>
      <w:r w:rsidRPr="00B66CC6">
        <w:rPr>
          <w:rFonts w:eastAsia="Calibri" w:cs="Times New Roman"/>
          <w:color w:val="auto"/>
          <w:sz w:val="28"/>
          <w:szCs w:val="28"/>
        </w:rPr>
        <w:t>ơng, đ</w:t>
      </w:r>
      <w:r w:rsidRPr="00B66CC6">
        <w:rPr>
          <w:rFonts w:eastAsia="Calibri" w:cs="Times New Roman"/>
          <w:color w:val="auto"/>
          <w:sz w:val="28"/>
          <w:szCs w:val="28"/>
        </w:rPr>
        <w:t>ồ</w:t>
      </w:r>
      <w:r w:rsidRPr="00B66CC6">
        <w:rPr>
          <w:rFonts w:eastAsia="Calibri" w:cs="Times New Roman"/>
          <w:color w:val="auto"/>
          <w:sz w:val="28"/>
          <w:szCs w:val="28"/>
        </w:rPr>
        <w:t>ng th</w:t>
      </w:r>
      <w:r w:rsidRPr="00B66CC6">
        <w:rPr>
          <w:rFonts w:eastAsia="Calibri" w:cs="Times New Roman"/>
          <w:color w:val="auto"/>
          <w:sz w:val="28"/>
          <w:szCs w:val="28"/>
        </w:rPr>
        <w:t>ờ</w:t>
      </w:r>
      <w:r w:rsidRPr="00B66CC6">
        <w:rPr>
          <w:rFonts w:eastAsia="Calibri" w:cs="Times New Roman"/>
          <w:color w:val="auto"/>
          <w:sz w:val="28"/>
          <w:szCs w:val="28"/>
        </w:rPr>
        <w:t>i có cơ ch</w:t>
      </w:r>
      <w:r w:rsidRPr="00B66CC6">
        <w:rPr>
          <w:rFonts w:eastAsia="Calibri" w:cs="Times New Roman"/>
          <w:color w:val="auto"/>
          <w:sz w:val="28"/>
          <w:szCs w:val="28"/>
        </w:rPr>
        <w:t>ế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chuy</w:t>
      </w:r>
      <w:r w:rsidRPr="00B66CC6">
        <w:rPr>
          <w:rFonts w:eastAsia="Calibri" w:cs="Times New Roman"/>
          <w:color w:val="auto"/>
          <w:sz w:val="28"/>
          <w:szCs w:val="28"/>
        </w:rPr>
        <w:t>ể</w:t>
      </w:r>
      <w:r w:rsidRPr="00B66CC6">
        <w:rPr>
          <w:rFonts w:eastAsia="Calibri" w:cs="Times New Roman"/>
          <w:color w:val="auto"/>
          <w:sz w:val="28"/>
          <w:szCs w:val="28"/>
        </w:rPr>
        <w:t>n ti</w:t>
      </w:r>
      <w:r w:rsidRPr="00B66CC6">
        <w:rPr>
          <w:rFonts w:eastAsia="Calibri" w:cs="Times New Roman"/>
          <w:color w:val="auto"/>
          <w:sz w:val="28"/>
          <w:szCs w:val="28"/>
        </w:rPr>
        <w:t>ế</w:t>
      </w:r>
      <w:r w:rsidRPr="00B66CC6">
        <w:rPr>
          <w:rFonts w:eastAsia="Calibri" w:cs="Times New Roman"/>
          <w:color w:val="auto"/>
          <w:sz w:val="28"/>
          <w:szCs w:val="28"/>
        </w:rPr>
        <w:t>p rõ ràng, không gây kho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ng tr</w:t>
      </w:r>
      <w:r w:rsidRPr="00B66CC6">
        <w:rPr>
          <w:rFonts w:eastAsia="Calibri" w:cs="Times New Roman"/>
          <w:color w:val="auto"/>
          <w:sz w:val="28"/>
          <w:szCs w:val="28"/>
        </w:rPr>
        <w:t>ố</w:t>
      </w:r>
      <w:r w:rsidRPr="00B66CC6">
        <w:rPr>
          <w:rFonts w:eastAsia="Calibri" w:cs="Times New Roman"/>
          <w:color w:val="auto"/>
          <w:sz w:val="28"/>
          <w:szCs w:val="28"/>
        </w:rPr>
        <w:t>ng pháp lý.</w:t>
      </w:r>
    </w:p>
    <w:p w:rsidR="0081002A" w:rsidRPr="0051677C" w:rsidRDefault="00442FE1" w:rsidP="0051677C">
      <w:pPr>
        <w:spacing w:after="60" w:line="288" w:lineRule="auto"/>
        <w:ind w:firstLine="504"/>
        <w:jc w:val="both"/>
        <w:rPr>
          <w:rFonts w:eastAsia="Calibri" w:cs="Times New Roman"/>
          <w:b/>
          <w:color w:val="auto"/>
          <w:sz w:val="28"/>
          <w:szCs w:val="28"/>
        </w:rPr>
      </w:pPr>
      <w:r w:rsidRPr="0051677C">
        <w:rPr>
          <w:rFonts w:eastAsia="Calibri" w:cs="Times New Roman"/>
          <w:b/>
          <w:color w:val="auto"/>
          <w:sz w:val="28"/>
          <w:szCs w:val="28"/>
        </w:rPr>
        <w:t>2. Khó khăn, h</w:t>
      </w:r>
      <w:r w:rsidRPr="0051677C">
        <w:rPr>
          <w:rFonts w:eastAsia="Calibri" w:cs="Times New Roman"/>
          <w:b/>
          <w:color w:val="auto"/>
          <w:sz w:val="28"/>
          <w:szCs w:val="28"/>
        </w:rPr>
        <w:t>ạ</w:t>
      </w:r>
      <w:r w:rsidRPr="0051677C">
        <w:rPr>
          <w:rFonts w:eastAsia="Calibri" w:cs="Times New Roman"/>
          <w:b/>
          <w:color w:val="auto"/>
          <w:sz w:val="28"/>
          <w:szCs w:val="28"/>
        </w:rPr>
        <w:t>n ch</w:t>
      </w:r>
      <w:r w:rsidRPr="0051677C">
        <w:rPr>
          <w:rFonts w:eastAsia="Calibri" w:cs="Times New Roman"/>
          <w:b/>
          <w:color w:val="auto"/>
          <w:sz w:val="28"/>
          <w:szCs w:val="28"/>
        </w:rPr>
        <w:t>ế</w:t>
      </w:r>
      <w:r w:rsidRPr="0051677C">
        <w:rPr>
          <w:rFonts w:eastAsia="Calibri" w:cs="Times New Roman"/>
          <w:b/>
          <w:color w:val="auto"/>
          <w:sz w:val="28"/>
          <w:szCs w:val="28"/>
        </w:rPr>
        <w:t xml:space="preserve"> và nguyên nhân</w:t>
      </w:r>
    </w:p>
    <w:p w:rsidR="0081002A" w:rsidRPr="00B66CC6" w:rsidRDefault="00442FE1">
      <w:pPr>
        <w:spacing w:after="80" w:line="288" w:lineRule="auto"/>
        <w:ind w:firstLine="504"/>
        <w:jc w:val="both"/>
        <w:rPr>
          <w:rFonts w:eastAsia="Calibri" w:cs="Times New Roman"/>
          <w:color w:val="auto"/>
          <w:sz w:val="28"/>
          <w:szCs w:val="28"/>
        </w:rPr>
      </w:pPr>
      <w:r w:rsidRPr="00B66CC6">
        <w:rPr>
          <w:rFonts w:eastAsia="Calibri" w:cs="Times New Roman"/>
          <w:color w:val="auto"/>
          <w:sz w:val="28"/>
          <w:szCs w:val="28"/>
        </w:rPr>
        <w:lastRenderedPageBreak/>
        <w:t>Bên c</w:t>
      </w:r>
      <w:r w:rsidRPr="00B66CC6">
        <w:rPr>
          <w:rFonts w:eastAsia="Calibri" w:cs="Times New Roman"/>
          <w:color w:val="auto"/>
          <w:sz w:val="28"/>
          <w:szCs w:val="28"/>
        </w:rPr>
        <w:t>ạ</w:t>
      </w:r>
      <w:r w:rsidRPr="00B66CC6">
        <w:rPr>
          <w:rFonts w:eastAsia="Calibri" w:cs="Times New Roman"/>
          <w:color w:val="auto"/>
          <w:sz w:val="28"/>
          <w:szCs w:val="28"/>
        </w:rPr>
        <w:t>nh các k</w:t>
      </w:r>
      <w:r w:rsidRPr="00B66CC6">
        <w:rPr>
          <w:rFonts w:eastAsia="Calibri" w:cs="Times New Roman"/>
          <w:color w:val="auto"/>
          <w:sz w:val="28"/>
          <w:szCs w:val="28"/>
        </w:rPr>
        <w:t>ế</w:t>
      </w:r>
      <w:r w:rsidRPr="00B66CC6">
        <w:rPr>
          <w:rFonts w:eastAsia="Calibri" w:cs="Times New Roman"/>
          <w:color w:val="auto"/>
          <w:sz w:val="28"/>
          <w:szCs w:val="28"/>
        </w:rPr>
        <w:t>t qu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đ</w:t>
      </w:r>
      <w:r w:rsidRPr="00B66CC6">
        <w:rPr>
          <w:rFonts w:eastAsia="Calibri" w:cs="Times New Roman"/>
          <w:color w:val="auto"/>
          <w:sz w:val="28"/>
          <w:szCs w:val="28"/>
        </w:rPr>
        <w:t>ạ</w:t>
      </w:r>
      <w:r w:rsidRPr="00B66CC6">
        <w:rPr>
          <w:rFonts w:eastAsia="Calibri" w:cs="Times New Roman"/>
          <w:color w:val="auto"/>
          <w:sz w:val="28"/>
          <w:szCs w:val="28"/>
        </w:rPr>
        <w:t>t đư</w:t>
      </w:r>
      <w:r w:rsidRPr="00B66CC6">
        <w:rPr>
          <w:rFonts w:eastAsia="Calibri" w:cs="Times New Roman"/>
          <w:color w:val="auto"/>
          <w:sz w:val="28"/>
          <w:szCs w:val="28"/>
        </w:rPr>
        <w:t>ợ</w:t>
      </w:r>
      <w:r w:rsidRPr="00B66CC6">
        <w:rPr>
          <w:rFonts w:eastAsia="Calibri" w:cs="Times New Roman"/>
          <w:color w:val="auto"/>
          <w:sz w:val="28"/>
          <w:szCs w:val="28"/>
        </w:rPr>
        <w:t>c, quá trình tri</w:t>
      </w:r>
      <w:r w:rsidRPr="00B66CC6">
        <w:rPr>
          <w:rFonts w:eastAsia="Calibri" w:cs="Times New Roman"/>
          <w:color w:val="auto"/>
          <w:sz w:val="28"/>
          <w:szCs w:val="28"/>
        </w:rPr>
        <w:t>ể</w:t>
      </w:r>
      <w:r w:rsidRPr="00B66CC6">
        <w:rPr>
          <w:rFonts w:eastAsia="Calibri" w:cs="Times New Roman"/>
          <w:color w:val="auto"/>
          <w:sz w:val="28"/>
          <w:szCs w:val="28"/>
        </w:rPr>
        <w:t>n khai th</w:t>
      </w:r>
      <w:r w:rsidRPr="00B66CC6">
        <w:rPr>
          <w:rFonts w:eastAsia="Calibri" w:cs="Times New Roman"/>
          <w:color w:val="auto"/>
          <w:sz w:val="28"/>
          <w:szCs w:val="28"/>
        </w:rPr>
        <w:t>ự</w:t>
      </w:r>
      <w:r w:rsidRPr="00B66CC6">
        <w:rPr>
          <w:rFonts w:eastAsia="Calibri" w:cs="Times New Roman"/>
          <w:color w:val="auto"/>
          <w:sz w:val="28"/>
          <w:szCs w:val="28"/>
        </w:rPr>
        <w:t>c hi</w:t>
      </w:r>
      <w:r w:rsidRPr="00B66CC6">
        <w:rPr>
          <w:rFonts w:eastAsia="Calibri" w:cs="Times New Roman"/>
          <w:color w:val="auto"/>
          <w:sz w:val="28"/>
          <w:szCs w:val="28"/>
        </w:rPr>
        <w:t>ệ</w:t>
      </w:r>
      <w:r w:rsidRPr="00B66CC6">
        <w:rPr>
          <w:rFonts w:eastAsia="Calibri" w:cs="Times New Roman"/>
          <w:color w:val="auto"/>
          <w:sz w:val="28"/>
          <w:szCs w:val="28"/>
        </w:rPr>
        <w:t>n Thông tư s</w:t>
      </w:r>
      <w:r w:rsidRPr="00B66CC6">
        <w:rPr>
          <w:rFonts w:eastAsia="Calibri" w:cs="Times New Roman"/>
          <w:color w:val="auto"/>
          <w:sz w:val="28"/>
          <w:szCs w:val="28"/>
        </w:rPr>
        <w:t>ố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56/2023/TT-BTC đã phát sinh m</w:t>
      </w:r>
      <w:r w:rsidRPr="00B66CC6">
        <w:rPr>
          <w:rFonts w:eastAsia="Calibri" w:cs="Times New Roman"/>
          <w:color w:val="auto"/>
          <w:sz w:val="28"/>
          <w:szCs w:val="28"/>
        </w:rPr>
        <w:t>ộ</w:t>
      </w:r>
      <w:r w:rsidRPr="00B66CC6">
        <w:rPr>
          <w:rFonts w:eastAsia="Calibri" w:cs="Times New Roman"/>
          <w:color w:val="auto"/>
          <w:sz w:val="28"/>
          <w:szCs w:val="28"/>
        </w:rPr>
        <w:t>t s</w:t>
      </w:r>
      <w:r w:rsidRPr="00B66CC6">
        <w:rPr>
          <w:rFonts w:eastAsia="Calibri" w:cs="Times New Roman"/>
          <w:color w:val="auto"/>
          <w:sz w:val="28"/>
          <w:szCs w:val="28"/>
        </w:rPr>
        <w:t>ố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khó khăn, vư</w:t>
      </w:r>
      <w:r w:rsidRPr="00B66CC6">
        <w:rPr>
          <w:rFonts w:eastAsia="Calibri" w:cs="Times New Roman"/>
          <w:color w:val="auto"/>
          <w:sz w:val="28"/>
          <w:szCs w:val="28"/>
        </w:rPr>
        <w:t>ớ</w:t>
      </w:r>
      <w:r w:rsidRPr="00B66CC6">
        <w:rPr>
          <w:rFonts w:eastAsia="Calibri" w:cs="Times New Roman"/>
          <w:color w:val="auto"/>
          <w:sz w:val="28"/>
          <w:szCs w:val="28"/>
        </w:rPr>
        <w:t>ng m</w:t>
      </w:r>
      <w:r w:rsidRPr="00B66CC6">
        <w:rPr>
          <w:rFonts w:eastAsia="Calibri" w:cs="Times New Roman"/>
          <w:color w:val="auto"/>
          <w:sz w:val="28"/>
          <w:szCs w:val="28"/>
        </w:rPr>
        <w:t>ắ</w:t>
      </w:r>
      <w:r w:rsidRPr="00B66CC6">
        <w:rPr>
          <w:rFonts w:eastAsia="Calibri" w:cs="Times New Roman"/>
          <w:color w:val="auto"/>
          <w:sz w:val="28"/>
          <w:szCs w:val="28"/>
        </w:rPr>
        <w:t>c c</w:t>
      </w:r>
      <w:r w:rsidRPr="00B66CC6">
        <w:rPr>
          <w:rFonts w:eastAsia="Calibri" w:cs="Times New Roman"/>
          <w:color w:val="auto"/>
          <w:sz w:val="28"/>
          <w:szCs w:val="28"/>
        </w:rPr>
        <w:t>ầ</w:t>
      </w:r>
      <w:r w:rsidRPr="00B66CC6">
        <w:rPr>
          <w:rFonts w:eastAsia="Calibri" w:cs="Times New Roman"/>
          <w:color w:val="auto"/>
          <w:sz w:val="28"/>
          <w:szCs w:val="28"/>
        </w:rPr>
        <w:t>n gi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i quy</w:t>
      </w:r>
      <w:r w:rsidRPr="00B66CC6">
        <w:rPr>
          <w:rFonts w:eastAsia="Calibri" w:cs="Times New Roman"/>
          <w:color w:val="auto"/>
          <w:sz w:val="28"/>
          <w:szCs w:val="28"/>
        </w:rPr>
        <w:t>ế</w:t>
      </w:r>
      <w:r w:rsidRPr="00B66CC6">
        <w:rPr>
          <w:rFonts w:eastAsia="Calibri" w:cs="Times New Roman"/>
          <w:color w:val="auto"/>
          <w:sz w:val="28"/>
          <w:szCs w:val="28"/>
        </w:rPr>
        <w:t>t:</w:t>
      </w:r>
    </w:p>
    <w:p w:rsidR="0081002A" w:rsidRPr="00B66CC6" w:rsidRDefault="0051677C">
      <w:pPr>
        <w:spacing w:after="80" w:line="288" w:lineRule="auto"/>
        <w:ind w:firstLine="504"/>
        <w:jc w:val="both"/>
        <w:rPr>
          <w:rFonts w:eastAsia="Calibri" w:cs="Times New Roman"/>
          <w:color w:val="auto"/>
          <w:sz w:val="28"/>
          <w:szCs w:val="28"/>
        </w:rPr>
      </w:pPr>
      <w:r>
        <w:rPr>
          <w:rFonts w:eastAsia="Calibri" w:cs="Times New Roman"/>
          <w:color w:val="auto"/>
          <w:sz w:val="28"/>
          <w:szCs w:val="28"/>
        </w:rPr>
        <w:t xml:space="preserve">- </w:t>
      </w:r>
      <w:proofErr w:type="spellStart"/>
      <w:r w:rsidR="00442FE1" w:rsidRPr="00B66CC6">
        <w:rPr>
          <w:rFonts w:eastAsia="Calibri" w:cs="Times New Roman"/>
          <w:color w:val="auto"/>
          <w:sz w:val="28"/>
          <w:szCs w:val="28"/>
        </w:rPr>
        <w:t>Th</w:t>
      </w:r>
      <w:r w:rsidR="00442FE1" w:rsidRPr="00B66CC6">
        <w:rPr>
          <w:rFonts w:eastAsia="Calibri" w:cs="Times New Roman"/>
          <w:color w:val="auto"/>
          <w:sz w:val="28"/>
          <w:szCs w:val="28"/>
        </w:rPr>
        <w:t>ứ</w:t>
      </w:r>
      <w:proofErr w:type="spellEnd"/>
      <w:r w:rsidR="00442FE1" w:rsidRPr="00B66CC6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="00442FE1" w:rsidRPr="00B66CC6">
        <w:rPr>
          <w:rFonts w:eastAsia="Calibri" w:cs="Times New Roman"/>
          <w:color w:val="auto"/>
          <w:sz w:val="28"/>
          <w:szCs w:val="28"/>
        </w:rPr>
        <w:t>nh</w:t>
      </w:r>
      <w:r w:rsidR="00442FE1" w:rsidRPr="00B66CC6">
        <w:rPr>
          <w:rFonts w:eastAsia="Calibri" w:cs="Times New Roman"/>
          <w:color w:val="auto"/>
          <w:sz w:val="28"/>
          <w:szCs w:val="28"/>
        </w:rPr>
        <w:t>ấ</w:t>
      </w:r>
      <w:r w:rsidR="00442FE1" w:rsidRPr="00B66CC6">
        <w:rPr>
          <w:rFonts w:eastAsia="Calibri" w:cs="Times New Roman"/>
          <w:color w:val="auto"/>
          <w:sz w:val="28"/>
          <w:szCs w:val="28"/>
        </w:rPr>
        <w:t>t</w:t>
      </w:r>
      <w:proofErr w:type="spellEnd"/>
      <w:r w:rsidR="00442FE1" w:rsidRPr="00B66CC6">
        <w:rPr>
          <w:rFonts w:eastAsia="Calibri" w:cs="Times New Roman"/>
          <w:color w:val="auto"/>
          <w:sz w:val="28"/>
          <w:szCs w:val="28"/>
        </w:rPr>
        <w:t xml:space="preserve">, </w:t>
      </w:r>
      <w:proofErr w:type="spellStart"/>
      <w:r w:rsidR="00442FE1" w:rsidRPr="00B66CC6">
        <w:rPr>
          <w:rFonts w:eastAsia="Calibri" w:cs="Times New Roman"/>
          <w:color w:val="auto"/>
          <w:sz w:val="28"/>
          <w:szCs w:val="28"/>
        </w:rPr>
        <w:t>v</w:t>
      </w:r>
      <w:r w:rsidR="00442FE1" w:rsidRPr="00B66CC6">
        <w:rPr>
          <w:rFonts w:eastAsia="Calibri" w:cs="Times New Roman"/>
          <w:color w:val="auto"/>
          <w:sz w:val="28"/>
          <w:szCs w:val="28"/>
        </w:rPr>
        <w:t>ề</w:t>
      </w:r>
      <w:proofErr w:type="spellEnd"/>
      <w:r w:rsidR="00442FE1" w:rsidRPr="00B66CC6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="00442FE1" w:rsidRPr="00B66CC6">
        <w:rPr>
          <w:rFonts w:eastAsia="Calibri" w:cs="Times New Roman"/>
          <w:color w:val="auto"/>
          <w:sz w:val="28"/>
          <w:szCs w:val="28"/>
        </w:rPr>
        <w:t>s</w:t>
      </w:r>
      <w:r w:rsidR="00442FE1" w:rsidRPr="00B66CC6">
        <w:rPr>
          <w:rFonts w:eastAsia="Calibri" w:cs="Times New Roman"/>
          <w:color w:val="auto"/>
          <w:sz w:val="28"/>
          <w:szCs w:val="28"/>
        </w:rPr>
        <w:t>ự</w:t>
      </w:r>
      <w:proofErr w:type="spellEnd"/>
      <w:r w:rsidR="00442FE1" w:rsidRPr="00B66CC6">
        <w:rPr>
          <w:rFonts w:eastAsia="Calibri" w:cs="Times New Roman"/>
          <w:color w:val="auto"/>
          <w:sz w:val="28"/>
          <w:szCs w:val="28"/>
        </w:rPr>
        <w:t xml:space="preserve"> thay đ</w:t>
      </w:r>
      <w:r w:rsidR="00442FE1" w:rsidRPr="00B66CC6">
        <w:rPr>
          <w:rFonts w:eastAsia="Calibri" w:cs="Times New Roman"/>
          <w:color w:val="auto"/>
          <w:sz w:val="28"/>
          <w:szCs w:val="28"/>
        </w:rPr>
        <w:t>ổ</w:t>
      </w:r>
      <w:r w:rsidR="00442FE1" w:rsidRPr="00B66CC6">
        <w:rPr>
          <w:rFonts w:eastAsia="Calibri" w:cs="Times New Roman"/>
          <w:color w:val="auto"/>
          <w:sz w:val="28"/>
          <w:szCs w:val="28"/>
        </w:rPr>
        <w:t>i c</w:t>
      </w:r>
      <w:r w:rsidR="00442FE1" w:rsidRPr="00B66CC6">
        <w:rPr>
          <w:rFonts w:eastAsia="Calibri" w:cs="Times New Roman"/>
          <w:color w:val="auto"/>
          <w:sz w:val="28"/>
          <w:szCs w:val="28"/>
        </w:rPr>
        <w:t>ủ</w:t>
      </w:r>
      <w:r w:rsidR="00442FE1" w:rsidRPr="00B66CC6">
        <w:rPr>
          <w:rFonts w:eastAsia="Calibri" w:cs="Times New Roman"/>
          <w:color w:val="auto"/>
          <w:sz w:val="28"/>
          <w:szCs w:val="28"/>
        </w:rPr>
        <w:t>a h</w:t>
      </w:r>
      <w:r w:rsidR="00442FE1" w:rsidRPr="00B66CC6">
        <w:rPr>
          <w:rFonts w:eastAsia="Calibri" w:cs="Times New Roman"/>
          <w:color w:val="auto"/>
          <w:sz w:val="28"/>
          <w:szCs w:val="28"/>
        </w:rPr>
        <w:t>ệ</w:t>
      </w:r>
      <w:r w:rsidR="00442FE1" w:rsidRPr="00B66CC6">
        <w:rPr>
          <w:rFonts w:eastAsia="Calibri" w:cs="Times New Roman"/>
          <w:color w:val="auto"/>
          <w:sz w:val="28"/>
          <w:szCs w:val="28"/>
        </w:rPr>
        <w:t xml:space="preserve"> th</w:t>
      </w:r>
      <w:r w:rsidR="00442FE1" w:rsidRPr="00B66CC6">
        <w:rPr>
          <w:rFonts w:eastAsia="Calibri" w:cs="Times New Roman"/>
          <w:color w:val="auto"/>
          <w:sz w:val="28"/>
          <w:szCs w:val="28"/>
        </w:rPr>
        <w:t>ố</w:t>
      </w:r>
      <w:r w:rsidR="00442FE1" w:rsidRPr="00B66CC6">
        <w:rPr>
          <w:rFonts w:eastAsia="Calibri" w:cs="Times New Roman"/>
          <w:color w:val="auto"/>
          <w:sz w:val="28"/>
          <w:szCs w:val="28"/>
        </w:rPr>
        <w:t>ng văn b</w:t>
      </w:r>
      <w:r w:rsidR="00442FE1" w:rsidRPr="00B66CC6">
        <w:rPr>
          <w:rFonts w:eastAsia="Calibri" w:cs="Times New Roman"/>
          <w:color w:val="auto"/>
          <w:sz w:val="28"/>
          <w:szCs w:val="28"/>
        </w:rPr>
        <w:t>ả</w:t>
      </w:r>
      <w:r w:rsidR="00442FE1" w:rsidRPr="00B66CC6">
        <w:rPr>
          <w:rFonts w:eastAsia="Calibri" w:cs="Times New Roman"/>
          <w:color w:val="auto"/>
          <w:sz w:val="28"/>
          <w:szCs w:val="28"/>
        </w:rPr>
        <w:t>n quy ph</w:t>
      </w:r>
      <w:r w:rsidR="00442FE1" w:rsidRPr="00B66CC6">
        <w:rPr>
          <w:rFonts w:eastAsia="Calibri" w:cs="Times New Roman"/>
          <w:color w:val="auto"/>
          <w:sz w:val="28"/>
          <w:szCs w:val="28"/>
        </w:rPr>
        <w:t>ạ</w:t>
      </w:r>
      <w:r w:rsidR="00442FE1" w:rsidRPr="00B66CC6">
        <w:rPr>
          <w:rFonts w:eastAsia="Calibri" w:cs="Times New Roman"/>
          <w:color w:val="auto"/>
          <w:sz w:val="28"/>
          <w:szCs w:val="28"/>
        </w:rPr>
        <w:t>m pháp lu</w:t>
      </w:r>
      <w:r w:rsidR="00442FE1" w:rsidRPr="00B66CC6">
        <w:rPr>
          <w:rFonts w:eastAsia="Calibri" w:cs="Times New Roman"/>
          <w:color w:val="auto"/>
          <w:sz w:val="28"/>
          <w:szCs w:val="28"/>
        </w:rPr>
        <w:t>ậ</w:t>
      </w:r>
      <w:r w:rsidR="00442FE1" w:rsidRPr="00B66CC6">
        <w:rPr>
          <w:rFonts w:eastAsia="Calibri" w:cs="Times New Roman"/>
          <w:color w:val="auto"/>
          <w:sz w:val="28"/>
          <w:szCs w:val="28"/>
        </w:rPr>
        <w:t>t c</w:t>
      </w:r>
      <w:r w:rsidR="00442FE1" w:rsidRPr="00B66CC6">
        <w:rPr>
          <w:rFonts w:eastAsia="Calibri" w:cs="Times New Roman"/>
          <w:color w:val="auto"/>
          <w:sz w:val="28"/>
          <w:szCs w:val="28"/>
        </w:rPr>
        <w:t>ấ</w:t>
      </w:r>
      <w:r w:rsidR="00442FE1" w:rsidRPr="00B66CC6">
        <w:rPr>
          <w:rFonts w:eastAsia="Calibri" w:cs="Times New Roman"/>
          <w:color w:val="auto"/>
          <w:sz w:val="28"/>
          <w:szCs w:val="28"/>
        </w:rPr>
        <w:t>p trên: Các văn b</w:t>
      </w:r>
      <w:r w:rsidR="00442FE1" w:rsidRPr="00B66CC6">
        <w:rPr>
          <w:rFonts w:eastAsia="Calibri" w:cs="Times New Roman"/>
          <w:color w:val="auto"/>
          <w:sz w:val="28"/>
          <w:szCs w:val="28"/>
        </w:rPr>
        <w:t>ả</w:t>
      </w:r>
      <w:r w:rsidR="00442FE1" w:rsidRPr="00B66CC6">
        <w:rPr>
          <w:rFonts w:eastAsia="Calibri" w:cs="Times New Roman"/>
          <w:color w:val="auto"/>
          <w:sz w:val="28"/>
          <w:szCs w:val="28"/>
        </w:rPr>
        <w:t>n pháp lu</w:t>
      </w:r>
      <w:r w:rsidR="00442FE1" w:rsidRPr="00B66CC6">
        <w:rPr>
          <w:rFonts w:eastAsia="Calibri" w:cs="Times New Roman"/>
          <w:color w:val="auto"/>
          <w:sz w:val="28"/>
          <w:szCs w:val="28"/>
        </w:rPr>
        <w:t>ậ</w:t>
      </w:r>
      <w:r w:rsidR="00442FE1" w:rsidRPr="00B66CC6">
        <w:rPr>
          <w:rFonts w:eastAsia="Calibri" w:cs="Times New Roman"/>
          <w:color w:val="auto"/>
          <w:sz w:val="28"/>
          <w:szCs w:val="28"/>
        </w:rPr>
        <w:t>t làm căn c</w:t>
      </w:r>
      <w:r w:rsidR="00442FE1" w:rsidRPr="00B66CC6">
        <w:rPr>
          <w:rFonts w:eastAsia="Calibri" w:cs="Times New Roman"/>
          <w:color w:val="auto"/>
          <w:sz w:val="28"/>
          <w:szCs w:val="28"/>
        </w:rPr>
        <w:t>ứ</w:t>
      </w:r>
      <w:r w:rsidR="00442FE1" w:rsidRPr="00B66CC6">
        <w:rPr>
          <w:rFonts w:eastAsia="Calibri" w:cs="Times New Roman"/>
          <w:color w:val="auto"/>
          <w:sz w:val="28"/>
          <w:szCs w:val="28"/>
        </w:rPr>
        <w:t xml:space="preserve"> ban hành Thông tư s</w:t>
      </w:r>
      <w:r w:rsidR="00442FE1" w:rsidRPr="00B66CC6">
        <w:rPr>
          <w:rFonts w:eastAsia="Calibri" w:cs="Times New Roman"/>
          <w:color w:val="auto"/>
          <w:sz w:val="28"/>
          <w:szCs w:val="28"/>
        </w:rPr>
        <w:t>ố</w:t>
      </w:r>
      <w:r w:rsidR="00442FE1" w:rsidRPr="00B66CC6">
        <w:rPr>
          <w:rFonts w:eastAsia="Calibri" w:cs="Times New Roman"/>
          <w:color w:val="auto"/>
          <w:sz w:val="28"/>
          <w:szCs w:val="28"/>
        </w:rPr>
        <w:t xml:space="preserve"> 56/2023/TT-BTC đ</w:t>
      </w:r>
      <w:r w:rsidR="00442FE1" w:rsidRPr="00B66CC6">
        <w:rPr>
          <w:rFonts w:eastAsia="Calibri" w:cs="Times New Roman"/>
          <w:color w:val="auto"/>
          <w:sz w:val="28"/>
          <w:szCs w:val="28"/>
        </w:rPr>
        <w:t>ế</w:t>
      </w:r>
      <w:r w:rsidR="00442FE1" w:rsidRPr="00B66CC6">
        <w:rPr>
          <w:rFonts w:eastAsia="Calibri" w:cs="Times New Roman"/>
          <w:color w:val="auto"/>
          <w:sz w:val="28"/>
          <w:szCs w:val="28"/>
        </w:rPr>
        <w:t>n nay đã có s</w:t>
      </w:r>
      <w:r w:rsidR="00442FE1" w:rsidRPr="00B66CC6">
        <w:rPr>
          <w:rFonts w:eastAsia="Calibri" w:cs="Times New Roman"/>
          <w:color w:val="auto"/>
          <w:sz w:val="28"/>
          <w:szCs w:val="28"/>
        </w:rPr>
        <w:t>ự</w:t>
      </w:r>
      <w:r w:rsidR="00442FE1" w:rsidRPr="00B66CC6">
        <w:rPr>
          <w:rFonts w:eastAsia="Calibri" w:cs="Times New Roman"/>
          <w:color w:val="auto"/>
          <w:sz w:val="28"/>
          <w:szCs w:val="28"/>
        </w:rPr>
        <w:t xml:space="preserve"> thay đ</w:t>
      </w:r>
      <w:r w:rsidR="00442FE1" w:rsidRPr="00B66CC6">
        <w:rPr>
          <w:rFonts w:eastAsia="Calibri" w:cs="Times New Roman"/>
          <w:color w:val="auto"/>
          <w:sz w:val="28"/>
          <w:szCs w:val="28"/>
        </w:rPr>
        <w:t>ổ</w:t>
      </w:r>
      <w:r w:rsidR="00442FE1" w:rsidRPr="00B66CC6">
        <w:rPr>
          <w:rFonts w:eastAsia="Calibri" w:cs="Times New Roman"/>
          <w:color w:val="auto"/>
          <w:sz w:val="28"/>
          <w:szCs w:val="28"/>
        </w:rPr>
        <w:t>i, c</w:t>
      </w:r>
      <w:r w:rsidR="00442FE1" w:rsidRPr="00B66CC6">
        <w:rPr>
          <w:rFonts w:eastAsia="Calibri" w:cs="Times New Roman"/>
          <w:color w:val="auto"/>
          <w:sz w:val="28"/>
          <w:szCs w:val="28"/>
        </w:rPr>
        <w:t>ụ</w:t>
      </w:r>
      <w:r w:rsidR="00442FE1" w:rsidRPr="00B66CC6">
        <w:rPr>
          <w:rFonts w:eastAsia="Calibri" w:cs="Times New Roman"/>
          <w:color w:val="auto"/>
          <w:sz w:val="28"/>
          <w:szCs w:val="28"/>
        </w:rPr>
        <w:t xml:space="preserve"> th</w:t>
      </w:r>
      <w:r w:rsidR="00442FE1" w:rsidRPr="00B66CC6">
        <w:rPr>
          <w:rFonts w:eastAsia="Calibri" w:cs="Times New Roman"/>
          <w:color w:val="auto"/>
          <w:sz w:val="28"/>
          <w:szCs w:val="28"/>
        </w:rPr>
        <w:t>ể</w:t>
      </w:r>
      <w:r w:rsidR="00442FE1" w:rsidRPr="00B66CC6">
        <w:rPr>
          <w:rFonts w:eastAsia="Calibri" w:cs="Times New Roman"/>
          <w:color w:val="auto"/>
          <w:sz w:val="28"/>
          <w:szCs w:val="28"/>
        </w:rPr>
        <w:t>:</w:t>
      </w:r>
    </w:p>
    <w:p w:rsidR="0051677C" w:rsidRPr="0051677C" w:rsidRDefault="0051677C" w:rsidP="0051677C">
      <w:pPr>
        <w:spacing w:before="80"/>
        <w:ind w:firstLine="573"/>
        <w:jc w:val="both"/>
        <w:rPr>
          <w:rFonts w:eastAsia="Calibri" w:cs="Times New Roman"/>
          <w:color w:val="auto"/>
          <w:sz w:val="28"/>
          <w:szCs w:val="28"/>
        </w:rPr>
      </w:pPr>
      <w:r w:rsidRPr="0051677C">
        <w:rPr>
          <w:rFonts w:eastAsia="Calibri" w:cs="Times New Roman"/>
          <w:color w:val="auto"/>
          <w:sz w:val="28"/>
          <w:szCs w:val="28"/>
        </w:rPr>
        <w:t xml:space="preserve">+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Luật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NSNN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năm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2025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số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89/2025/QH15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ngày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25/6/2025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thay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thế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Luật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NSNN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năm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2015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số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83/2015/QH13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ngày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25/6/2015;</w:t>
      </w:r>
    </w:p>
    <w:p w:rsidR="0051677C" w:rsidRPr="0051677C" w:rsidRDefault="0051677C" w:rsidP="0051677C">
      <w:pPr>
        <w:spacing w:before="80"/>
        <w:ind w:firstLine="573"/>
        <w:jc w:val="both"/>
        <w:rPr>
          <w:rFonts w:eastAsia="Calibri" w:cs="Times New Roman"/>
          <w:color w:val="auto"/>
          <w:sz w:val="28"/>
          <w:szCs w:val="28"/>
        </w:rPr>
      </w:pPr>
      <w:proofErr w:type="gramStart"/>
      <w:r w:rsidRPr="0051677C">
        <w:rPr>
          <w:rFonts w:eastAsia="Calibri" w:cs="Times New Roman"/>
          <w:color w:val="auto"/>
          <w:sz w:val="28"/>
          <w:szCs w:val="28"/>
        </w:rPr>
        <w:t xml:space="preserve">+ </w:t>
      </w:r>
      <w:bookmarkStart w:id="0" w:name="tvpllink_rtdlyshwbm"/>
      <w:r w:rsidRPr="0051677C">
        <w:rPr>
          <w:rFonts w:eastAsia="Calibri" w:cs="Times New Roman"/>
          <w:color w:val="auto"/>
          <w:sz w:val="28"/>
          <w:szCs w:val="28"/>
        </w:rPr>
        <w:fldChar w:fldCharType="begin"/>
      </w:r>
      <w:r w:rsidRPr="0051677C">
        <w:rPr>
          <w:rFonts w:eastAsia="Calibri" w:cs="Times New Roman"/>
          <w:color w:val="auto"/>
          <w:sz w:val="28"/>
          <w:szCs w:val="28"/>
        </w:rPr>
        <w:instrText xml:space="preserve"> HYPERLINK "https://thuvienphapluat.vn/van-ban/Giao-duc/Luat-pho-bien-giao-duc-phap-luat-2012-142765.aspx" \t "_blank" </w:instrText>
      </w:r>
      <w:r w:rsidRPr="0051677C">
        <w:rPr>
          <w:rFonts w:eastAsia="Calibri" w:cs="Times New Roman"/>
          <w:color w:val="auto"/>
          <w:sz w:val="28"/>
          <w:szCs w:val="28"/>
        </w:rPr>
        <w:fldChar w:fldCharType="separate"/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Luật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Phổ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biến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,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giáo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dục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pháp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luật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fldChar w:fldCharType="end"/>
      </w:r>
      <w:bookmarkEnd w:id="0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năm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2026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số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12/2026/QH16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ngày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23/8/2026 (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có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hiệu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lực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từ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ngày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01/3/2027)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thay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thế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Luật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Phổ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biến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,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giáo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dục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pháp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luật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năm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2012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số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14/2012/QH13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ngày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20/6/2012.</w:t>
      </w:r>
      <w:proofErr w:type="gram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proofErr w:type="gramStart"/>
      <w:r w:rsidRPr="0051677C">
        <w:rPr>
          <w:rFonts w:eastAsia="Calibri" w:cs="Times New Roman"/>
          <w:color w:val="auto"/>
          <w:sz w:val="28"/>
          <w:szCs w:val="28"/>
        </w:rPr>
        <w:t>Tại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Quyết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định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số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1790/QĐ-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TTg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ngày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16/9/2026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của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Thủ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tướng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Chính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phủ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giao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Bộ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Tư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pháp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chủ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trì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xây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dựng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Nghị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định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quy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định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chi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tiết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Luật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,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Bộ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Tài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chính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xây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dựng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Thông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tư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(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như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nêu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trên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>).</w:t>
      </w:r>
      <w:proofErr w:type="gramEnd"/>
    </w:p>
    <w:p w:rsidR="0051677C" w:rsidRPr="0051677C" w:rsidRDefault="0051677C" w:rsidP="0051677C">
      <w:pPr>
        <w:spacing w:before="80"/>
        <w:ind w:firstLine="573"/>
        <w:jc w:val="both"/>
        <w:rPr>
          <w:rFonts w:eastAsia="Calibri" w:cs="Times New Roman"/>
          <w:color w:val="auto"/>
          <w:sz w:val="28"/>
          <w:szCs w:val="28"/>
        </w:rPr>
      </w:pPr>
      <w:r w:rsidRPr="0051677C">
        <w:rPr>
          <w:rFonts w:eastAsia="Calibri" w:cs="Times New Roman"/>
          <w:color w:val="auto"/>
          <w:sz w:val="28"/>
          <w:szCs w:val="28"/>
        </w:rPr>
        <w:t> </w:t>
      </w:r>
      <w:proofErr w:type="gramStart"/>
      <w:r w:rsidRPr="0051677C">
        <w:rPr>
          <w:rFonts w:eastAsia="Calibri" w:cs="Times New Roman"/>
          <w:color w:val="auto"/>
          <w:sz w:val="28"/>
          <w:szCs w:val="28"/>
        </w:rPr>
        <w:t xml:space="preserve">+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Luật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Hòa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giải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ở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cơ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sở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năm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2026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số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16/2026/QH16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ngày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24/8/2026 (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có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hiệu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lực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từ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ngày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01/3/2027)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thay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thế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bookmarkStart w:id="1" w:name="tvpllink_yilmvsoadn"/>
      <w:r w:rsidRPr="0051677C">
        <w:rPr>
          <w:rFonts w:eastAsia="Calibri" w:cs="Times New Roman"/>
          <w:color w:val="auto"/>
          <w:sz w:val="28"/>
          <w:szCs w:val="28"/>
        </w:rPr>
        <w:fldChar w:fldCharType="begin"/>
      </w:r>
      <w:r w:rsidRPr="0051677C">
        <w:rPr>
          <w:rFonts w:eastAsia="Calibri" w:cs="Times New Roman"/>
          <w:color w:val="auto"/>
          <w:sz w:val="28"/>
          <w:szCs w:val="28"/>
        </w:rPr>
        <w:instrText xml:space="preserve"> HYPERLINK "https://thuvienphapluat.vn/van-ban/Thu-tuc-To-tung/Luat-hoa-giai-o-co-so-nam-2013-197282.aspx" \t "_blank" </w:instrText>
      </w:r>
      <w:r w:rsidRPr="0051677C">
        <w:rPr>
          <w:rFonts w:eastAsia="Calibri" w:cs="Times New Roman"/>
          <w:color w:val="auto"/>
          <w:sz w:val="28"/>
          <w:szCs w:val="28"/>
        </w:rPr>
        <w:fldChar w:fldCharType="separate"/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Luật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Hòa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giải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ở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cơ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sở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fldChar w:fldCharType="end"/>
      </w:r>
      <w:bookmarkEnd w:id="1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năm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2013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số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35/2013/QH13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ngày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20/6/2013.</w:t>
      </w:r>
      <w:proofErr w:type="gramEnd"/>
    </w:p>
    <w:p w:rsidR="0051677C" w:rsidRPr="0051677C" w:rsidRDefault="0051677C" w:rsidP="0051677C">
      <w:pPr>
        <w:spacing w:before="80"/>
        <w:ind w:firstLine="573"/>
        <w:jc w:val="both"/>
        <w:rPr>
          <w:rFonts w:eastAsia="Calibri" w:cs="Times New Roman"/>
          <w:color w:val="auto"/>
          <w:sz w:val="28"/>
          <w:szCs w:val="28"/>
        </w:rPr>
      </w:pPr>
      <w:r w:rsidRPr="0051677C">
        <w:rPr>
          <w:rFonts w:eastAsia="Calibri" w:cs="Times New Roman"/>
          <w:color w:val="auto"/>
          <w:sz w:val="28"/>
          <w:szCs w:val="28"/>
        </w:rPr>
        <w:t xml:space="preserve">+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Quyết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định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số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39/2025/QĐ-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TTg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ngày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27/10/2025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của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Thủ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tướng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Chính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phủ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quy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định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về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xây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dựng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,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quản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lý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,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khai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thác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tủ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sách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pháp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luật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điện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tử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quốc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gia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,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tủ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sách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pháp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luật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tại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cơ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quan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,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đơn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vị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của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lực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lượng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vũ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trang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nhân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dân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thay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thế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Quyết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định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số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> </w:t>
      </w:r>
      <w:bookmarkStart w:id="2" w:name="tvpllink_avglcmbfmy"/>
      <w:r w:rsidRPr="0051677C">
        <w:rPr>
          <w:rFonts w:eastAsia="Calibri" w:cs="Times New Roman"/>
          <w:color w:val="auto"/>
          <w:sz w:val="28"/>
          <w:szCs w:val="28"/>
        </w:rPr>
        <w:fldChar w:fldCharType="begin"/>
      </w:r>
      <w:r w:rsidRPr="0051677C">
        <w:rPr>
          <w:rFonts w:eastAsia="Calibri" w:cs="Times New Roman"/>
          <w:color w:val="auto"/>
          <w:sz w:val="28"/>
          <w:szCs w:val="28"/>
        </w:rPr>
        <w:instrText xml:space="preserve"> HYPERLINK "https://thuvienphapluat.vn/van-ban/Van-hoa-Xa-hoi/Quyet-dinh-14-2019-QD-TTg-xay-dung-quan-ly-khai-thac-Tu-sach-phap-luat-409130.aspx" \t "_blank" </w:instrText>
      </w:r>
      <w:r w:rsidRPr="0051677C">
        <w:rPr>
          <w:rFonts w:eastAsia="Calibri" w:cs="Times New Roman"/>
          <w:color w:val="auto"/>
          <w:sz w:val="28"/>
          <w:szCs w:val="28"/>
        </w:rPr>
        <w:fldChar w:fldCharType="separate"/>
      </w:r>
      <w:r w:rsidRPr="0051677C">
        <w:rPr>
          <w:rFonts w:eastAsia="Calibri" w:cs="Times New Roman"/>
          <w:color w:val="auto"/>
          <w:sz w:val="28"/>
          <w:szCs w:val="28"/>
        </w:rPr>
        <w:t>14/2019/QĐ-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TTg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fldChar w:fldCharType="end"/>
      </w:r>
      <w:bookmarkEnd w:id="2"/>
      <w:r w:rsidRPr="0051677C">
        <w:rPr>
          <w:rFonts w:eastAsia="Calibri" w:cs="Times New Roman"/>
          <w:color w:val="auto"/>
          <w:sz w:val="28"/>
          <w:szCs w:val="28"/>
        </w:rPr>
        <w:t> 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ngày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13/3/2019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của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Thủ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tướng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Chính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phủ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về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việc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xây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dựng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,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quản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lý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,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khai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thác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Tủ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sách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pháp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luật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>;</w:t>
      </w:r>
    </w:p>
    <w:p w:rsidR="0051677C" w:rsidRPr="0051677C" w:rsidRDefault="0051677C" w:rsidP="0051677C">
      <w:pPr>
        <w:spacing w:before="80"/>
        <w:ind w:firstLine="573"/>
        <w:jc w:val="both"/>
        <w:rPr>
          <w:rFonts w:eastAsia="Calibri" w:cs="Times New Roman"/>
          <w:color w:val="auto"/>
          <w:sz w:val="28"/>
          <w:szCs w:val="28"/>
        </w:rPr>
      </w:pPr>
      <w:r w:rsidRPr="0051677C">
        <w:rPr>
          <w:rFonts w:eastAsia="Calibri" w:cs="Times New Roman"/>
          <w:color w:val="auto"/>
          <w:sz w:val="28"/>
          <w:szCs w:val="28"/>
        </w:rPr>
        <w:t xml:space="preserve">+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Quyết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định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số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26/2025/QĐ-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TTg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ngày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04/8/2025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của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Thủ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tướng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Chính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phủ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về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thành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phần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,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nhiệm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vụ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,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quyền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hạn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của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Hội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đồng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Phổ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biến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,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giáo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dục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pháp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luật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thay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thế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Quyết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định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số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> </w:t>
      </w:r>
      <w:bookmarkStart w:id="3" w:name="tvpllink_tjofcstnqt"/>
      <w:r w:rsidRPr="0051677C">
        <w:rPr>
          <w:rFonts w:eastAsia="Calibri" w:cs="Times New Roman"/>
          <w:color w:val="auto"/>
          <w:sz w:val="28"/>
          <w:szCs w:val="28"/>
        </w:rPr>
        <w:fldChar w:fldCharType="begin"/>
      </w:r>
      <w:r w:rsidRPr="0051677C">
        <w:rPr>
          <w:rFonts w:eastAsia="Calibri" w:cs="Times New Roman"/>
          <w:color w:val="auto"/>
          <w:sz w:val="28"/>
          <w:szCs w:val="28"/>
        </w:rPr>
        <w:instrText xml:space="preserve"> HYPERLINK "https://thuvienphapluat.vn/van-ban/Bo-may-hanh-chinh/Quyet-dinh-21-2021-QD-TTg-quyen-han-cua-Hoi-dong-phoi-hop-pho-bien-giao-duc-phap-luat-478544.aspx" \t "_blank" </w:instrText>
      </w:r>
      <w:r w:rsidRPr="0051677C">
        <w:rPr>
          <w:rFonts w:eastAsia="Calibri" w:cs="Times New Roman"/>
          <w:color w:val="auto"/>
          <w:sz w:val="28"/>
          <w:szCs w:val="28"/>
        </w:rPr>
        <w:fldChar w:fldCharType="separate"/>
      </w:r>
      <w:r w:rsidRPr="0051677C">
        <w:rPr>
          <w:rFonts w:eastAsia="Calibri" w:cs="Times New Roman"/>
          <w:color w:val="auto"/>
          <w:sz w:val="28"/>
          <w:szCs w:val="28"/>
        </w:rPr>
        <w:t>21/2021/QĐ-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TTg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fldChar w:fldCharType="end"/>
      </w:r>
      <w:bookmarkEnd w:id="3"/>
      <w:r w:rsidRPr="0051677C">
        <w:rPr>
          <w:rFonts w:eastAsia="Calibri" w:cs="Times New Roman"/>
          <w:color w:val="auto"/>
          <w:sz w:val="28"/>
          <w:szCs w:val="28"/>
        </w:rPr>
        <w:t> 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ngày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21/6/2021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của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Thủ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tướng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Chính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phủ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quy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định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về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thành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phần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và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nhiệm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vụ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,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quyền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hạn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của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Hội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đồng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phối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hợp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phổ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biến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,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giáo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dục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pháp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luật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>;</w:t>
      </w:r>
    </w:p>
    <w:p w:rsidR="0051677C" w:rsidRPr="0051677C" w:rsidRDefault="0051677C" w:rsidP="0051677C">
      <w:pPr>
        <w:spacing w:before="80"/>
        <w:ind w:firstLine="573"/>
        <w:jc w:val="both"/>
        <w:rPr>
          <w:rFonts w:eastAsia="Calibri" w:cs="Times New Roman"/>
          <w:color w:val="auto"/>
          <w:sz w:val="28"/>
          <w:szCs w:val="28"/>
        </w:rPr>
      </w:pPr>
      <w:r w:rsidRPr="0051677C">
        <w:rPr>
          <w:rFonts w:eastAsia="Calibri" w:cs="Times New Roman"/>
          <w:color w:val="auto"/>
          <w:sz w:val="28"/>
          <w:szCs w:val="28"/>
        </w:rPr>
        <w:t xml:space="preserve">+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Quyết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định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số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27/2025/QĐ-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TTg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ngày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04/8/2025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của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Thủ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tướng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Chính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phủ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về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xã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,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phường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,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đặc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khu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đạt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chuẩn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tiếp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cận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pháp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luật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thay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thế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Quyết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định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số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> </w:t>
      </w:r>
      <w:bookmarkStart w:id="4" w:name="tvpllink_voyksyqlvx"/>
      <w:r w:rsidRPr="0051677C">
        <w:rPr>
          <w:rFonts w:eastAsia="Calibri" w:cs="Times New Roman"/>
          <w:color w:val="auto"/>
          <w:sz w:val="28"/>
          <w:szCs w:val="28"/>
        </w:rPr>
        <w:fldChar w:fldCharType="begin"/>
      </w:r>
      <w:r w:rsidRPr="0051677C">
        <w:rPr>
          <w:rFonts w:eastAsia="Calibri" w:cs="Times New Roman"/>
          <w:color w:val="auto"/>
          <w:sz w:val="28"/>
          <w:szCs w:val="28"/>
        </w:rPr>
        <w:instrText xml:space="preserve"> HYPERLINK "https://thuvienphapluat.vn/van-ban/bo-may-hanh-chinh/quyet-dinh-25-2021-qd-ttg-xa-phuong-dat-chuan-tiep-can-phap-luat-482011.aspx" \t "_blank" </w:instrText>
      </w:r>
      <w:r w:rsidRPr="0051677C">
        <w:rPr>
          <w:rFonts w:eastAsia="Calibri" w:cs="Times New Roman"/>
          <w:color w:val="auto"/>
          <w:sz w:val="28"/>
          <w:szCs w:val="28"/>
        </w:rPr>
        <w:fldChar w:fldCharType="separate"/>
      </w:r>
      <w:r w:rsidRPr="0051677C">
        <w:rPr>
          <w:rFonts w:eastAsia="Calibri" w:cs="Times New Roman"/>
          <w:color w:val="auto"/>
          <w:sz w:val="28"/>
          <w:szCs w:val="28"/>
        </w:rPr>
        <w:t>25/2021/QĐ-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TTg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fldChar w:fldCharType="end"/>
      </w:r>
      <w:bookmarkEnd w:id="4"/>
      <w:r w:rsidRPr="0051677C">
        <w:rPr>
          <w:rFonts w:eastAsia="Calibri" w:cs="Times New Roman"/>
          <w:color w:val="auto"/>
          <w:sz w:val="28"/>
          <w:szCs w:val="28"/>
        </w:rPr>
        <w:t> 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ngày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22/7/2021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của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Thủ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tướng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Chính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phủ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quy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định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về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xã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,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phường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,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thị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trấn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đạt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chuẩn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tiếp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cận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pháp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luật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>;</w:t>
      </w:r>
    </w:p>
    <w:p w:rsidR="0051677C" w:rsidRDefault="0051677C" w:rsidP="0051677C">
      <w:pPr>
        <w:spacing w:before="80"/>
        <w:ind w:firstLine="573"/>
        <w:jc w:val="both"/>
        <w:rPr>
          <w:rFonts w:eastAsia="Calibri" w:cs="Times New Roman"/>
          <w:color w:val="auto"/>
          <w:sz w:val="28"/>
          <w:szCs w:val="28"/>
        </w:rPr>
      </w:pPr>
      <w:r w:rsidRPr="0051677C">
        <w:rPr>
          <w:rFonts w:eastAsia="Calibri" w:cs="Times New Roman"/>
          <w:color w:val="auto"/>
          <w:sz w:val="28"/>
          <w:szCs w:val="28"/>
        </w:rPr>
        <w:t xml:space="preserve">- </w:t>
      </w:r>
      <w:proofErr w:type="spellStart"/>
      <w:r w:rsidR="001A4DDB">
        <w:rPr>
          <w:rFonts w:eastAsia="Calibri" w:cs="Times New Roman"/>
          <w:color w:val="auto"/>
          <w:sz w:val="28"/>
          <w:szCs w:val="28"/>
        </w:rPr>
        <w:t>Thứ</w:t>
      </w:r>
      <w:proofErr w:type="spellEnd"/>
      <w:r w:rsid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="001A4DDB">
        <w:rPr>
          <w:rFonts w:eastAsia="Calibri" w:cs="Times New Roman"/>
          <w:color w:val="auto"/>
          <w:sz w:val="28"/>
          <w:szCs w:val="28"/>
        </w:rPr>
        <w:t>hai</w:t>
      </w:r>
      <w:proofErr w:type="spellEnd"/>
      <w:r w:rsidR="001A4DDB">
        <w:rPr>
          <w:rFonts w:eastAsia="Calibri" w:cs="Times New Roman"/>
          <w:color w:val="auto"/>
          <w:sz w:val="28"/>
          <w:szCs w:val="28"/>
        </w:rPr>
        <w:t xml:space="preserve">: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Luật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ban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hành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văn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bản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QPPL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năm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2025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yêu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cầu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văn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bản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QPPL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phải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bảo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đảm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tính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thống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nhất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trong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hệ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thống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pháp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luật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;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bảo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đảm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công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bằng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,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khoa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học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,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kịp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thời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,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ổn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định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,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khả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thi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,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hiệu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quả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. Theo đó, việc Bộ Tài chính thực hiện rà soát, ban hành Thông tư sửa đổi, bổ sung Thông tư số 56/2023/TT-BTC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lastRenderedPageBreak/>
        <w:t>để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sửa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đổi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, </w:t>
      </w:r>
      <w:proofErr w:type="spellStart"/>
      <w:proofErr w:type="gramStart"/>
      <w:r w:rsidRPr="0051677C">
        <w:rPr>
          <w:rFonts w:eastAsia="Calibri" w:cs="Times New Roman"/>
          <w:color w:val="auto"/>
          <w:sz w:val="28"/>
          <w:szCs w:val="28"/>
        </w:rPr>
        <w:t>bổ</w:t>
      </w:r>
      <w:proofErr w:type="spellEnd"/>
      <w:proofErr w:type="gramEnd"/>
      <w:r w:rsidRPr="0051677C">
        <w:rPr>
          <w:rFonts w:eastAsia="Calibri" w:cs="Times New Roman"/>
          <w:color w:val="auto"/>
          <w:sz w:val="28"/>
          <w:szCs w:val="28"/>
        </w:rPr>
        <w:t xml:space="preserve"> sung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các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nội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dung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đảm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bảo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phù hợp, đồng bộ với quy định của pháp luật hiện hành là cần thiết và có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cơ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sở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pháp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51677C">
        <w:rPr>
          <w:rFonts w:eastAsia="Calibri" w:cs="Times New Roman"/>
          <w:color w:val="auto"/>
          <w:sz w:val="28"/>
          <w:szCs w:val="28"/>
        </w:rPr>
        <w:t>lý</w:t>
      </w:r>
      <w:proofErr w:type="spellEnd"/>
      <w:r w:rsidRPr="0051677C">
        <w:rPr>
          <w:rFonts w:eastAsia="Calibri" w:cs="Times New Roman"/>
          <w:color w:val="auto"/>
          <w:sz w:val="28"/>
          <w:szCs w:val="28"/>
        </w:rPr>
        <w:t>.</w:t>
      </w:r>
    </w:p>
    <w:p w:rsidR="001A4DDB" w:rsidRDefault="001A4DDB" w:rsidP="0051677C">
      <w:pPr>
        <w:spacing w:before="80"/>
        <w:ind w:firstLine="573"/>
        <w:jc w:val="both"/>
        <w:rPr>
          <w:rFonts w:eastAsia="Calibri" w:cs="Times New Roman"/>
          <w:color w:val="auto"/>
          <w:sz w:val="28"/>
          <w:szCs w:val="28"/>
        </w:rPr>
      </w:pPr>
      <w:r>
        <w:t xml:space="preserve">-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Thứ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 3: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Thông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tư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số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 56/2023/TT-BTC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được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 ban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hành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từ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năm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 2023,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đến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 nay </w:t>
      </w:r>
      <w:proofErr w:type="spellStart"/>
      <w:r>
        <w:rPr>
          <w:rFonts w:eastAsia="Calibri" w:cs="Times New Roman"/>
          <w:color w:val="auto"/>
          <w:sz w:val="28"/>
          <w:szCs w:val="28"/>
        </w:rPr>
        <w:t>cần</w:t>
      </w:r>
      <w:proofErr w:type="spellEnd"/>
      <w:r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>
        <w:rPr>
          <w:rFonts w:eastAsia="Calibri" w:cs="Times New Roman"/>
          <w:color w:val="auto"/>
          <w:sz w:val="28"/>
          <w:szCs w:val="28"/>
        </w:rPr>
        <w:t>rà</w:t>
      </w:r>
      <w:proofErr w:type="spellEnd"/>
      <w:r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>
        <w:rPr>
          <w:rFonts w:eastAsia="Calibri" w:cs="Times New Roman"/>
          <w:color w:val="auto"/>
          <w:sz w:val="28"/>
          <w:szCs w:val="28"/>
        </w:rPr>
        <w:t>soát</w:t>
      </w:r>
      <w:proofErr w:type="spellEnd"/>
      <w:r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>
        <w:rPr>
          <w:rFonts w:eastAsia="Calibri" w:cs="Times New Roman"/>
          <w:color w:val="auto"/>
          <w:sz w:val="28"/>
          <w:szCs w:val="28"/>
        </w:rPr>
        <w:t>để</w:t>
      </w:r>
      <w:proofErr w:type="spellEnd"/>
      <w:r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>
        <w:rPr>
          <w:rFonts w:eastAsia="Calibri" w:cs="Times New Roman"/>
          <w:color w:val="auto"/>
          <w:sz w:val="28"/>
          <w:szCs w:val="28"/>
        </w:rPr>
        <w:t>sửa</w:t>
      </w:r>
      <w:proofErr w:type="spellEnd"/>
      <w:r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>
        <w:rPr>
          <w:rFonts w:eastAsia="Calibri" w:cs="Times New Roman"/>
          <w:color w:val="auto"/>
          <w:sz w:val="28"/>
          <w:szCs w:val="28"/>
        </w:rPr>
        <w:t>đổi</w:t>
      </w:r>
      <w:proofErr w:type="spellEnd"/>
      <w:r>
        <w:rPr>
          <w:rFonts w:eastAsia="Calibri" w:cs="Times New Roman"/>
          <w:color w:val="auto"/>
          <w:sz w:val="28"/>
          <w:szCs w:val="28"/>
        </w:rPr>
        <w:t xml:space="preserve">, </w:t>
      </w:r>
      <w:proofErr w:type="spellStart"/>
      <w:r>
        <w:rPr>
          <w:rFonts w:eastAsia="Calibri" w:cs="Times New Roman"/>
          <w:color w:val="auto"/>
          <w:sz w:val="28"/>
          <w:szCs w:val="28"/>
        </w:rPr>
        <w:t>bổ</w:t>
      </w:r>
      <w:proofErr w:type="spellEnd"/>
      <w:r>
        <w:rPr>
          <w:rFonts w:eastAsia="Calibri" w:cs="Times New Roman"/>
          <w:color w:val="auto"/>
          <w:sz w:val="28"/>
          <w:szCs w:val="28"/>
        </w:rPr>
        <w:t xml:space="preserve"> sung </w:t>
      </w:r>
      <w:proofErr w:type="spellStart"/>
      <w:r>
        <w:rPr>
          <w:rFonts w:eastAsia="Calibri" w:cs="Times New Roman"/>
          <w:color w:val="auto"/>
          <w:sz w:val="28"/>
          <w:szCs w:val="28"/>
        </w:rPr>
        <w:t>các</w:t>
      </w:r>
      <w:proofErr w:type="spellEnd"/>
      <w:r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>
        <w:rPr>
          <w:rFonts w:eastAsia="Calibri" w:cs="Times New Roman"/>
          <w:color w:val="auto"/>
          <w:sz w:val="28"/>
          <w:szCs w:val="28"/>
        </w:rPr>
        <w:t>nhiệm</w:t>
      </w:r>
      <w:proofErr w:type="spellEnd"/>
      <w:r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>
        <w:rPr>
          <w:rFonts w:eastAsia="Calibri" w:cs="Times New Roman"/>
          <w:color w:val="auto"/>
          <w:sz w:val="28"/>
          <w:szCs w:val="28"/>
        </w:rPr>
        <w:t>vụ</w:t>
      </w:r>
      <w:proofErr w:type="spellEnd"/>
      <w:r>
        <w:rPr>
          <w:rFonts w:eastAsia="Calibri" w:cs="Times New Roman"/>
          <w:color w:val="auto"/>
          <w:sz w:val="28"/>
          <w:szCs w:val="28"/>
        </w:rPr>
        <w:t xml:space="preserve">, </w:t>
      </w:r>
      <w:proofErr w:type="spellStart"/>
      <w:r>
        <w:rPr>
          <w:rFonts w:eastAsia="Calibri" w:cs="Times New Roman"/>
          <w:color w:val="auto"/>
          <w:sz w:val="28"/>
          <w:szCs w:val="28"/>
        </w:rPr>
        <w:t>hoạt</w:t>
      </w:r>
      <w:proofErr w:type="spellEnd"/>
      <w:r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>
        <w:rPr>
          <w:rFonts w:eastAsia="Calibri" w:cs="Times New Roman"/>
          <w:color w:val="auto"/>
          <w:sz w:val="28"/>
          <w:szCs w:val="28"/>
        </w:rPr>
        <w:t>động</w:t>
      </w:r>
      <w:proofErr w:type="spellEnd"/>
      <w:r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>
        <w:rPr>
          <w:rFonts w:eastAsia="Calibri" w:cs="Times New Roman"/>
          <w:color w:val="auto"/>
          <w:sz w:val="28"/>
          <w:szCs w:val="28"/>
        </w:rPr>
        <w:t>để</w:t>
      </w:r>
      <w:proofErr w:type="spellEnd"/>
      <w:r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>
        <w:rPr>
          <w:rFonts w:eastAsia="Calibri" w:cs="Times New Roman"/>
          <w:color w:val="auto"/>
          <w:sz w:val="28"/>
          <w:szCs w:val="28"/>
        </w:rPr>
        <w:t>phù</w:t>
      </w:r>
      <w:proofErr w:type="spellEnd"/>
      <w:r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>
        <w:rPr>
          <w:rFonts w:eastAsia="Calibri" w:cs="Times New Roman"/>
          <w:color w:val="auto"/>
          <w:sz w:val="28"/>
          <w:szCs w:val="28"/>
        </w:rPr>
        <w:t>hợp</w:t>
      </w:r>
      <w:proofErr w:type="spellEnd"/>
      <w:r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>
        <w:rPr>
          <w:rFonts w:eastAsia="Calibri" w:cs="Times New Roman"/>
          <w:color w:val="auto"/>
          <w:sz w:val="28"/>
          <w:szCs w:val="28"/>
        </w:rPr>
        <w:t>với</w:t>
      </w:r>
      <w:proofErr w:type="spellEnd"/>
      <w:r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>
        <w:rPr>
          <w:rFonts w:eastAsia="Calibri" w:cs="Times New Roman"/>
          <w:color w:val="auto"/>
          <w:sz w:val="28"/>
          <w:szCs w:val="28"/>
        </w:rPr>
        <w:t>thực</w:t>
      </w:r>
      <w:proofErr w:type="spellEnd"/>
      <w:r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>
        <w:rPr>
          <w:rFonts w:eastAsia="Calibri" w:cs="Times New Roman"/>
          <w:color w:val="auto"/>
          <w:sz w:val="28"/>
          <w:szCs w:val="28"/>
        </w:rPr>
        <w:t>tiễn</w:t>
      </w:r>
      <w:proofErr w:type="spellEnd"/>
      <w:r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>
        <w:rPr>
          <w:rFonts w:eastAsia="Calibri" w:cs="Times New Roman"/>
          <w:color w:val="auto"/>
          <w:sz w:val="28"/>
          <w:szCs w:val="28"/>
        </w:rPr>
        <w:t>và</w:t>
      </w:r>
      <w:proofErr w:type="spellEnd"/>
      <w:r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chủ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trương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đẩy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mạnh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ứng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dụng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công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nghệ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số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,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chuyển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đổi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số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nhằm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tạo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đột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phá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trong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xây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dựng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và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tổ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chức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thi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hành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pháp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luật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> 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theo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tinh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thần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Nghị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quyết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số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 197/2025/QH15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ngày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 17/5/2025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của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Quốc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hội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về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một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số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cơ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chế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,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chính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sách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đặc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biệt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tạo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đột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phá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trong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xây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dựng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và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tổ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chức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thi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hành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pháp</w:t>
      </w:r>
      <w:proofErr w:type="spellEnd"/>
      <w:r w:rsidRP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1A4DDB">
        <w:rPr>
          <w:rFonts w:eastAsia="Calibri" w:cs="Times New Roman"/>
          <w:color w:val="auto"/>
          <w:sz w:val="28"/>
          <w:szCs w:val="28"/>
        </w:rPr>
        <w:t>luật</w:t>
      </w:r>
      <w:proofErr w:type="spellEnd"/>
      <w:r>
        <w:rPr>
          <w:rFonts w:eastAsia="Calibri" w:cs="Times New Roman"/>
          <w:color w:val="auto"/>
          <w:sz w:val="28"/>
          <w:szCs w:val="28"/>
        </w:rPr>
        <w:t>.</w:t>
      </w:r>
    </w:p>
    <w:p w:rsidR="0081002A" w:rsidRPr="0051677C" w:rsidRDefault="00442FE1" w:rsidP="001A4DDB">
      <w:pPr>
        <w:spacing w:after="80" w:line="288" w:lineRule="auto"/>
        <w:ind w:firstLine="573"/>
        <w:jc w:val="both"/>
        <w:rPr>
          <w:rFonts w:eastAsia="Calibri" w:cs="Times New Roman"/>
          <w:b/>
          <w:color w:val="auto"/>
          <w:sz w:val="28"/>
          <w:szCs w:val="28"/>
        </w:rPr>
      </w:pPr>
      <w:r w:rsidRPr="0051677C">
        <w:rPr>
          <w:rFonts w:eastAsia="Calibri" w:cs="Times New Roman"/>
          <w:b/>
          <w:color w:val="auto"/>
          <w:sz w:val="28"/>
          <w:szCs w:val="28"/>
        </w:rPr>
        <w:t>III. KI</w:t>
      </w:r>
      <w:r w:rsidRPr="0051677C">
        <w:rPr>
          <w:rFonts w:eastAsia="Calibri" w:cs="Times New Roman"/>
          <w:b/>
          <w:color w:val="auto"/>
          <w:sz w:val="28"/>
          <w:szCs w:val="28"/>
        </w:rPr>
        <w:t>Ế</w:t>
      </w:r>
      <w:r w:rsidRPr="0051677C">
        <w:rPr>
          <w:rFonts w:eastAsia="Calibri" w:cs="Times New Roman"/>
          <w:b/>
          <w:color w:val="auto"/>
          <w:sz w:val="28"/>
          <w:szCs w:val="28"/>
        </w:rPr>
        <w:t>N NGH</w:t>
      </w:r>
      <w:r w:rsidRPr="0051677C">
        <w:rPr>
          <w:rFonts w:eastAsia="Calibri" w:cs="Times New Roman"/>
          <w:b/>
          <w:color w:val="auto"/>
          <w:sz w:val="28"/>
          <w:szCs w:val="28"/>
        </w:rPr>
        <w:t>Ị</w:t>
      </w:r>
      <w:r w:rsidRPr="0051677C">
        <w:rPr>
          <w:rFonts w:eastAsia="Calibri" w:cs="Times New Roman"/>
          <w:b/>
          <w:color w:val="auto"/>
          <w:sz w:val="28"/>
          <w:szCs w:val="28"/>
        </w:rPr>
        <w:t>, Đ</w:t>
      </w:r>
      <w:r w:rsidRPr="0051677C">
        <w:rPr>
          <w:rFonts w:eastAsia="Calibri" w:cs="Times New Roman"/>
          <w:b/>
          <w:color w:val="auto"/>
          <w:sz w:val="28"/>
          <w:szCs w:val="28"/>
        </w:rPr>
        <w:t>Ề</w:t>
      </w:r>
      <w:r w:rsidRPr="0051677C">
        <w:rPr>
          <w:rFonts w:eastAsia="Calibri" w:cs="Times New Roman"/>
          <w:b/>
          <w:color w:val="auto"/>
          <w:sz w:val="28"/>
          <w:szCs w:val="28"/>
        </w:rPr>
        <w:t xml:space="preserve"> XU</w:t>
      </w:r>
      <w:r w:rsidRPr="0051677C">
        <w:rPr>
          <w:rFonts w:eastAsia="Calibri" w:cs="Times New Roman"/>
          <w:b/>
          <w:color w:val="auto"/>
          <w:sz w:val="28"/>
          <w:szCs w:val="28"/>
        </w:rPr>
        <w:t>Ấ</w:t>
      </w:r>
      <w:r w:rsidRPr="0051677C">
        <w:rPr>
          <w:rFonts w:eastAsia="Calibri" w:cs="Times New Roman"/>
          <w:b/>
          <w:color w:val="auto"/>
          <w:sz w:val="28"/>
          <w:szCs w:val="28"/>
        </w:rPr>
        <w:t>T</w:t>
      </w:r>
    </w:p>
    <w:p w:rsidR="0081002A" w:rsidRDefault="00442FE1" w:rsidP="001A4DDB">
      <w:pPr>
        <w:spacing w:after="80" w:line="288" w:lineRule="auto"/>
        <w:ind w:firstLine="573"/>
        <w:jc w:val="both"/>
        <w:rPr>
          <w:rFonts w:eastAsia="Calibri" w:cs="Times New Roman"/>
          <w:color w:val="auto"/>
          <w:sz w:val="28"/>
          <w:szCs w:val="28"/>
        </w:rPr>
      </w:pP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Đ</w:t>
      </w:r>
      <w:r w:rsidRPr="00B66CC6">
        <w:rPr>
          <w:rFonts w:eastAsia="Calibri" w:cs="Times New Roman"/>
          <w:color w:val="auto"/>
          <w:sz w:val="28"/>
          <w:szCs w:val="28"/>
        </w:rPr>
        <w:t>ể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nâng cao hơn n</w:t>
      </w:r>
      <w:r w:rsidRPr="00B66CC6">
        <w:rPr>
          <w:rFonts w:eastAsia="Calibri" w:cs="Times New Roman"/>
          <w:color w:val="auto"/>
          <w:sz w:val="28"/>
          <w:szCs w:val="28"/>
        </w:rPr>
        <w:t>ữ</w:t>
      </w:r>
      <w:r w:rsidRPr="00B66CC6">
        <w:rPr>
          <w:rFonts w:eastAsia="Calibri" w:cs="Times New Roman"/>
          <w:color w:val="auto"/>
          <w:sz w:val="28"/>
          <w:szCs w:val="28"/>
        </w:rPr>
        <w:t>a hi</w:t>
      </w:r>
      <w:r w:rsidRPr="00B66CC6">
        <w:rPr>
          <w:rFonts w:eastAsia="Calibri" w:cs="Times New Roman"/>
          <w:color w:val="auto"/>
          <w:sz w:val="28"/>
          <w:szCs w:val="28"/>
        </w:rPr>
        <w:t>ệ</w:t>
      </w:r>
      <w:r w:rsidRPr="00B66CC6">
        <w:rPr>
          <w:rFonts w:eastAsia="Calibri" w:cs="Times New Roman"/>
          <w:color w:val="auto"/>
          <w:sz w:val="28"/>
          <w:szCs w:val="28"/>
        </w:rPr>
        <w:t>u qu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qu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n lý, s</w:t>
      </w:r>
      <w:r w:rsidRPr="00B66CC6">
        <w:rPr>
          <w:rFonts w:eastAsia="Calibri" w:cs="Times New Roman"/>
          <w:color w:val="auto"/>
          <w:sz w:val="28"/>
          <w:szCs w:val="28"/>
        </w:rPr>
        <w:t>ử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d</w:t>
      </w:r>
      <w:r w:rsidRPr="00B66CC6">
        <w:rPr>
          <w:rFonts w:eastAsia="Calibri" w:cs="Times New Roman"/>
          <w:color w:val="auto"/>
          <w:sz w:val="28"/>
          <w:szCs w:val="28"/>
        </w:rPr>
        <w:t>ụ</w:t>
      </w:r>
      <w:r w:rsidRPr="00B66CC6">
        <w:rPr>
          <w:rFonts w:eastAsia="Calibri" w:cs="Times New Roman"/>
          <w:color w:val="auto"/>
          <w:sz w:val="28"/>
          <w:szCs w:val="28"/>
        </w:rPr>
        <w:t>ng ngân sách nhà nư</w:t>
      </w:r>
      <w:r w:rsidRPr="00B66CC6">
        <w:rPr>
          <w:rFonts w:eastAsia="Calibri" w:cs="Times New Roman"/>
          <w:color w:val="auto"/>
          <w:sz w:val="28"/>
          <w:szCs w:val="28"/>
        </w:rPr>
        <w:t>ớ</w:t>
      </w:r>
      <w:r w:rsidRPr="00B66CC6">
        <w:rPr>
          <w:rFonts w:eastAsia="Calibri" w:cs="Times New Roman"/>
          <w:color w:val="auto"/>
          <w:sz w:val="28"/>
          <w:szCs w:val="28"/>
        </w:rPr>
        <w:t>c b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o đ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="001A4DDB">
        <w:rPr>
          <w:rFonts w:eastAsia="Calibri" w:cs="Times New Roman"/>
          <w:color w:val="auto"/>
          <w:sz w:val="28"/>
          <w:szCs w:val="28"/>
        </w:rPr>
        <w:t xml:space="preserve">m </w:t>
      </w:r>
      <w:proofErr w:type="spellStart"/>
      <w:r w:rsidR="001A4DDB">
        <w:rPr>
          <w:rFonts w:eastAsia="Calibri" w:cs="Times New Roman"/>
          <w:color w:val="auto"/>
          <w:sz w:val="28"/>
          <w:szCs w:val="28"/>
        </w:rPr>
        <w:t>cho</w:t>
      </w:r>
      <w:proofErr w:type="spellEnd"/>
      <w:r w:rsid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="001A4DDB">
        <w:rPr>
          <w:rFonts w:eastAsia="Calibri" w:cs="Times New Roman"/>
          <w:color w:val="auto"/>
          <w:sz w:val="28"/>
          <w:szCs w:val="28"/>
        </w:rPr>
        <w:t>công</w:t>
      </w:r>
      <w:proofErr w:type="spellEnd"/>
      <w:r w:rsid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="001A4DDB">
        <w:rPr>
          <w:rFonts w:eastAsia="Calibri" w:cs="Times New Roman"/>
          <w:color w:val="auto"/>
          <w:sz w:val="28"/>
          <w:szCs w:val="28"/>
        </w:rPr>
        <w:t>tác</w:t>
      </w:r>
      <w:proofErr w:type="spellEnd"/>
      <w:r w:rsidR="001A4DDB">
        <w:rPr>
          <w:rFonts w:eastAsia="Calibri" w:cs="Times New Roman"/>
          <w:color w:val="auto"/>
          <w:sz w:val="28"/>
          <w:szCs w:val="28"/>
        </w:rPr>
        <w:t xml:space="preserve"> PBGDPL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và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hòa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gi</w:t>
      </w:r>
      <w:r w:rsidRPr="00B66CC6">
        <w:rPr>
          <w:rFonts w:eastAsia="Calibri" w:cs="Times New Roman"/>
          <w:color w:val="auto"/>
          <w:sz w:val="28"/>
          <w:szCs w:val="28"/>
        </w:rPr>
        <w:t>ả</w:t>
      </w:r>
      <w:r w:rsidRPr="00B66CC6">
        <w:rPr>
          <w:rFonts w:eastAsia="Calibri" w:cs="Times New Roman"/>
          <w:color w:val="auto"/>
          <w:sz w:val="28"/>
          <w:szCs w:val="28"/>
        </w:rPr>
        <w:t>i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</w:t>
      </w:r>
      <w:r w:rsidRPr="00B66CC6">
        <w:rPr>
          <w:rFonts w:eastAsia="Calibri" w:cs="Times New Roman"/>
          <w:color w:val="auto"/>
          <w:sz w:val="28"/>
          <w:szCs w:val="28"/>
        </w:rPr>
        <w:t>ở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 cơ s</w:t>
      </w:r>
      <w:r w:rsidRPr="00B66CC6">
        <w:rPr>
          <w:rFonts w:eastAsia="Calibri" w:cs="Times New Roman"/>
          <w:color w:val="auto"/>
          <w:sz w:val="28"/>
          <w:szCs w:val="28"/>
        </w:rPr>
        <w:t>ở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, đáp </w:t>
      </w:r>
      <w:r w:rsidRPr="00B66CC6">
        <w:rPr>
          <w:rFonts w:eastAsia="Calibri" w:cs="Times New Roman"/>
          <w:color w:val="auto"/>
          <w:sz w:val="28"/>
          <w:szCs w:val="28"/>
        </w:rPr>
        <w:t>ứ</w:t>
      </w:r>
      <w:r w:rsidRPr="00B66CC6">
        <w:rPr>
          <w:rFonts w:eastAsia="Calibri" w:cs="Times New Roman"/>
          <w:color w:val="auto"/>
          <w:sz w:val="28"/>
          <w:szCs w:val="28"/>
        </w:rPr>
        <w:t>ng yêu c</w:t>
      </w:r>
      <w:r w:rsidRPr="00B66CC6">
        <w:rPr>
          <w:rFonts w:eastAsia="Calibri" w:cs="Times New Roman"/>
          <w:color w:val="auto"/>
          <w:sz w:val="28"/>
          <w:szCs w:val="28"/>
        </w:rPr>
        <w:t>ầ</w:t>
      </w:r>
      <w:r w:rsidRPr="00B66CC6">
        <w:rPr>
          <w:rFonts w:eastAsia="Calibri" w:cs="Times New Roman"/>
          <w:color w:val="auto"/>
          <w:sz w:val="28"/>
          <w:szCs w:val="28"/>
        </w:rPr>
        <w:t xml:space="preserve">u trong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giai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đo</w:t>
      </w:r>
      <w:r w:rsidRPr="00B66CC6">
        <w:rPr>
          <w:rFonts w:eastAsia="Calibri" w:cs="Times New Roman"/>
          <w:color w:val="auto"/>
          <w:sz w:val="28"/>
          <w:szCs w:val="28"/>
        </w:rPr>
        <w:t>ạ</w:t>
      </w:r>
      <w:r w:rsidRPr="00B66CC6">
        <w:rPr>
          <w:rFonts w:eastAsia="Calibri" w:cs="Times New Roman"/>
          <w:color w:val="auto"/>
          <w:sz w:val="28"/>
          <w:szCs w:val="28"/>
        </w:rPr>
        <w:t>n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m</w:t>
      </w:r>
      <w:r w:rsidRPr="00B66CC6">
        <w:rPr>
          <w:rFonts w:eastAsia="Calibri" w:cs="Times New Roman"/>
          <w:color w:val="auto"/>
          <w:sz w:val="28"/>
          <w:szCs w:val="28"/>
        </w:rPr>
        <w:t>ớ</w:t>
      </w:r>
      <w:r w:rsidRPr="00B66CC6">
        <w:rPr>
          <w:rFonts w:eastAsia="Calibri" w:cs="Times New Roman"/>
          <w:color w:val="auto"/>
          <w:sz w:val="28"/>
          <w:szCs w:val="28"/>
        </w:rPr>
        <w:t>i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, </w:t>
      </w:r>
      <w:proofErr w:type="spellStart"/>
      <w:r w:rsidR="001A4DDB">
        <w:rPr>
          <w:rFonts w:eastAsia="Calibri" w:cs="Times New Roman"/>
          <w:color w:val="auto"/>
          <w:sz w:val="28"/>
          <w:szCs w:val="28"/>
        </w:rPr>
        <w:t>bảo</w:t>
      </w:r>
      <w:proofErr w:type="spellEnd"/>
      <w:r w:rsid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="001A4DDB">
        <w:rPr>
          <w:rFonts w:eastAsia="Calibri" w:cs="Times New Roman"/>
          <w:color w:val="auto"/>
          <w:sz w:val="28"/>
          <w:szCs w:val="28"/>
        </w:rPr>
        <w:t>đảm</w:t>
      </w:r>
      <w:proofErr w:type="spellEnd"/>
      <w:r w:rsid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="001A4DDB">
        <w:rPr>
          <w:rFonts w:eastAsia="Calibri" w:cs="Times New Roman"/>
          <w:color w:val="auto"/>
          <w:sz w:val="28"/>
          <w:szCs w:val="28"/>
        </w:rPr>
        <w:t>đồng</w:t>
      </w:r>
      <w:proofErr w:type="spellEnd"/>
      <w:r w:rsid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="001A4DDB">
        <w:rPr>
          <w:rFonts w:eastAsia="Calibri" w:cs="Times New Roman"/>
          <w:color w:val="auto"/>
          <w:sz w:val="28"/>
          <w:szCs w:val="28"/>
        </w:rPr>
        <w:t>bộ</w:t>
      </w:r>
      <w:proofErr w:type="spellEnd"/>
      <w:r w:rsid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="001A4DDB">
        <w:rPr>
          <w:rFonts w:eastAsia="Calibri" w:cs="Times New Roman"/>
          <w:color w:val="auto"/>
          <w:sz w:val="28"/>
          <w:szCs w:val="28"/>
        </w:rPr>
        <w:t>với</w:t>
      </w:r>
      <w:proofErr w:type="spellEnd"/>
      <w:r w:rsid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="001A4DDB">
        <w:rPr>
          <w:rFonts w:eastAsia="Calibri" w:cs="Times New Roman"/>
          <w:color w:val="auto"/>
          <w:sz w:val="28"/>
          <w:szCs w:val="28"/>
        </w:rPr>
        <w:t>hệ</w:t>
      </w:r>
      <w:proofErr w:type="spellEnd"/>
      <w:r w:rsid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="001A4DDB">
        <w:rPr>
          <w:rFonts w:eastAsia="Calibri" w:cs="Times New Roman"/>
          <w:color w:val="auto"/>
          <w:sz w:val="28"/>
          <w:szCs w:val="28"/>
        </w:rPr>
        <w:t>thống</w:t>
      </w:r>
      <w:proofErr w:type="spellEnd"/>
      <w:r w:rsid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="001A4DDB">
        <w:rPr>
          <w:rFonts w:eastAsia="Calibri" w:cs="Times New Roman"/>
          <w:color w:val="auto"/>
          <w:sz w:val="28"/>
          <w:szCs w:val="28"/>
        </w:rPr>
        <w:t>văn</w:t>
      </w:r>
      <w:proofErr w:type="spellEnd"/>
      <w:r w:rsid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="001A4DDB">
        <w:rPr>
          <w:rFonts w:eastAsia="Calibri" w:cs="Times New Roman"/>
          <w:color w:val="auto"/>
          <w:sz w:val="28"/>
          <w:szCs w:val="28"/>
        </w:rPr>
        <w:t>bản</w:t>
      </w:r>
      <w:proofErr w:type="spellEnd"/>
      <w:r w:rsidR="001A4DDB">
        <w:rPr>
          <w:rFonts w:eastAsia="Calibri" w:cs="Times New Roman"/>
          <w:color w:val="auto"/>
          <w:sz w:val="28"/>
          <w:szCs w:val="28"/>
        </w:rPr>
        <w:t xml:space="preserve"> QPPL </w:t>
      </w:r>
      <w:proofErr w:type="spellStart"/>
      <w:r w:rsidR="001A4DDB">
        <w:rPr>
          <w:rFonts w:eastAsia="Calibri" w:cs="Times New Roman"/>
          <w:color w:val="auto"/>
          <w:sz w:val="28"/>
          <w:szCs w:val="28"/>
        </w:rPr>
        <w:t>mới</w:t>
      </w:r>
      <w:proofErr w:type="spellEnd"/>
      <w:r w:rsid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="001A4DDB">
        <w:rPr>
          <w:rFonts w:eastAsia="Calibri" w:cs="Times New Roman"/>
          <w:color w:val="auto"/>
          <w:sz w:val="28"/>
          <w:szCs w:val="28"/>
        </w:rPr>
        <w:t>được</w:t>
      </w:r>
      <w:proofErr w:type="spellEnd"/>
      <w:r w:rsidR="001A4DDB">
        <w:rPr>
          <w:rFonts w:eastAsia="Calibri" w:cs="Times New Roman"/>
          <w:color w:val="auto"/>
          <w:sz w:val="28"/>
          <w:szCs w:val="28"/>
        </w:rPr>
        <w:t xml:space="preserve"> ban </w:t>
      </w:r>
      <w:proofErr w:type="spellStart"/>
      <w:r w:rsidR="001A4DDB">
        <w:rPr>
          <w:rFonts w:eastAsia="Calibri" w:cs="Times New Roman"/>
          <w:color w:val="auto"/>
          <w:sz w:val="28"/>
          <w:szCs w:val="28"/>
        </w:rPr>
        <w:t>hành</w:t>
      </w:r>
      <w:proofErr w:type="spellEnd"/>
      <w:r w:rsidR="001A4DDB">
        <w:rPr>
          <w:rFonts w:eastAsia="Calibri" w:cs="Times New Roman"/>
          <w:color w:val="auto"/>
          <w:sz w:val="28"/>
          <w:szCs w:val="28"/>
        </w:rPr>
        <w:t xml:space="preserve">,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B</w:t>
      </w:r>
      <w:r w:rsidRPr="00B66CC6">
        <w:rPr>
          <w:rFonts w:eastAsia="Calibri" w:cs="Times New Roman"/>
          <w:color w:val="auto"/>
          <w:sz w:val="28"/>
          <w:szCs w:val="28"/>
        </w:rPr>
        <w:t>ộ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Tài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chính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ki</w:t>
      </w:r>
      <w:r w:rsidRPr="00B66CC6">
        <w:rPr>
          <w:rFonts w:eastAsia="Calibri" w:cs="Times New Roman"/>
          <w:color w:val="auto"/>
          <w:sz w:val="28"/>
          <w:szCs w:val="28"/>
        </w:rPr>
        <w:t>ế</w:t>
      </w:r>
      <w:r w:rsidRPr="00B66CC6">
        <w:rPr>
          <w:rFonts w:eastAsia="Calibri" w:cs="Times New Roman"/>
          <w:color w:val="auto"/>
          <w:sz w:val="28"/>
          <w:szCs w:val="28"/>
        </w:rPr>
        <w:t>n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ngh</w:t>
      </w:r>
      <w:r w:rsidRPr="00B66CC6">
        <w:rPr>
          <w:rFonts w:eastAsia="Calibri" w:cs="Times New Roman"/>
          <w:color w:val="auto"/>
          <w:sz w:val="28"/>
          <w:szCs w:val="28"/>
        </w:rPr>
        <w:t>ị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,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đ</w:t>
      </w:r>
      <w:r w:rsidRPr="00B66CC6">
        <w:rPr>
          <w:rFonts w:eastAsia="Calibri" w:cs="Times New Roman"/>
          <w:color w:val="auto"/>
          <w:sz w:val="28"/>
          <w:szCs w:val="28"/>
        </w:rPr>
        <w:t>ề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xu</w:t>
      </w:r>
      <w:r w:rsidRPr="00B66CC6">
        <w:rPr>
          <w:rFonts w:eastAsia="Calibri" w:cs="Times New Roman"/>
          <w:color w:val="auto"/>
          <w:sz w:val="28"/>
          <w:szCs w:val="28"/>
        </w:rPr>
        <w:t>ấ</w:t>
      </w:r>
      <w:r w:rsidRPr="00B66CC6">
        <w:rPr>
          <w:rFonts w:eastAsia="Calibri" w:cs="Times New Roman"/>
          <w:color w:val="auto"/>
          <w:sz w:val="28"/>
          <w:szCs w:val="28"/>
        </w:rPr>
        <w:t>t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="001A4DDB">
        <w:rPr>
          <w:rFonts w:eastAsia="Calibri" w:cs="Times New Roman"/>
          <w:color w:val="auto"/>
          <w:sz w:val="28"/>
          <w:szCs w:val="28"/>
        </w:rPr>
        <w:t>rà</w:t>
      </w:r>
      <w:proofErr w:type="spellEnd"/>
      <w:r w:rsid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="001A4DDB">
        <w:rPr>
          <w:rFonts w:eastAsia="Calibri" w:cs="Times New Roman"/>
          <w:color w:val="auto"/>
          <w:sz w:val="28"/>
          <w:szCs w:val="28"/>
        </w:rPr>
        <w:t>soát</w:t>
      </w:r>
      <w:proofErr w:type="spellEnd"/>
      <w:r w:rsid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="001A4DDB">
        <w:rPr>
          <w:rFonts w:eastAsia="Calibri" w:cs="Times New Roman"/>
          <w:color w:val="auto"/>
          <w:sz w:val="28"/>
          <w:szCs w:val="28"/>
        </w:rPr>
        <w:t>để</w:t>
      </w:r>
      <w:proofErr w:type="spellEnd"/>
      <w:r w:rsid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="001A4DDB">
        <w:rPr>
          <w:rFonts w:eastAsia="Calibri" w:cs="Times New Roman"/>
          <w:color w:val="auto"/>
          <w:sz w:val="28"/>
          <w:szCs w:val="28"/>
        </w:rPr>
        <w:t>xây</w:t>
      </w:r>
      <w:proofErr w:type="spellEnd"/>
      <w:r w:rsid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="001A4DDB">
        <w:rPr>
          <w:rFonts w:eastAsia="Calibri" w:cs="Times New Roman"/>
          <w:color w:val="auto"/>
          <w:sz w:val="28"/>
          <w:szCs w:val="28"/>
        </w:rPr>
        <w:t>dựng</w:t>
      </w:r>
      <w:proofErr w:type="spellEnd"/>
      <w:r w:rsid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="001A4DDB">
        <w:rPr>
          <w:rFonts w:eastAsia="Calibri" w:cs="Times New Roman"/>
          <w:color w:val="auto"/>
          <w:sz w:val="28"/>
          <w:szCs w:val="28"/>
        </w:rPr>
        <w:t>Thông</w:t>
      </w:r>
      <w:proofErr w:type="spellEnd"/>
      <w:r w:rsid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="001A4DDB">
        <w:rPr>
          <w:rFonts w:eastAsia="Calibri" w:cs="Times New Roman"/>
          <w:color w:val="auto"/>
          <w:sz w:val="28"/>
          <w:szCs w:val="28"/>
        </w:rPr>
        <w:t>tư</w:t>
      </w:r>
      <w:proofErr w:type="spellEnd"/>
      <w:r w:rsid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="001A4DDB">
        <w:rPr>
          <w:rFonts w:eastAsia="Calibri" w:cs="Times New Roman"/>
          <w:color w:val="auto"/>
          <w:sz w:val="28"/>
          <w:szCs w:val="28"/>
        </w:rPr>
        <w:t>thay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th</w:t>
      </w:r>
      <w:r w:rsidRPr="00B66CC6">
        <w:rPr>
          <w:rFonts w:eastAsia="Calibri" w:cs="Times New Roman"/>
          <w:color w:val="auto"/>
          <w:sz w:val="28"/>
          <w:szCs w:val="28"/>
        </w:rPr>
        <w:t>ế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Thông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tư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Pr="00B66CC6">
        <w:rPr>
          <w:rFonts w:eastAsia="Calibri" w:cs="Times New Roman"/>
          <w:color w:val="auto"/>
          <w:sz w:val="28"/>
          <w:szCs w:val="28"/>
        </w:rPr>
        <w:t>s</w:t>
      </w:r>
      <w:r w:rsidRPr="00B66CC6">
        <w:rPr>
          <w:rFonts w:eastAsia="Calibri" w:cs="Times New Roman"/>
          <w:color w:val="auto"/>
          <w:sz w:val="28"/>
          <w:szCs w:val="28"/>
        </w:rPr>
        <w:t>ố</w:t>
      </w:r>
      <w:proofErr w:type="spellEnd"/>
      <w:r w:rsidRPr="00B66CC6">
        <w:rPr>
          <w:rFonts w:eastAsia="Calibri" w:cs="Times New Roman"/>
          <w:color w:val="auto"/>
          <w:sz w:val="28"/>
          <w:szCs w:val="28"/>
        </w:rPr>
        <w:t xml:space="preserve"> 56/2023/TT-BTC</w:t>
      </w:r>
      <w:r w:rsid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="001A4DDB">
        <w:rPr>
          <w:rFonts w:eastAsia="Calibri" w:cs="Times New Roman"/>
          <w:color w:val="auto"/>
          <w:sz w:val="28"/>
          <w:szCs w:val="28"/>
        </w:rPr>
        <w:t>theo</w:t>
      </w:r>
      <w:proofErr w:type="spellEnd"/>
      <w:r w:rsid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="001A4DDB">
        <w:rPr>
          <w:rFonts w:eastAsia="Calibri" w:cs="Times New Roman"/>
          <w:color w:val="auto"/>
          <w:sz w:val="28"/>
          <w:szCs w:val="28"/>
        </w:rPr>
        <w:t>quy</w:t>
      </w:r>
      <w:proofErr w:type="spellEnd"/>
      <w:r w:rsidR="001A4DDB">
        <w:rPr>
          <w:rFonts w:eastAsia="Calibri" w:cs="Times New Roman"/>
          <w:color w:val="auto"/>
          <w:sz w:val="28"/>
          <w:szCs w:val="28"/>
        </w:rPr>
        <w:t xml:space="preserve"> </w:t>
      </w:r>
      <w:proofErr w:type="spellStart"/>
      <w:r w:rsidR="001A4DDB">
        <w:rPr>
          <w:rFonts w:eastAsia="Calibri" w:cs="Times New Roman"/>
          <w:color w:val="auto"/>
          <w:sz w:val="28"/>
          <w:szCs w:val="28"/>
        </w:rPr>
        <w:t>định</w:t>
      </w:r>
      <w:proofErr w:type="spellEnd"/>
      <w:proofErr w:type="gramStart"/>
      <w:r w:rsidR="001A4DDB">
        <w:rPr>
          <w:rFonts w:eastAsia="Calibri" w:cs="Times New Roman"/>
          <w:color w:val="auto"/>
          <w:sz w:val="28"/>
          <w:szCs w:val="28"/>
        </w:rPr>
        <w:t>./</w:t>
      </w:r>
      <w:proofErr w:type="gramEnd"/>
      <w:r w:rsidR="001A4DDB">
        <w:rPr>
          <w:rFonts w:eastAsia="Calibri" w:cs="Times New Roman"/>
          <w:color w:val="auto"/>
          <w:sz w:val="28"/>
          <w:szCs w:val="28"/>
        </w:rPr>
        <w:t>.</w:t>
      </w:r>
    </w:p>
    <w:p w:rsidR="00B66CC6" w:rsidRDefault="00B66CC6">
      <w:pPr>
        <w:spacing w:after="80" w:line="288" w:lineRule="auto"/>
        <w:ind w:firstLine="504"/>
        <w:jc w:val="both"/>
        <w:rPr>
          <w:rFonts w:eastAsia="Calibri" w:cs="Times New Roman"/>
          <w:color w:val="auto"/>
          <w:sz w:val="28"/>
          <w:szCs w:val="28"/>
        </w:rPr>
      </w:pPr>
    </w:p>
    <w:tbl>
      <w:tblPr>
        <w:tblW w:w="0" w:type="auto"/>
        <w:tblLook w:val="04A0"/>
      </w:tblPr>
      <w:tblGrid>
        <w:gridCol w:w="4617"/>
        <w:gridCol w:w="4671"/>
      </w:tblGrid>
      <w:tr w:rsidR="00B66CC6" w:rsidRPr="00A049C0" w:rsidTr="005D62A4">
        <w:tc>
          <w:tcPr>
            <w:tcW w:w="4707" w:type="dxa"/>
          </w:tcPr>
          <w:p w:rsidR="00B66CC6" w:rsidRPr="00D7178A" w:rsidRDefault="00B66CC6" w:rsidP="00B66CC6">
            <w:pPr>
              <w:spacing w:after="0"/>
              <w:jc w:val="both"/>
              <w:rPr>
                <w:b/>
                <w:i/>
                <w:sz w:val="22"/>
                <w:lang w:val="pt-BR"/>
              </w:rPr>
            </w:pPr>
            <w:r w:rsidRPr="00D7178A">
              <w:rPr>
                <w:b/>
                <w:i/>
                <w:sz w:val="22"/>
                <w:lang w:val="pt-BR"/>
              </w:rPr>
              <w:t>Nơi nhận:</w:t>
            </w:r>
          </w:p>
          <w:p w:rsidR="00B66CC6" w:rsidRPr="002C1594" w:rsidRDefault="00B66CC6" w:rsidP="00B66CC6">
            <w:pPr>
              <w:spacing w:after="0"/>
              <w:jc w:val="both"/>
              <w:rPr>
                <w:sz w:val="22"/>
                <w:lang w:val="pt-BR"/>
              </w:rPr>
            </w:pPr>
            <w:r w:rsidRPr="002C1594">
              <w:rPr>
                <w:i/>
                <w:sz w:val="22"/>
                <w:lang w:val="pt-BR"/>
              </w:rPr>
              <w:t xml:space="preserve">- </w:t>
            </w:r>
            <w:r w:rsidRPr="002C1594">
              <w:rPr>
                <w:sz w:val="22"/>
                <w:lang w:val="pt-BR"/>
              </w:rPr>
              <w:t>Vụ PC;</w:t>
            </w:r>
          </w:p>
          <w:p w:rsidR="00B66CC6" w:rsidRPr="002C1594" w:rsidRDefault="00B66CC6" w:rsidP="00B66CC6">
            <w:pPr>
              <w:spacing w:after="0"/>
              <w:jc w:val="both"/>
              <w:rPr>
                <w:sz w:val="22"/>
                <w:lang w:val="pt-BR"/>
              </w:rPr>
            </w:pPr>
            <w:r w:rsidRPr="002C1594">
              <w:rPr>
                <w:sz w:val="22"/>
                <w:lang w:val="pt-BR"/>
              </w:rPr>
              <w:t>- Lưu: VT, NV1.</w:t>
            </w:r>
          </w:p>
          <w:p w:rsidR="00B66CC6" w:rsidRPr="002C1594" w:rsidRDefault="00B66CC6" w:rsidP="00B66CC6">
            <w:pPr>
              <w:spacing w:after="0"/>
              <w:jc w:val="both"/>
              <w:rPr>
                <w:b/>
                <w:lang w:val="pt-BR"/>
              </w:rPr>
            </w:pPr>
          </w:p>
        </w:tc>
        <w:tc>
          <w:tcPr>
            <w:tcW w:w="4748" w:type="dxa"/>
          </w:tcPr>
          <w:p w:rsidR="00B66CC6" w:rsidRPr="002C1594" w:rsidRDefault="00B66CC6" w:rsidP="00B66CC6">
            <w:pPr>
              <w:spacing w:after="0"/>
              <w:jc w:val="center"/>
              <w:rPr>
                <w:b/>
                <w:szCs w:val="26"/>
                <w:lang w:val="pt-BR"/>
              </w:rPr>
            </w:pPr>
            <w:r w:rsidRPr="002C1594">
              <w:rPr>
                <w:b/>
                <w:szCs w:val="26"/>
                <w:lang w:val="pt-BR"/>
              </w:rPr>
              <w:t xml:space="preserve"> KT. VỤ TRƯỞNG</w:t>
            </w:r>
          </w:p>
          <w:p w:rsidR="00B66CC6" w:rsidRPr="002C1594" w:rsidRDefault="00B66CC6" w:rsidP="00B66CC6">
            <w:pPr>
              <w:spacing w:after="0"/>
              <w:jc w:val="center"/>
              <w:rPr>
                <w:b/>
                <w:szCs w:val="26"/>
                <w:lang w:val="pt-BR"/>
              </w:rPr>
            </w:pPr>
            <w:r w:rsidRPr="002C1594">
              <w:rPr>
                <w:b/>
                <w:szCs w:val="26"/>
                <w:lang w:val="pt-BR"/>
              </w:rPr>
              <w:t xml:space="preserve"> PHÓ VỤ TRƯỞNG</w:t>
            </w:r>
          </w:p>
          <w:p w:rsidR="00B66CC6" w:rsidRPr="002C1594" w:rsidRDefault="00B66CC6" w:rsidP="00B66CC6">
            <w:pPr>
              <w:spacing w:after="0"/>
              <w:jc w:val="both"/>
              <w:rPr>
                <w:b/>
                <w:lang w:val="pt-BR"/>
              </w:rPr>
            </w:pPr>
          </w:p>
          <w:p w:rsidR="00B66CC6" w:rsidRPr="002C1594" w:rsidRDefault="00B66CC6" w:rsidP="00B66CC6">
            <w:pPr>
              <w:spacing w:after="0"/>
              <w:jc w:val="both"/>
              <w:rPr>
                <w:b/>
                <w:lang w:val="pt-BR"/>
              </w:rPr>
            </w:pPr>
          </w:p>
          <w:p w:rsidR="00B66CC6" w:rsidRPr="002C1594" w:rsidRDefault="00B66CC6" w:rsidP="00B66CC6">
            <w:pPr>
              <w:spacing w:after="0"/>
              <w:jc w:val="both"/>
              <w:rPr>
                <w:b/>
                <w:lang w:val="pt-BR"/>
              </w:rPr>
            </w:pPr>
          </w:p>
          <w:p w:rsidR="00B66CC6" w:rsidRPr="002C1594" w:rsidRDefault="00B66CC6" w:rsidP="00B66CC6">
            <w:pPr>
              <w:spacing w:after="0"/>
              <w:jc w:val="both"/>
              <w:rPr>
                <w:b/>
                <w:lang w:val="pt-BR"/>
              </w:rPr>
            </w:pPr>
          </w:p>
          <w:p w:rsidR="00B66CC6" w:rsidRPr="002C1594" w:rsidRDefault="00B66CC6" w:rsidP="00B66CC6">
            <w:pPr>
              <w:spacing w:after="0"/>
              <w:jc w:val="both"/>
              <w:rPr>
                <w:b/>
                <w:lang w:val="pt-BR"/>
              </w:rPr>
            </w:pPr>
          </w:p>
          <w:p w:rsidR="00B66CC6" w:rsidRPr="00B66CC6" w:rsidRDefault="00B66CC6" w:rsidP="00B66CC6">
            <w:pPr>
              <w:spacing w:after="0"/>
              <w:jc w:val="center"/>
              <w:rPr>
                <w:b/>
                <w:sz w:val="28"/>
                <w:szCs w:val="28"/>
                <w:lang w:val="nl-NL"/>
              </w:rPr>
            </w:pPr>
            <w:r w:rsidRPr="00B66CC6">
              <w:rPr>
                <w:b/>
                <w:sz w:val="28"/>
                <w:szCs w:val="28"/>
                <w:lang w:val="nl-NL"/>
              </w:rPr>
              <w:t>Vũ Thị Hải Yến</w:t>
            </w:r>
          </w:p>
        </w:tc>
      </w:tr>
    </w:tbl>
    <w:p w:rsidR="00B66CC6" w:rsidRDefault="00B66CC6">
      <w:pPr>
        <w:spacing w:after="80" w:line="288" w:lineRule="auto"/>
        <w:ind w:firstLine="504"/>
        <w:jc w:val="both"/>
        <w:rPr>
          <w:rFonts w:eastAsia="Calibri" w:cs="Times New Roman"/>
          <w:color w:val="auto"/>
          <w:sz w:val="28"/>
          <w:szCs w:val="28"/>
        </w:rPr>
      </w:pPr>
    </w:p>
    <w:p w:rsidR="00B66CC6" w:rsidRDefault="00B66CC6">
      <w:pPr>
        <w:spacing w:after="80" w:line="288" w:lineRule="auto"/>
        <w:ind w:firstLine="504"/>
        <w:jc w:val="both"/>
        <w:rPr>
          <w:rFonts w:eastAsia="Calibri" w:cs="Times New Roman"/>
          <w:color w:val="auto"/>
          <w:sz w:val="28"/>
          <w:szCs w:val="28"/>
        </w:rPr>
      </w:pPr>
    </w:p>
    <w:p w:rsidR="00B66CC6" w:rsidRPr="00B66CC6" w:rsidRDefault="00B66CC6">
      <w:pPr>
        <w:spacing w:after="80" w:line="288" w:lineRule="auto"/>
        <w:ind w:firstLine="504"/>
        <w:jc w:val="both"/>
        <w:rPr>
          <w:rFonts w:eastAsia="Calibri" w:cs="Times New Roman"/>
          <w:color w:val="auto"/>
          <w:sz w:val="28"/>
          <w:szCs w:val="28"/>
        </w:rPr>
      </w:pPr>
    </w:p>
    <w:p w:rsidR="00442FE1" w:rsidRDefault="00442FE1"/>
    <w:sectPr w:rsidR="00442FE1" w:rsidSect="001A4DDB">
      <w:headerReference w:type="default" r:id="rId8"/>
      <w:pgSz w:w="11909" w:h="16834"/>
      <w:pgMar w:top="1138" w:right="1138" w:bottom="1138" w:left="1699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2FE1" w:rsidRDefault="00442FE1" w:rsidP="001A4DDB">
      <w:pPr>
        <w:spacing w:after="0" w:line="240" w:lineRule="auto"/>
      </w:pPr>
      <w:r>
        <w:separator/>
      </w:r>
    </w:p>
  </w:endnote>
  <w:endnote w:type="continuationSeparator" w:id="0">
    <w:p w:rsidR="00442FE1" w:rsidRDefault="00442FE1" w:rsidP="001A4D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2FE1" w:rsidRDefault="00442FE1" w:rsidP="001A4DDB">
      <w:pPr>
        <w:spacing w:after="0" w:line="240" w:lineRule="auto"/>
      </w:pPr>
      <w:r>
        <w:separator/>
      </w:r>
    </w:p>
  </w:footnote>
  <w:footnote w:type="continuationSeparator" w:id="0">
    <w:p w:rsidR="00442FE1" w:rsidRDefault="00442FE1" w:rsidP="001A4D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7637219"/>
      <w:docPartObj>
        <w:docPartGallery w:val="Page Numbers (Top of Page)"/>
        <w:docPartUnique/>
      </w:docPartObj>
    </w:sdtPr>
    <w:sdtContent>
      <w:p w:rsidR="001A4DDB" w:rsidRDefault="001A4DDB">
        <w:pPr>
          <w:pStyle w:val="Header"/>
          <w:jc w:val="center"/>
        </w:pPr>
        <w:fldSimple w:instr=" PAGE   \* MERGEFORMAT ">
          <w:r>
            <w:rPr>
              <w:noProof/>
            </w:rPr>
            <w:t>5</w:t>
          </w:r>
        </w:fldSimple>
      </w:p>
    </w:sdtContent>
  </w:sdt>
  <w:p w:rsidR="001A4DDB" w:rsidRDefault="001A4DD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34616"/>
    <w:rsid w:val="0006063C"/>
    <w:rsid w:val="0015074B"/>
    <w:rsid w:val="001A4DDB"/>
    <w:rsid w:val="0029639D"/>
    <w:rsid w:val="00326F90"/>
    <w:rsid w:val="00442FE1"/>
    <w:rsid w:val="0051677C"/>
    <w:rsid w:val="0081002A"/>
    <w:rsid w:val="00AA1D8D"/>
    <w:rsid w:val="00B47730"/>
    <w:rsid w:val="00B66CC6"/>
    <w:rsid w:val="00BF024B"/>
    <w:rsid w:val="00CB0664"/>
    <w:rsid w:val="00D7178A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color w:val="000000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F515C09-0C4B-4D8A-832B-8E0CC6E6C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1916</Words>
  <Characters>10922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BTC</Company>
  <LinksUpToDate>false</LinksUpToDate>
  <CharactersWithSpaces>12813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Nguyen Thi Thanh2</cp:lastModifiedBy>
  <cp:revision>5</cp:revision>
  <dcterms:created xsi:type="dcterms:W3CDTF">2026-09-29T07:01:00Z</dcterms:created>
  <dcterms:modified xsi:type="dcterms:W3CDTF">2026-09-29T07:20:00Z</dcterms:modified>
</cp:coreProperties>
</file>